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0DC66" w14:textId="066C3CC9" w:rsidR="0028786F" w:rsidRPr="00B852BC" w:rsidRDefault="00CE15EF" w:rsidP="00B852BC">
      <w:pPr>
        <w:spacing w:line="240" w:lineRule="auto"/>
        <w:jc w:val="both"/>
        <w:rPr>
          <w:rFonts w:ascii="Times New Roman" w:hAnsi="Times New Roman" w:cs="Times New Roman"/>
          <w:b/>
          <w:bCs/>
          <w:sz w:val="24"/>
          <w:szCs w:val="24"/>
        </w:rPr>
      </w:pPr>
      <w:r w:rsidRPr="00386E48">
        <w:rPr>
          <w:b/>
          <w:bCs/>
        </w:rPr>
        <w:t>TRANSCRIPTIONS OF PARTICIPANTS INTERVIEWS</w:t>
      </w:r>
      <w:r w:rsidR="00754C85" w:rsidRPr="00386E48">
        <w:rPr>
          <w:b/>
          <w:bCs/>
        </w:rPr>
        <w:t xml:space="preserve"> INCLUDE</w:t>
      </w:r>
      <w:r w:rsidR="00386E48" w:rsidRPr="00386E48">
        <w:rPr>
          <w:b/>
          <w:bCs/>
        </w:rPr>
        <w:t>D IN THE MANUSCRIPT “</w:t>
      </w:r>
      <w:bookmarkStart w:id="0" w:name="_Hlk178535444"/>
      <w:r w:rsidR="00386E48" w:rsidRPr="00386E48">
        <w:rPr>
          <w:rFonts w:ascii="Times New Roman" w:hAnsi="Times New Roman" w:cs="Times New Roman"/>
          <w:b/>
          <w:bCs/>
          <w:sz w:val="24"/>
          <w:szCs w:val="24"/>
        </w:rPr>
        <w:t>Exploring the interplay of socio-ecological factors shaping physical activity and exercise in heart failure patients</w:t>
      </w:r>
      <w:bookmarkEnd w:id="0"/>
      <w:r w:rsidR="00386E48" w:rsidRPr="00386E48">
        <w:rPr>
          <w:rFonts w:ascii="Times New Roman" w:hAnsi="Times New Roman" w:cs="Times New Roman"/>
          <w:b/>
          <w:bCs/>
          <w:sz w:val="24"/>
          <w:szCs w:val="24"/>
        </w:rPr>
        <w:t>”</w:t>
      </w:r>
    </w:p>
    <w:p w14:paraId="3780D9E7" w14:textId="3773DD51" w:rsidR="008F469D" w:rsidRPr="00BE0EF2" w:rsidRDefault="0057396C">
      <w:pPr>
        <w:pStyle w:val="Ttulo1"/>
      </w:pPr>
      <w:r w:rsidRPr="00BE0EF2">
        <w:t>P</w:t>
      </w:r>
      <w:r w:rsidRPr="00BE0EF2">
        <w:t>001-M3</w:t>
      </w:r>
    </w:p>
    <w:p w14:paraId="65343A79" w14:textId="77777777" w:rsidR="008F469D" w:rsidRPr="00BE0EF2" w:rsidRDefault="0057396C">
      <w:r w:rsidRPr="00BE0EF2">
        <w:t>P001-Interview M3.m4a</w:t>
      </w:r>
      <w:r w:rsidRPr="00BE0EF2">
        <w:br/>
        <w:t xml:space="preserve">Speaker1: [00:00:00:00] Look, there also appears our friend (dog). Before we start just a little, a little nuance because the words physical activity, physical exercise and sport can appear. When we move around walking or </w:t>
      </w:r>
      <w:r w:rsidRPr="00BE0EF2">
        <w:t>cycling to go somewhere, when we are doing housework for example sweeping, we are doing physical activity. When we make a plan, even if it is very basic, for example, I am going to do 20' of cycling, I am going to do 10' of squats with rests, etc., we are practicing physical exercise. When we perform an activity, usually in competition, with some rules, we say that we are practicing a sport. It is simply a clarification.</w:t>
      </w:r>
      <w:r w:rsidRPr="00BE0EF2">
        <w:br/>
        <w:t>Speaker2: Okay, okay.</w:t>
      </w:r>
      <w:r w:rsidRPr="00BE0EF2">
        <w:br/>
        <w:t>Speaker3: Understood.</w:t>
      </w:r>
      <w:r w:rsidRPr="00BE0EF2">
        <w:br/>
        <w:t>Speaker1: The first question I would like t</w:t>
      </w:r>
      <w:r w:rsidRPr="00BE0EF2">
        <w:t>o start with is, Merche, do you think your life has changed since the event happened? If it has changed, in what ways, how do you see it?</w:t>
      </w:r>
      <w:r w:rsidRPr="00BE0EF2">
        <w:br/>
        <w:t>Speaker2: [00:01:08] Well, let's see, it's a little bit difficult for me to talk about it [silence, she gets emotional].</w:t>
      </w:r>
      <w:r w:rsidRPr="00BE0EF2">
        <w:br/>
        <w:t>Speaker1: [00:01:14] I understand.</w:t>
      </w:r>
      <w:r w:rsidRPr="00BE0EF2">
        <w:br/>
        <w:t>Speaker2: [00:01:18] So... because I start crying. Because. Because I do. Because it's a change. It's a very abrupt change. Mhm. From leading a normal life, now he looks different. Well, I don't know, it's as if I were</w:t>
      </w:r>
      <w:r w:rsidRPr="00BE0EF2">
        <w:t xml:space="preserve"> carrying a ballast. And you have to be very careful with everything and you see life with a little more fear. I try to be very strong and also to move forward and that is the first thing I have always had in my mind and I have to go out and I have to go out and I have to recover as best I can and try to go back to my normal life, in quotation marks, although I know it will not be normal, normal like before, but well. But, but yes, I have changed a lot in my life. The way of seeing things. I don't know [sil</w:t>
      </w:r>
      <w:r w:rsidRPr="00BE0EF2">
        <w:t>ence].</w:t>
      </w:r>
      <w:r w:rsidRPr="00BE0EF2">
        <w:br/>
        <w:t>Then apart. I have also had a problem with my eyes and, according to what the guy at the hospital told me, well, I don't have a visit with the neurologist until October until October 7 [2021]. But well, the neurologist told me that according to what he had seen in the test that he did and such it looked like I had emi, emi, emiopsia. homonymous.</w:t>
      </w:r>
      <w:r w:rsidRPr="00BE0EF2">
        <w:br/>
        <w:t>Speaker3: [00:02:55] I don't know.</w:t>
      </w:r>
      <w:r w:rsidRPr="00BE0EF2">
        <w:br/>
        <w:t>Speaker2: [00:02:56] It's just that you lose a part of vision in the eye. So I have it in my left eye. And according to th</w:t>
      </w:r>
      <w:r w:rsidRPr="00BE0EF2">
        <w:t xml:space="preserve">e test that they did, I had lost a little bit of vision on the left side, but both eyes. What happens is that I don't notice it practically in the right eye. So, what happens? Of course. Do you know what happens too? Mistake, terrible mistake, looking at the Internet. So there on the Internet I started reading and I found out that with this disease, I still don't know if it is that, it could possibly be, but I haven't talked to the neurologist or anything yet. Well, that you cannot drive with this disease, </w:t>
      </w:r>
      <w:r w:rsidRPr="00BE0EF2">
        <w:t xml:space="preserve">which involves many disorders when moving, when walking among people, that you feel like a little bit of that is true, because I do notice it as if you were a little out of place. Until you get used to it. So, of course, </w:t>
      </w:r>
      <w:r w:rsidRPr="00BE0EF2">
        <w:lastRenderedPageBreak/>
        <w:t>that comes together, it comes together. Well, when it comes to taking the car, I have taken it because no one has told me or the doctor or anything, they have not told me that I could not take the car and I do take it. I try to go with someone who drives just in case I find myself in the ca</w:t>
      </w:r>
      <w:r w:rsidRPr="00BE0EF2">
        <w:t>r, but come on, I'm doing fine, I'm not, I'm... possibly when they've seen the tests and they've given me an appointment until October because it won't be too serious, I say.</w:t>
      </w:r>
      <w:r w:rsidRPr="00BE0EF2">
        <w:br/>
        <w:t>Speaker3: [00:04:36] Well, to sum it up, he started doing things and they gave him a stick. And then all this stuff that we had gained by getting to do one thing, getting to do another thing, the rest of it. He has spent five or six days crying and all that we had gained, of encouragement, of joy, well, the stick or stick, we don't kno</w:t>
      </w:r>
      <w:r w:rsidRPr="00BE0EF2">
        <w:t>w anything. Besides, we have already seen it, until they do not see us we do not know anything. What I have said to her and we have to go back to the same thing and even for six or seven days, but we are going around in circles. The rest, everything we had earned. And then that was like that.</w:t>
      </w:r>
      <w:r w:rsidRPr="00BE0EF2">
        <w:br/>
        <w:t>Speaker1: It's inevitable, but now to wait.</w:t>
      </w:r>
      <w:r w:rsidRPr="00BE0EF2">
        <w:br/>
        <w:t>Speaker3: We don't know anything at all (silence).</w:t>
      </w:r>
      <w:r w:rsidRPr="00BE0EF2">
        <w:br/>
        <w:t xml:space="preserve">Speaker1: And on the topic of looking on the internet, after the diagnosis and what happened to you with the heart failure </w:t>
      </w:r>
      <w:r w:rsidRPr="00BE0EF2">
        <w:t>decompensation issue, did the same thing happen to you that you started looking for?</w:t>
      </w:r>
      <w:r w:rsidRPr="00BE0EF2">
        <w:br/>
        <w:t>Speaker2: [00:05:31] No, no.</w:t>
      </w:r>
      <w:r w:rsidRPr="00BE0EF2">
        <w:br/>
        <w:t>Speaker2: [00:05:34] Huh? No, because in theory let's see, I already more or less know people who have had a heart attack, who have gone through, no, maybe not the same thing, but very similar. So, so I more or less did know what it was, what I was limited to that and everything, everything, the whole history of change.</w:t>
      </w:r>
      <w:r w:rsidRPr="00BE0EF2">
        <w:br/>
        <w:t>Speaker1: [00:05:58] Maybe also having had the diagnosis, having gone to the</w:t>
      </w:r>
      <w:r w:rsidRPr="00BE0EF2">
        <w:t xml:space="preserve"> consultations and having been told what's going on, you're assured of what's going on.</w:t>
      </w:r>
      <w:r w:rsidRPr="00BE0EF2">
        <w:br/>
        <w:t>Speaker2: [00:06:12] No, but very well, because the last day you did my EKG.</w:t>
      </w:r>
      <w:r w:rsidRPr="00BE0EF2">
        <w:br/>
        <w:t>Speaker1: [00:06:19] The ultrasound.</w:t>
      </w:r>
      <w:r w:rsidRPr="00BE0EF2">
        <w:br/>
        <w:t>Speaker2: [00:06:23] The doctor who did it told me I looked fantastic.</w:t>
      </w:r>
      <w:r w:rsidRPr="00BE0EF2">
        <w:br/>
        <w:t>Speaker1: [00:06:28] Vicente Climent did it, can it be.</w:t>
      </w:r>
      <w:r w:rsidRPr="00BE0EF2">
        <w:br/>
        <w:t>Speaker2: [00:06:30] I think so. Yeah, I think he did. And he told me that I looked great, that I looked great, I looked great, everything was great, it looked like I hadn't had anyth</w:t>
      </w:r>
      <w:r w:rsidRPr="00BE0EF2">
        <w:t>ing.</w:t>
      </w:r>
      <w:r w:rsidRPr="00BE0EF2">
        <w:br/>
        <w:t>Speaker1: [00:06:44] Well, I'm glad.</w:t>
      </w:r>
      <w:r w:rsidRPr="00BE0EF2">
        <w:br/>
        <w:t>Speaker3: You also have to hold on to the good news once in a while.</w:t>
      </w:r>
      <w:r w:rsidRPr="00BE0EF2">
        <w:br/>
        <w:t>Speaker1: I would like to, relative to the earlier comment, ask you also about whether you think it's changed or what you were doing in terms of physical activity or even exercise. I don't know, what were you doing before the event?</w:t>
      </w:r>
      <w:r w:rsidRPr="00BE0EF2">
        <w:br/>
        <w:t>Speaker2: [00:07:02] I used to do yoga, I used to go to yoga classes. What happens is that good also with the confinement. And when COVID started, the girls also had to</w:t>
      </w:r>
      <w:r w:rsidRPr="00BE0EF2">
        <w:t xml:space="preserve"> close the classes and we stopped giving classes.</w:t>
      </w:r>
      <w:r w:rsidRPr="00BE0EF2">
        <w:br/>
        <w:t>Speaker1: [00:07:18] But we're talking about December when we started?</w:t>
      </w:r>
      <w:r w:rsidRPr="00BE0EF2">
        <w:br/>
        <w:t>Speaker2: [00:07:22] It was September last year.</w:t>
      </w:r>
      <w:r w:rsidRPr="00BE0EF2">
        <w:br/>
        <w:t>Speaker1: [00:07:25] Let's see that I got my bearings because I'm already out of place.</w:t>
      </w:r>
      <w:r w:rsidRPr="00BE0EF2">
        <w:br/>
        <w:t>Speaker3: It was September 18th of last year [2020].</w:t>
      </w:r>
      <w:r w:rsidRPr="00BE0EF2">
        <w:br/>
        <w:t xml:space="preserve">Speaker1: Okay, all right. Then and in between we also get the COVID that also plays, plays </w:t>
      </w:r>
      <w:r w:rsidRPr="00BE0EF2">
        <w:lastRenderedPageBreak/>
        <w:t>its role.</w:t>
      </w:r>
      <w:r w:rsidRPr="00BE0EF2">
        <w:br/>
        <w:t>Speaker2: [00:07:42] Yeah, a lot, a long time ago.</w:t>
      </w:r>
      <w:r w:rsidRPr="00BE0EF2">
        <w:br/>
        <w:t xml:space="preserve">Speaker1: [00:07:44] So, before the event, when </w:t>
      </w:r>
      <w:r w:rsidRPr="00BE0EF2">
        <w:t>there was no COVID. So in that. In that situation, in that scenario did you do yoga. To go to work, how did you commute?</w:t>
      </w:r>
      <w:r w:rsidRPr="00BE0EF2">
        <w:br/>
        <w:t>Speaker2: [00:07:59] By car.</w:t>
      </w:r>
      <w:r w:rsidRPr="00BE0EF2">
        <w:br/>
        <w:t>Speaker1: [00:08:01] So, any other activities that you remember?</w:t>
      </w:r>
      <w:r w:rsidRPr="00BE0EF2">
        <w:br/>
        <w:t>Speaker2: [00:08:08] I don't know, going out walking. We would go out from grapes to pears. My mother also likes to walk a lot and she and my sister would come here, and we would walk around Morant (park). But very occasionally. What is regular exercise, no.</w:t>
      </w:r>
      <w:r w:rsidRPr="00BE0EF2">
        <w:br/>
        <w:t>Speaker3: [00:08:24] So the working ho</w:t>
      </w:r>
      <w:r w:rsidRPr="00BE0EF2">
        <w:t>urs at the factory and then come to eat, take a nap for a while, go with her mother to go to the stores or if you go downtown, leave the car to drive around, to go shopping, to have the house fall down on her (jokes).</w:t>
      </w:r>
      <w:r w:rsidRPr="00BE0EF2">
        <w:br/>
        <w:t>Speaker2: [00:08:42] Yeah, I just don't stop, really.</w:t>
      </w:r>
      <w:r w:rsidRPr="00BE0EF2">
        <w:br/>
        <w:t>Speaker1: [00:08:45] I understand.</w:t>
      </w:r>
      <w:r w:rsidRPr="00BE0EF2">
        <w:br/>
        <w:t>Speaker3: I mean, that's the life I had before.</w:t>
      </w:r>
      <w:r w:rsidRPr="00BE0EF2">
        <w:br/>
        <w:t>Speaker1: And at work you were sitting down?</w:t>
      </w:r>
      <w:r w:rsidRPr="00BE0EF2">
        <w:br/>
        <w:t>Speaker2: [00:08:55] The 8-hour standing job.</w:t>
      </w:r>
      <w:r w:rsidRPr="00BE0EF2">
        <w:br/>
        <w:t>Speaker1: [00:08:57] So okay, so that's what we were talking about</w:t>
      </w:r>
      <w:r w:rsidRPr="00BE0EF2">
        <w:t xml:space="preserve"> up there, so in 8 hours of physical activity.</w:t>
      </w:r>
      <w:r w:rsidRPr="00BE0EF2">
        <w:br/>
        <w:t>Speaker2: [00:09:05] Yes, a lot. Also, stressful, because you have to go very fast, they ask you for a production, you have to get to that production because if you don't, you don't get paid incentives. Well, stories like that at work.</w:t>
      </w:r>
      <w:r w:rsidRPr="00BE0EF2">
        <w:br/>
        <w:t>Speaker1: [00:09:15] So on the work side you were active and then on the leisure side, so more than with your husband, with your mother or with your sister, to go shopping and so on every now and then some walking and yoga, right</w:t>
      </w:r>
      <w:r w:rsidRPr="00BE0EF2">
        <w:t>?</w:t>
      </w:r>
      <w:r w:rsidRPr="00BE0EF2">
        <w:br/>
        <w:t>Speaker2: Yes.</w:t>
      </w:r>
      <w:r w:rsidRPr="00BE0EF2">
        <w:br/>
        <w:t>Speaker1: Okay, so if you want now we continue with the rehabilitation process, since it happened to you, even since we met until now. So, tell me how you've been living these months and how you've been feeling.</w:t>
      </w:r>
      <w:r w:rsidRPr="00BE0EF2">
        <w:br/>
        <w:t>Speaker2: [00:09:51] Well, these months, I've had my spurts, one spurt I was more, more excited, other spurts I was less excited and so on. When I was thinking about how this has been going so, so slow because it has been slow and I was wondering if I was going to be okay, if I wasn</w:t>
      </w:r>
      <w:r w:rsidRPr="00BE0EF2">
        <w:t>'t going to be okay. Let's see if I can go back to work, if I'm not going to go back. Anyway.</w:t>
      </w:r>
      <w:r w:rsidRPr="00BE0EF2">
        <w:br/>
        <w:t>Speaker1: [00:10:31] Yeah, doubts.</w:t>
      </w:r>
      <w:r w:rsidRPr="00BE0EF2">
        <w:br/>
        <w:t>Speaker2: [00:10:33] Yeah, a lot of doubts.</w:t>
      </w:r>
      <w:r w:rsidRPr="00BE0EF2">
        <w:br/>
        <w:t>Speaker1: [00:10:33] Doubts, let's say in the initial phase and now that I've seen you. And obviously you perceive the evolution, although I'm not in the clinical part, but I perceive it. So, right now, although you have already pointed it out to me before a little bit. Other than this uncertainty that we're talking about, the other neur</w:t>
      </w:r>
      <w:r w:rsidRPr="00BE0EF2">
        <w:t>ological issue, how do you feel to continue?</w:t>
      </w:r>
      <w:r w:rsidRPr="00BE0EF2">
        <w:br/>
      </w:r>
      <w:r w:rsidRPr="00BE0EF2">
        <w:lastRenderedPageBreak/>
        <w:t>Speaker2: [00:11:03] Man, I think I still have a little bit to go. I still feel like I still have a little bit to go. But come on, I think that yes, I think I'm going to be able to resume the things that I've been doing normally. I think so.</w:t>
      </w:r>
      <w:r w:rsidRPr="00BE0EF2">
        <w:br/>
        <w:t>Speaker1: [00:11:24] Because now, so again, going back to the topic of physical activity and exercise, although I have asked you during these six months and I have seen you, to be specific, I mean, during these six months wha</w:t>
      </w:r>
      <w:r w:rsidRPr="00BE0EF2">
        <w:t>t you have done mostly is in the initial phase, walking, because I remember you told me that you always did it two days a week, whenever you could for whatever reason, you did it.</w:t>
      </w:r>
      <w:r w:rsidRPr="00BE0EF2">
        <w:br/>
        <w:t>Speaker2: [00:11:50] Yeah, if we didn't do it, it was because of bad weather.</w:t>
      </w:r>
      <w:r w:rsidRPr="00BE0EF2">
        <w:br/>
        <w:t>Speaker1: [00:11:52] That at the beginning you didn't, because it was harder and little by little.</w:t>
      </w:r>
      <w:r w:rsidRPr="00BE0EF2">
        <w:br/>
      </w:r>
      <w:r w:rsidRPr="00BE0EF2">
        <w:lastRenderedPageBreak/>
        <w:t>Speaker2: [00:11:58] Yes, at the beginning I was walking with a walker. No, not at first, at first I was walking with a walker, I was. Then I left the walk</w:t>
      </w:r>
      <w:r w:rsidRPr="00BE0EF2">
        <w:t>er and we're going slowly, but now. And now? Now we have a good walk.</w:t>
      </w:r>
      <w:r w:rsidRPr="00BE0EF2">
        <w:br/>
        <w:t>Speaker3: [00:12:11] Well, now you don't even have to hold my hand. Well, it's been two months since he told me, don't hold my hand anymore.</w:t>
      </w:r>
      <w:r w:rsidRPr="00BE0EF2">
        <w:br/>
        <w:t>Speaker1: When I saw you last time, I remember that when you left you didn't see me because I was going to the kids and I remember that Merche was holding your hand while you were walking. So now you're on your own.</w:t>
      </w:r>
      <w:r w:rsidRPr="00BE0EF2">
        <w:br/>
        <w:t xml:space="preserve">Speaker2: [00:12:31] Yeah, yeah, because, because that, because that's what she told </w:t>
      </w:r>
      <w:r w:rsidRPr="00BE0EF2">
        <w:t>me. That's what Laura [hospital physical therapist] told me. Laura was the one who told me that no, that I had to go alone, that I had to walk and do everything. Yeah, so that's it.</w:t>
      </w:r>
      <w:r w:rsidRPr="00BE0EF2">
        <w:br/>
        <w:t>Speaker3: [00:12:49] But that it's okay for me to go with you there, to the hospital and everything.</w:t>
      </w:r>
      <w:r w:rsidRPr="00BE0EF2">
        <w:br/>
        <w:t>Speaker2: [00:12:52] I know, but what.</w:t>
      </w:r>
      <w:r w:rsidRPr="00BE0EF2">
        <w:br/>
        <w:t>Speaker3: [00:12:56] Yeah.</w:t>
      </w:r>
      <w:r w:rsidRPr="00BE0EF2">
        <w:br/>
        <w:t>Speaker1: Okay, for walking you guys told me that you use an app if you use it from the beginning. Why is that?</w:t>
      </w:r>
      <w:r w:rsidRPr="00BE0EF2">
        <w:br/>
        <w:t xml:space="preserve">Speaker2: [00:13:12] That's because. Because Laura </w:t>
      </w:r>
      <w:r w:rsidRPr="00BE0EF2">
        <w:t>asked me when I was walking more or less a day. So then I said well I don't know, I mean because we don't go to the Morant [park] but I don't know how far that is. And then she told me to download the Adidas Running app. He says it's very good, he says it measures what you do, the time it takes, he says. And it's very good. And I downloaded it and that's why now I have a clearer concept of what I'm walking and everything.</w:t>
      </w:r>
      <w:r w:rsidRPr="00BE0EF2">
        <w:br/>
        <w:t>Speaker1: [00:13:47] And do you think that using that and knowing the distance that yo</w:t>
      </w:r>
      <w:r w:rsidRPr="00BE0EF2">
        <w:t>u're doing helps?</w:t>
      </w:r>
      <w:r w:rsidRPr="00BE0EF2">
        <w:br/>
        <w:t>Speaker3: It motivates.</w:t>
      </w:r>
      <w:r w:rsidRPr="00BE0EF2">
        <w:br/>
        <w:t>Speaker2: [00:13:54] Yeah, it does, because it helps, it helps relatively. It helps in the sense of saying well I'm going to see if I can do it in less time today and we're going a little bit faster, walking. But let's see, it doesn't help either. Well, we haven't set any goals either.</w:t>
      </w:r>
      <w:r w:rsidRPr="00BE0EF2">
        <w:br/>
        <w:t>Speaker3: [00:14:12] Now we're getting the average of one kilometer 16 minutes before...</w:t>
      </w:r>
      <w:r w:rsidRPr="00BE0EF2">
        <w:br/>
        <w:t>Speaker2: [00:14:17] Well, yeah, 14, 15. Last one.</w:t>
      </w:r>
      <w:r w:rsidRPr="00BE0EF2">
        <w:br/>
        <w:t>Speaker3: [00:14:20] It's just we were gett</w:t>
      </w:r>
      <w:r w:rsidRPr="00BE0EF2">
        <w:t>ing 24 before.</w:t>
      </w:r>
      <w:r w:rsidRPr="00BE0EF2">
        <w:br/>
        <w:t>Speaker1: That's great! Well, I'd like to ask you or ask you Merche if you're concerned about anything related to physical exercise or physical activity, if you think it can help you, what role can it play? If you need something or you would like some kind of support in this regard. I don't know. For example, if you think that doing something that can harm you a little bit. Tell me,</w:t>
      </w:r>
      <w:r w:rsidRPr="00BE0EF2">
        <w:br/>
        <w:t>Speaker2: [00:15:00] No, do something. Let's see, I would like that. For example, right now, right now what I'm</w:t>
      </w:r>
      <w:r w:rsidRPr="00BE0EF2">
        <w:t xml:space="preserve"> doing, you're doing it normally, it's not hard anymore. It's like a habit now, and... But I would like, for example, to know if I can do [silence]. Well, swimming, they told me yes, that I could swim perfectly well too, but in yoga and go back to my yoga classes and all that. For example, I had many doubts because I didn't even have time to ask. For example, I have a friend who is a physio and well, I don't know if you know him, he has a </w:t>
      </w:r>
      <w:r w:rsidRPr="00BE0EF2">
        <w:lastRenderedPageBreak/>
        <w:t xml:space="preserve">clinic called Solar. Pablo Solar. Well, that guy told me, ask, but I </w:t>
      </w:r>
      <w:r w:rsidRPr="00BE0EF2">
        <w:t>haven't had time, I tell you, I haven't had time. He asks, how many is the maximum heart rate he can get.</w:t>
      </w:r>
      <w:r w:rsidRPr="00BE0EF2">
        <w:br/>
        <w:t>Speaker1: [00:16:06] The heart rate?</w:t>
      </w:r>
      <w:r w:rsidRPr="00BE0EF2">
        <w:br/>
        <w:t>Speaker2: [00:16:08] Yes, he says, and we from here we make you an exercise chart in the exercise chart, so you don't always do the same thing and you don't get bored, he says, because there comes a time when it's always the same thing and such. You get bored, he says, we can make you an exercise table, he says, as long as you know up to what heart rate you can reach</w:t>
      </w:r>
      <w:r w:rsidRPr="00BE0EF2">
        <w:t>, the maximum heart rate you can reach. I didn't have time to ask because I told you that I went to rehab for two hours and I spoke with Victoria [cardiac rehab nurse] and Laura for very little time. So I seem to remember that in one of the classes we were in she told me that it was 140 because she told me it was 145, yes she told me that's true, it's 140 beats, she said But, but come on, you're not going to get it, no way, because your heart rate is very low and you have 50, 50 and a few 60 beats and you'r</w:t>
      </w:r>
      <w:r w:rsidRPr="00BE0EF2">
        <w:t>e not going to get it by exercising at 140.</w:t>
      </w:r>
      <w:r w:rsidRPr="00BE0EF2">
        <w:br/>
        <w:t>Speaker1: [00:17:20] Come on, like Armstrong who has a very low heart rate. So, from what I understand or let me get this straight. If you had the option of having an exercise chart and I don't know, some calls or some kind of monitoring, would that be good for you? And do you think it would help you and would you do more activities or exercises?</w:t>
      </w:r>
      <w:r w:rsidRPr="00BE0EF2">
        <w:br/>
        <w:t>Speaker2: [00:17:45] Yeah, Yeah. That would be very good as well.</w:t>
      </w:r>
      <w:r w:rsidRPr="00BE0EF2">
        <w:br/>
        <w:t>Speaker1: [00:17:47] And giving you some guidelines l</w:t>
      </w:r>
      <w:r w:rsidRPr="00BE0EF2">
        <w:t>ike what you're saying. If I know, I'm going to check my heart rate, right? Then you would need me to maybe tell you how I can monitor or like for some guidelines so that I know that I'm moving in optimal ranges and that the exercise is safe.</w:t>
      </w:r>
      <w:r w:rsidRPr="00BE0EF2">
        <w:br/>
        <w:t>Speaker2: [00:18:09] Sure, sure.</w:t>
      </w:r>
      <w:r w:rsidRPr="00BE0EF2">
        <w:br/>
        <w:t>Speaker1: [00:18:11] Because do you have any fears or would you have any fears doing new exercises? Because with what you're doing maybe you feel very confident and you look good, but if you were put in this situation of doing something</w:t>
      </w:r>
      <w:r w:rsidRPr="00BE0EF2">
        <w:t xml:space="preserve"> that's new to you, that you've never done before, do you think you would be afraid to do it?</w:t>
      </w:r>
      <w:r w:rsidRPr="00BE0EF2">
        <w:br/>
        <w:t>Speaker2: [00:18:27] Fear no, because let's see, even if I'm not seeing or I'm not, I don't know how far I can go. But I guess you know how far you know how far you can go. If I see myself that I'm getting tired, I would stop, not all at once, little by little I would go stopping and I would say this is as far as I can go.</w:t>
      </w:r>
      <w:r w:rsidRPr="00BE0EF2">
        <w:br/>
        <w:t xml:space="preserve">Speaker1: [00:18:57] So it's clear to me that you're not afraid. And, if on top of that they </w:t>
      </w:r>
      <w:r w:rsidRPr="00BE0EF2">
        <w:t>tell you some signs and that you learn to detect certain signs that give you and serve to know how far you can go. Then even more security. That is to say, Merche would not be afraid.</w:t>
      </w:r>
      <w:r w:rsidRPr="00BE0EF2">
        <w:br/>
        <w:t>Speaker2: No, no.</w:t>
      </w:r>
      <w:r w:rsidRPr="00BE0EF2">
        <w:br/>
        <w:t>Speaker1: Okay, okay. Speaking a little bit about the same thing, so I'd like you to tell me what you said to me if you enjoy or doing whatever you do, in this case walking. What do you think it brings you, how do you feel when during those walks?</w:t>
      </w:r>
      <w:r w:rsidRPr="00BE0EF2">
        <w:br/>
        <w:t xml:space="preserve">Speaker2: [00:19:36] No, I feel good, I feel good and I don't </w:t>
      </w:r>
      <w:r w:rsidRPr="00BE0EF2">
        <w:t>know, like, I feel more independent, more, more free, I don't know, I don't know how to explain it.</w:t>
      </w:r>
      <w:r w:rsidRPr="00BE0EF2">
        <w:br/>
        <w:t>Speaker1: [00:19:51] Yes, yes.</w:t>
      </w:r>
      <w:r w:rsidRPr="00BE0EF2">
        <w:br/>
        <w:t xml:space="preserve">Speaker2: [00:19:53] Yes, you are doing something that until recently you thought was </w:t>
      </w:r>
      <w:r w:rsidRPr="00BE0EF2">
        <w:lastRenderedPageBreak/>
        <w:t>impossible and you see that you are doing it and it also encourages you, it encourages you to continue. Then people also see you and tell you how good you look. My goodness, you haven't been noticed since the last time I saw you. Well, all those things and doing that, going shopping, going out,</w:t>
      </w:r>
      <w:r w:rsidRPr="00BE0EF2">
        <w:t xml:space="preserve"> going for a walk with him, going to...</w:t>
      </w:r>
      <w:r w:rsidRPr="00BE0EF2">
        <w:br/>
        <w:t>Speaker3: [00:20:26] In fact I've forced her to do a little bit, I tell her come on, I'll set the pace and she comes after me. Because before 24 minutes or 25 a kilometer which is one kilometer around the park and then we went down to 16, 17, and now 14 or 15, that's about it because we're going four kilometers an hour more or less. So I set the pace and I tell her, come on, a pace, that is, my pace and she's moving forward.</w:t>
      </w:r>
      <w:r w:rsidRPr="00BE0EF2">
        <w:br/>
        <w:t xml:space="preserve">Speaker1: So, in this case, walking with J </w:t>
      </w:r>
      <w:r w:rsidRPr="00BE0EF2">
        <w:t>[husband] helps you not to relax and to push yourself a little bit more, right?</w:t>
      </w:r>
      <w:r w:rsidRPr="00BE0EF2">
        <w:br/>
        <w:t>Speaker2: [00:21:03] Yeah, because he has the longer stride, doesn't that what? [silence].</w:t>
      </w:r>
      <w:r w:rsidRPr="00BE0EF2">
        <w:br/>
        <w:t>Speaker1: [00:21:16] Tell me about it.</w:t>
      </w:r>
      <w:r w:rsidRPr="00BE0EF2">
        <w:br/>
        <w:t>Speaker2: Well. Well look what they are. They're mixed feelings sometimes. So that, you're good, you feel good, you feel because you do things and you feel more, more fulfilled, more, more you again.</w:t>
      </w:r>
      <w:r w:rsidRPr="00BE0EF2">
        <w:br/>
        <w:t>Speaker3: [00:21:36] It's entertaining, but there are times when he's plof like this and anything Merc</w:t>
      </w:r>
      <w:r w:rsidRPr="00BE0EF2">
        <w:t>he this or that and he starts crying.</w:t>
      </w:r>
      <w:r w:rsidRPr="00BE0EF2">
        <w:br/>
        <w:t>Speaker2: [00:21:43] So I've missed everything, but I miss work a lot too.</w:t>
      </w:r>
      <w:r w:rsidRPr="00BE0EF2">
        <w:br/>
        <w:t>Speaker3: [00:21:47] I know.</w:t>
      </w:r>
      <w:r w:rsidRPr="00BE0EF2">
        <w:br/>
        <w:t>Speaker2: [00:21:48] And I'm active that ...</w:t>
      </w:r>
      <w:r w:rsidRPr="00BE0EF2">
        <w:br/>
        <w:t>Speaker3: [00:21:50] But there's something missing there, I mean, there's something missing to keep it going up and not just because of anything, plof. At the beginning, when you've touched on it, he starts to cry.</w:t>
      </w:r>
      <w:r w:rsidRPr="00BE0EF2">
        <w:br/>
        <w:t>Speaker1: When a topic comes up just yes, I understand that this is the question of uncertainty, right?</w:t>
      </w:r>
      <w:r w:rsidRPr="00BE0EF2">
        <w:br/>
        <w:t>Speake</w:t>
      </w:r>
      <w:r w:rsidRPr="00BE0EF2">
        <w:t>r2: [00:22:23] Yeah, yeah.</w:t>
      </w:r>
      <w:r w:rsidRPr="00BE0EF2">
        <w:br/>
        <w:t>Speaker1: But well, there's also a positive part, the words of the neighbors, the evolution of Merche and to try to continue like this.</w:t>
      </w:r>
      <w:r w:rsidRPr="00BE0EF2">
        <w:br/>
        <w:t>Speaker2: Yes, yes.</w:t>
      </w:r>
      <w:r w:rsidRPr="00BE0EF2">
        <w:br/>
        <w:t>Speaker1: [00:22:24] And when you do those walks, if, for example, he sets a little bit of a pace for you, do you think that, going back to the safety issue, see if this is not good for me?</w:t>
      </w:r>
      <w:r w:rsidRPr="00BE0EF2">
        <w:br/>
        <w:t>Speaker2: [00:22:40] No, I feel fine. So no fear at all. And thoughts of negative thoughts of saying no, let's see if I'm going to get it a</w:t>
      </w:r>
      <w:r w:rsidRPr="00BE0EF2">
        <w:t>gain that I feel like I'm like this. No, no, no, no, I got that out of my head, I got it out of my head.</w:t>
      </w:r>
      <w:r w:rsidRPr="00BE0EF2">
        <w:br/>
        <w:t>Speaker3: [00:22:59] Hehehehehehe. I'm laughing, because there's a lot of times that he picks up and when he finishes the ride he comes back home and I'm like no, no, no, no, no, no, no, no.</w:t>
      </w:r>
      <w:r w:rsidRPr="00BE0EF2">
        <w:br/>
        <w:t>Speaker1: So, the sergeant shows up.</w:t>
      </w:r>
      <w:r w:rsidRPr="00BE0EF2">
        <w:br/>
        <w:t>Speaker3: Hehehehehehehehe. But there are days and days, if you know what I mean.</w:t>
      </w:r>
      <w:r w:rsidRPr="00BE0EF2">
        <w:br/>
        <w:t>Speaker2: [00:23:20] Yeah, there are days.</w:t>
      </w:r>
      <w:r w:rsidRPr="00BE0EF2">
        <w:br/>
        <w:t>Speaker3: [00:23:21] For example, the other day we wen</w:t>
      </w:r>
      <w:r w:rsidRPr="00BE0EF2">
        <w:t xml:space="preserve">t up and down, tremendous. So, there's days that I'm like fuck all this way around that's going up all that is going around </w:t>
      </w:r>
      <w:r w:rsidRPr="00BE0EF2">
        <w:lastRenderedPageBreak/>
        <w:t>here and all the rest of it. I say, two kilometers and two kilometers is enough. Enough and this afternoon we do another two.</w:t>
      </w:r>
      <w:r w:rsidRPr="00BE0EF2">
        <w:br/>
        <w:t>Speaker1: Okay great. Okay, so now a little bit now ask you about the feedback, the advice, the guidelines that you've received from the hospital regarding these physical activity and exercise issues. I mean, have they given you instructions? How have they helpe</w:t>
      </w:r>
      <w:r w:rsidRPr="00BE0EF2">
        <w:t>d you? What have they told you? Have you asked?</w:t>
      </w:r>
      <w:r w:rsidRPr="00BE0EF2">
        <w:br/>
        <w:t>Speaker2: [00:24:02] Uh [silence], about exercise?</w:t>
      </w:r>
      <w:r w:rsidRPr="00BE0EF2">
        <w:br/>
        <w:t>Speaker1: [00:24:03] Yeah, about physical activity and exercise.</w:t>
      </w:r>
      <w:r w:rsidRPr="00BE0EF2">
        <w:br/>
        <w:t>Speaker2: [00:24:06] They didn't tell me that it's, that it's that what I was doing was really good. What. In fact, I'm telling you, the two days I've been [cardiac rehab]. I've been cycling. They haven't put me on a treadmill. I was cycling and they had me cycling for 45 minutes and well, well, they told me that I'm doing very well and so on.</w:t>
      </w:r>
      <w:r w:rsidRPr="00BE0EF2">
        <w:br/>
        <w:t>Sp</w:t>
      </w:r>
      <w:r w:rsidRPr="00BE0EF2">
        <w:t>eaker1: [00:24:35] First time?</w:t>
      </w:r>
      <w:r w:rsidRPr="00BE0EF2">
        <w:br/>
        <w:t>Speaker2: Yeah</w:t>
      </w:r>
      <w:r w:rsidRPr="00BE0EF2">
        <w:br/>
        <w:t>Speaker1: And the first time, when was it about?</w:t>
      </w:r>
      <w:r w:rsidRPr="00BE0EF2">
        <w:br/>
        <w:t>Speaker2: [00:24:40] The first of the month. Day2. Day 2 [June 2021].</w:t>
      </w:r>
      <w:r w:rsidRPr="00BE0EF2">
        <w:br/>
        <w:t>Speaker1: [00:24:43] I imagine it didn't start earlier because of the pandemic issue.</w:t>
      </w:r>
      <w:r w:rsidRPr="00BE0EF2">
        <w:br/>
        <w:t>Speaker2: [00:24:55] Yes, because when the first time that they called me, that they told me that I was going to start rehab, they told me on the phone that no, that it was better for me to stay home because there was the virus issue, very bad and such and then</w:t>
      </w:r>
      <w:r w:rsidRPr="00BE0EF2">
        <w:t xml:space="preserve"> they had stopped rehabs and all that and then nothing.</w:t>
      </w:r>
      <w:r w:rsidRPr="00BE0EF2">
        <w:br/>
        <w:t>Speaker1: [00:25:21] And did they give you any alternative?</w:t>
      </w:r>
      <w:r w:rsidRPr="00BE0EF2">
        <w:br/>
        <w:t>Speaker2: [00:25:29] Well, what I was doing was already walking and I told him I said man, I'm usually walking. Ah, well nothing, so just keep walking, huh? Are you in? That's what they told me. You write down what you walk and the speed. And of course, I didn't know how to do that, because I said I don't know. And that's when I went, when they told me about the application, well, that's it, w</w:t>
      </w:r>
      <w:r w:rsidRPr="00BE0EF2">
        <w:t>alk and I told him and I told him that I had an old bicycle, but well, I can do cycling too. And he said ah, well nothing, well walk and walk every day and bike a little bit and it's really good, he says with that the truth is that you'll notice it.</w:t>
      </w:r>
      <w:r w:rsidRPr="00BE0EF2">
        <w:br/>
        <w:t>Speaker1: [00:26:11] And would you have liked to receive any other kind of help or support? Both at the home level that they would have told you to do at home and then to do there at the hospital.</w:t>
      </w:r>
      <w:r w:rsidRPr="00BE0EF2">
        <w:br/>
        <w:t>Speaker2: [00:26:21] Yes, the truth is that I could, and even mor</w:t>
      </w:r>
      <w:r w:rsidRPr="00BE0EF2">
        <w:t>e so now with all the advances that there are, as I say, by, by, by, by mail, by any means send you, send you some exercise guidelines or something like that.</w:t>
      </w:r>
      <w:r w:rsidRPr="00BE0EF2">
        <w:br/>
        <w:t>Speaker1: [00:26:40] Because when you went there to the hospital, other than cycling, what did you do?</w:t>
      </w:r>
      <w:r w:rsidRPr="00BE0EF2">
        <w:br/>
        <w:t>Speaker2: [00:26:46] Other than the cycling, we did the warm up that you do before you start, which is ten minutes, the cycling which I did for 45 minutes and then the cool down so your muscles don't get stiff.</w:t>
      </w:r>
      <w:r w:rsidRPr="00BE0EF2">
        <w:br/>
        <w:t>Speaker1: [00:27:04] Okay. And this, yo</w:t>
      </w:r>
      <w:r w:rsidRPr="00BE0EF2">
        <w:t>u told me it's been two days, right?</w:t>
      </w:r>
      <w:r w:rsidRPr="00BE0EF2">
        <w:br/>
        <w:t>Speaker2: [00:27:11] Yeah. Day two and...</w:t>
      </w:r>
      <w:r w:rsidRPr="00BE0EF2">
        <w:br/>
        <w:t xml:space="preserve">Speaker3: [00:27:14] And the 15th of last month [May 2021]. I mean, you've been a week </w:t>
      </w:r>
      <w:r w:rsidRPr="00BE0EF2">
        <w:lastRenderedPageBreak/>
        <w:t>without going because you were told you couldn't go until day two.</w:t>
      </w:r>
      <w:r w:rsidRPr="00BE0EF2">
        <w:br/>
        <w:t>Speaker2: [00:27:20] Day two. Day nine. And last week. I mean, let's see. No, no, so. So I didn't start on day two.</w:t>
      </w:r>
      <w:r w:rsidRPr="00BE0EF2">
        <w:br/>
        <w:t>Speaker3: [00:27:35] Day two. You skipped a week because you were told to go the following week. I believe you started on the 15th of May, the first one on the 15t</w:t>
      </w:r>
      <w:r w:rsidRPr="00BE0EF2">
        <w:t>h of May and it wasn't until the second one that you didn't come back tomorrow.</w:t>
      </w:r>
      <w:r w:rsidRPr="00BE0EF2">
        <w:br/>
        <w:t>Speaker2: [00:27:51] May no, it was the second of June when I started. Was it the second or not, let's see if you're right and I started on the 26th of May, the 26th, the second... [thinking] and the ninth which was last week, just that I was told not to do anything. Well yeah.</w:t>
      </w:r>
      <w:r w:rsidRPr="00BE0EF2">
        <w:br/>
        <w:t>Speaker1: [00:28:15] Okay. And so with obviously with how little it's been, but what you've done there versus what you would have liked to have been sent</w:t>
      </w:r>
      <w:r w:rsidRPr="00BE0EF2">
        <w:t xml:space="preserve"> home. I mean, weighing those two options, which one would you go with? One, the other, or something mixed? I don't know, what would you have liked?</w:t>
      </w:r>
      <w:r w:rsidRPr="00BE0EF2">
        <w:br/>
        <w:t>Speaker2: [00:28:39] Man, I would have liked to do more rehab.</w:t>
      </w:r>
      <w:r w:rsidRPr="00BE0EF2">
        <w:br/>
        <w:t>Speaker1: [00:28:44] Go to the hospital more?</w:t>
      </w:r>
      <w:r w:rsidRPr="00BE0EF2">
        <w:br/>
        <w:t>Speaker2: [00:28:47] Yeah, going to the hospital more and that doing tape that I hadn't done. There's another one that's like arms of a machine that's like arms also to get strength, arms.</w:t>
      </w:r>
      <w:r w:rsidRPr="00BE0EF2">
        <w:br/>
        <w:t>Speaker3: [00:28:59] The legs, that's what we had been doing unti</w:t>
      </w:r>
      <w:r w:rsidRPr="00BE0EF2">
        <w:t>l now. The worst thing has always been the legs. I mean, I don't know if it's because of the two months he's been in bed. The worst thing he has had. And now, now she has more strength in her legs, with the squats she does and everything else. And I can see that her arms are strong, but her legs, you can still see that they are very strong compared to before. Tremendous.</w:t>
      </w:r>
      <w:r w:rsidRPr="00BE0EF2">
        <w:br/>
        <w:t xml:space="preserve">Speaker1: Okay, well, obviously we have said that COVID has influenced our lives. But other than not being able to go to the hospital, on </w:t>
      </w:r>
      <w:r w:rsidRPr="00BE0EF2">
        <w:t>your own, do you think you would have done more, less, or the same?</w:t>
      </w:r>
      <w:r w:rsidRPr="00BE0EF2">
        <w:br/>
        <w:t>Speaker2: [00:29:47] On my own, you say?</w:t>
      </w:r>
      <w:r w:rsidRPr="00BE0EF2">
        <w:br/>
        <w:t>Speaker1: [00:29:48] Yes.</w:t>
      </w:r>
      <w:r w:rsidRPr="00BE0EF2">
        <w:br/>
        <w:t>Speaker2: [00:29:49] On my own the same.</w:t>
      </w:r>
      <w:r w:rsidRPr="00BE0EF2">
        <w:br/>
        <w:t>Speaker1: [00:29:52] Why?</w:t>
      </w:r>
      <w:r w:rsidRPr="00BE0EF2">
        <w:br/>
        <w:t>Speaker2: [00:29:57] Because, let's see, I don't understand you.</w:t>
      </w:r>
      <w:r w:rsidRPr="00BE0EF2">
        <w:br/>
        <w:t>Speaker1: [00:30:01] Why would you have done the same thing? For example, going for a walk on the street doesn't scare me, even though we're in pandemic. So I would have done the same thing, right, could that be an answer?</w:t>
      </w:r>
      <w:r w:rsidRPr="00BE0EF2">
        <w:br/>
        <w:t>Speaker2: [00:30:16] Y</w:t>
      </w:r>
      <w:r w:rsidRPr="00BE0EF2">
        <w:t>eah sure.</w:t>
      </w:r>
      <w:r w:rsidRPr="00BE0EF2">
        <w:br/>
        <w:t>Speaker1: [00:30:19] So that, whether you had COVID or not COVID you would have been out on the street walking without any kind of problem.</w:t>
      </w:r>
      <w:r w:rsidRPr="00BE0EF2">
        <w:br/>
        <w:t>Speaker2: Yeah yeah.</w:t>
      </w:r>
      <w:r w:rsidRPr="00BE0EF2">
        <w:br/>
        <w:t>Speaker1: Okay, great. Okay, well, just to finish up, so a little bit about the future. Some questions about the future, but on the same topics, for example, will you continue to be physically active or exercise?</w:t>
      </w:r>
      <w:r w:rsidRPr="00BE0EF2">
        <w:br/>
        <w:t xml:space="preserve">Speaker2: [00:30:41] Man, I'm going to do it, of course I am. If at the time, at the time of </w:t>
      </w:r>
      <w:r w:rsidRPr="00BE0EF2">
        <w:lastRenderedPageBreak/>
        <w:t>going back to work I'm going to hav</w:t>
      </w:r>
      <w:r w:rsidRPr="00BE0EF2">
        <w:t>e it a little bit more complicated, but. But come on, yes, my intention is to keep doing it if I can. If I can go back to yoga classes again I would like to do it because I like it very much and it relaxes me, it teaches me. The truth is that it teaches me many things that right now the talks of the psychologist that I'm going to [at the hospital] there are many relaxation techniques like the ones I did in yoga.</w:t>
      </w:r>
      <w:r w:rsidRPr="00BE0EF2">
        <w:br/>
        <w:t>Speaker1: [00:31:19] The Jacobson's technique that is so fashionable. And, is it Purificacion Be</w:t>
      </w:r>
      <w:r w:rsidRPr="00BE0EF2">
        <w:t>rnabeu who teaches the sessions?</w:t>
      </w:r>
      <w:r w:rsidRPr="00BE0EF2">
        <w:br/>
        <w:t>Speaker2: It's two girls.</w:t>
      </w:r>
      <w:r w:rsidRPr="00BE0EF2">
        <w:br/>
        <w:t>Speaker3: [00:31:29] She goes to the room and there are two girls. I leave it there at the door.</w:t>
      </w:r>
      <w:r w:rsidRPr="00BE0EF2">
        <w:br/>
        <w:t>Speaker2: [00:31:35] Let's see, I just can't remember what it's called.</w:t>
      </w:r>
      <w:r w:rsidRPr="00BE0EF2">
        <w:br/>
        <w:t>Speaker1: [00:31:37] Well, the thing is, it's also good the relaxation part, learning how to breathe correctly. In those sessions do you learn how to relax? Do you apply it afterwards?</w:t>
      </w:r>
      <w:r w:rsidRPr="00BE0EF2">
        <w:br/>
        <w:t>Speaker2: [00:31:55] Yes, at some times yes, but not usually. When I'm at home, I don't get too ner</w:t>
      </w:r>
      <w:r w:rsidRPr="00BE0EF2">
        <w:t>vous or anything like that. At home I don't, but when I go out there, when I go out there, then, well, yes, some moments that I remember and I do the relaxation, the breaths. And [silence] that, so sometimes I do apply them.</w:t>
      </w:r>
      <w:r w:rsidRPr="00BE0EF2">
        <w:br/>
        <w:t>Speaker3: [00:32:25] Do you want a Coke, a beer or something Carles?</w:t>
      </w:r>
      <w:r w:rsidRPr="00BE0EF2">
        <w:br/>
        <w:t>Speaker1: No, thank you, and would you like to increase the activity that you do, do something different? Well, yoga is already clear to me, but would you like to do some other kind of activity or somewhere else? I don</w:t>
      </w:r>
      <w:r w:rsidRPr="00BE0EF2">
        <w:t>'t know</w:t>
      </w:r>
      <w:r w:rsidRPr="00BE0EF2">
        <w:br/>
        <w:t>[silence]</w:t>
      </w:r>
      <w:r w:rsidRPr="00BE0EF2">
        <w:br/>
        <w:t>Speaker1: Talking about exercise and physical activity again.</w:t>
      </w:r>
      <w:r w:rsidRPr="00BE0EF2">
        <w:br/>
        <w:t>Speaker2: [00:32:52] Man, I really like to walk in the countryside too, do, not hiking at all, but yes. When [silence] sometimes we go to Castellón, there to Jerica to a house that an uncle of mine has there in the mountains, so we go out almost every day to walk around there, in the mountains.</w:t>
      </w:r>
      <w:r w:rsidRPr="00BE0EF2">
        <w:br/>
        <w:t>Speaker1: When do you do this?</w:t>
      </w:r>
      <w:r w:rsidRPr="00BE0EF2">
        <w:br/>
        <w:t>Speaker2: That's usually in the summer. When I have summer vacation we go there and we are there. So it d</w:t>
      </w:r>
      <w:r w:rsidRPr="00BE0EF2">
        <w:t>epends, a week, ten days.</w:t>
      </w:r>
      <w:r w:rsidRPr="00BE0EF2">
        <w:br/>
        <w:t>Speaker3: [00:33:28] 12 days he was there before he had his heart attack, 12.</w:t>
      </w:r>
      <w:r w:rsidRPr="00BE0EF2">
        <w:br/>
        <w:t>Speaker1: And you were there on routes?</w:t>
      </w:r>
      <w:r w:rsidRPr="00BE0EF2">
        <w:br/>
        <w:t>Speaker2: Yes.</w:t>
      </w:r>
      <w:r w:rsidRPr="00BE0EF2">
        <w:br/>
        <w:t>Speaker1: And would you like to go back, do this again?</w:t>
      </w:r>
      <w:r w:rsidRPr="00BE0EF2">
        <w:br/>
        <w:t>Speaker2: Yes [silence].</w:t>
      </w:r>
      <w:r w:rsidRPr="00BE0EF2">
        <w:br/>
        <w:t xml:space="preserve">Speaker1: And aside from, for example, what you were telling me a little bit about the application that they recommended to count the kilometers, you were telling me about the technology that's out there today and the fact that there was no inpatient rehab because of the </w:t>
      </w:r>
      <w:r w:rsidRPr="00BE0EF2">
        <w:t>COVID issue and you were saying, but I would have liked something different.</w:t>
      </w:r>
      <w:r w:rsidRPr="00BE0EF2">
        <w:br/>
        <w:t>Speaker2: [00:34:03] Yeah, that he would have sent me some software or some exercises to do by email, some phone call and tell you well look, even though by email if they give it to you and you see the little figures and all that, well you get a little bit more of an idea of how to do it.</w:t>
      </w:r>
      <w:r w:rsidRPr="00BE0EF2">
        <w:br/>
      </w:r>
      <w:r w:rsidRPr="00BE0EF2">
        <w:lastRenderedPageBreak/>
        <w:t>Speaker1: [00:34:29] For example, now in the future, they would send you some exercise charts and every once in a while they would call you to as</w:t>
      </w:r>
      <w:r w:rsidRPr="00BE0EF2">
        <w:t>k you how you're doing, you've done it or they would just tell you well write it all down on a calendar and, then we'll meet up and we'll evaluate it. I mean, you would have liked it before, but would you also like to have it now, not in the future?</w:t>
      </w:r>
      <w:r w:rsidRPr="00BE0EF2">
        <w:br/>
        <w:t>Speaker2: Yes [silence].</w:t>
      </w:r>
      <w:r w:rsidRPr="00BE0EF2">
        <w:br/>
        <w:t>Speaker1: And well, although it's a little bit back, maybe something we've already talked about. What do you think you would need to do that? To, to go to yoga, to go to the field to do those routes. What do you think you'd need to be ab</w:t>
      </w:r>
      <w:r w:rsidRPr="00BE0EF2">
        <w:t>le to do that that you'd like to do?</w:t>
      </w:r>
      <w:r w:rsidRPr="00BE0EF2">
        <w:br/>
        <w:t>Speaker2: [00:35:16] Well. Maybe to have a little bit more [silent thinking] to see myself, me a little bit stronger, a little bit more, a little bit more self-confidence, even though I'm getting a lot of strength and stuff, but, I don't know.</w:t>
      </w:r>
      <w:r w:rsidRPr="00BE0EF2">
        <w:br/>
        <w:t>Speaker3: [00:35:41] She's very positive, very positive. Also, she's come through because of how positive she is. So, that's one of the things about her, she's very positive. And come on, come on, come on, come on, come on, come on</w:t>
      </w:r>
      <w:r w:rsidRPr="00BE0EF2">
        <w:t xml:space="preserve"> and strong.</w:t>
      </w:r>
      <w:r w:rsidRPr="00BE0EF2">
        <w:br/>
        <w:t>Speaker1: So, continuing with that, let's say that you do see yourself, I don't know if you will see yourself soon, but you do see yourself.</w:t>
      </w:r>
      <w:r w:rsidRPr="00BE0EF2">
        <w:br/>
        <w:t>Speaker3: You need a little bit of confidence. That's what she's lacking, a little bit of confidence in her, but that she wants to take it, but she still lacks a little bit. I think if her body would work a little bit better, because everything she thinks she has is stuck in her head. Those fears that she has and everything else she wants to get it out, bu</w:t>
      </w:r>
      <w:r w:rsidRPr="00BE0EF2">
        <w:t>t having a little bit more self-confidence.</w:t>
      </w:r>
      <w:r w:rsidRPr="00BE0EF2">
        <w:br/>
        <w:t>Speaker1: But according to what Merche has said, she is not afraid of doing activities.</w:t>
      </w:r>
      <w:r w:rsidRPr="00BE0EF2">
        <w:br/>
        <w:t>Speaker3: No, it's not that she's not afraid to do it. I am saying that she lacks a little bit of confidence, that she is already positive. She wants to, but she lacks a little bit of confidence and I think it's just that she gets her head around it a lot.</w:t>
      </w:r>
      <w:r w:rsidRPr="00BE0EF2">
        <w:br/>
        <w:t xml:space="preserve">Speaker2: [00:36:51] No, but yes, yes, you have to do it, because what happens is that, there are times that moving alone, </w:t>
      </w:r>
      <w:r w:rsidRPr="00BE0EF2">
        <w:t>doing things alone and all that, there are times that I have a little bit of doubt, because I'm always leaning on him, I always have his support of, well if we have to go here, he comes with me, we have to go there, we always go together and all that. So I'm missing the pull of saying [silence], which I'm already doing because I'm already I'm taking the car, I'm leaving.</w:t>
      </w:r>
      <w:r w:rsidRPr="00BE0EF2">
        <w:br/>
        <w:t>Speaker3: [00:37:31] The other day, Sunday you went with your cousin for lunch and you didn't take me. Hahahahahahahaha.</w:t>
      </w:r>
      <w:r w:rsidRPr="00BE0EF2">
        <w:br/>
        <w:t>Speaker1: [00:37:</w:t>
      </w:r>
      <w:r w:rsidRPr="00BE0EF2">
        <w:t>36] She's already starting to be autonomous.</w:t>
      </w:r>
      <w:r w:rsidRPr="00BE0EF2">
        <w:br/>
        <w:t>Speaker3: You know?</w:t>
      </w:r>
      <w:r w:rsidRPr="00BE0EF2">
        <w:br/>
        <w:t>Speaker1: [00:37:39] I see. So if you keep going the way you are going little by little you will get to what you were talking about, you will get back to work. At work, if everything stays the same, well it was about eight hours of activity. And then if you can, you will go to yoga.</w:t>
      </w:r>
      <w:r w:rsidRPr="00BE0EF2">
        <w:br/>
        <w:t>Speaker2: Yes, yes.</w:t>
      </w:r>
      <w:r w:rsidRPr="00BE0EF2">
        <w:br/>
        <w:t>Speaker1: Okay. I think we can finish here so we can finish after having a good time talking, do you think?</w:t>
      </w:r>
      <w:r w:rsidRPr="00BE0EF2">
        <w:br/>
        <w:t>Speaker2: Yes, yes and so much, tha</w:t>
      </w:r>
      <w:r w:rsidRPr="00BE0EF2">
        <w:t>nk you.</w:t>
      </w:r>
    </w:p>
    <w:p w14:paraId="1FB41FB5" w14:textId="77777777" w:rsidR="008F469D" w:rsidRPr="00FE09F4" w:rsidRDefault="0057396C">
      <w:pPr>
        <w:pStyle w:val="Ttulo1"/>
      </w:pPr>
      <w:r w:rsidRPr="00FE09F4">
        <w:lastRenderedPageBreak/>
        <w:t>P003-M3</w:t>
      </w:r>
    </w:p>
    <w:p w14:paraId="5C311DDF" w14:textId="77777777" w:rsidR="008F469D" w:rsidRPr="00BE0EF2" w:rsidRDefault="0057396C">
      <w:r w:rsidRPr="00FE09F4">
        <w:t>P003-M3-Entrevista.m4a</w:t>
      </w:r>
      <w:r w:rsidRPr="00FE09F4">
        <w:br/>
        <w:t xml:space="preserve">Speaker1: [00:00:00] Okay. </w:t>
      </w:r>
      <w:r w:rsidRPr="00BE0EF2">
        <w:t>Well nothing Miguel, as I was saying first thank you for all these six months and I would like to talk now about some of some issues. So, the first thing I would like you to tell me is, uh, has it changed... Well, if I'm not mistaken, it was when you joined in December.</w:t>
      </w:r>
      <w:r w:rsidRPr="00BE0EF2">
        <w:br/>
        <w:t>Speaker2: [00:00:22] Yes.</w:t>
      </w:r>
      <w:r w:rsidRPr="00BE0EF2">
        <w:br/>
        <w:t>Speaker1: [00:00:22] of 2020 What would you say has changed since that time now?</w:t>
      </w:r>
      <w:r w:rsidRPr="00BE0EF2">
        <w:br/>
        <w:t>Speaker2: [00:00:27] Nothing.</w:t>
      </w:r>
      <w:r w:rsidRPr="00BE0EF2">
        <w:br/>
        <w:t>Speaker1: [00:00:28] Nothing.</w:t>
      </w:r>
      <w:r w:rsidRPr="00BE0EF2">
        <w:br/>
        <w:t>Speaker2: [00:00:29] Nothing at all.</w:t>
      </w:r>
      <w:r w:rsidRPr="00BE0EF2">
        <w:br/>
        <w:t>Speaker1:</w:t>
      </w:r>
      <w:r w:rsidRPr="00BE0EF2">
        <w:t xml:space="preserve"> [00:00:30] Why?</w:t>
      </w:r>
      <w:r w:rsidRPr="00BE0EF2">
        <w:br/>
        <w:t>Speaker2: [00:00:31] Because I'm a mess of a guy. That's why, [silence] because I should have changed. At least a little bit.</w:t>
      </w:r>
      <w:r w:rsidRPr="00BE0EF2">
        <w:br/>
        <w:t>Speaker1: [00:00:40] Not just that you've changed, but has anything changed in your day to day life, since, for example....</w:t>
      </w:r>
      <w:r w:rsidRPr="00BE0EF2">
        <w:br/>
        <w:t>Speaker2: [00:00:48] That I smoke less, but I smoke, the only thing.</w:t>
      </w:r>
      <w:r w:rsidRPr="00BE0EF2">
        <w:br/>
        <w:t>Speaker1: [00:00:52] And let's say you were doing the same thing, to put a date, in November as you were doing in January.</w:t>
      </w:r>
      <w:r w:rsidRPr="00BE0EF2">
        <w:br/>
        <w:t>Speaker2: [00:01:01] Yeah. Same thing.</w:t>
      </w:r>
      <w:r w:rsidRPr="00BE0EF2">
        <w:br/>
        <w:t>Speaker1: [00:</w:t>
      </w:r>
      <w:r w:rsidRPr="00BE0EF2">
        <w:t>01:02] So before the admission what you were doing for example physical activity, walking and so on, basically the same.</w:t>
      </w:r>
      <w:r w:rsidRPr="00BE0EF2">
        <w:br/>
        <w:t>Speaker2: [00:01:11] Same thing, I was doing the same thing.</w:t>
      </w:r>
      <w:r w:rsidRPr="00BE0EF2">
        <w:br/>
        <w:t>Speaker1: [00:01:14] And what did you do for example, before December, the association, did you go to the association?</w:t>
      </w:r>
      <w:r w:rsidRPr="00BE0EF2">
        <w:br/>
        <w:t>Speaker2: [00:01:19] Yeah, yeah, actually two years.</w:t>
      </w:r>
      <w:r w:rsidRPr="00BE0EF2">
        <w:br/>
        <w:t>Speaker1: [00:01:22] So in the association you did exercise like what we've been talking about, walking.</w:t>
      </w:r>
      <w:r w:rsidRPr="00BE0EF2">
        <w:br/>
        <w:t>Speaker2: [00:01:28] Yes, yes, yes, from day one.</w:t>
      </w:r>
      <w:r w:rsidRPr="00BE0EF2">
        <w:br/>
        <w:t>Spe</w:t>
      </w:r>
      <w:r w:rsidRPr="00BE0EF2">
        <w:t>aker1: [00:01:30] And more or less those exercises you're repeating, walking, speech therapy and fine motor skills, play dough and so on that you told me about, right?</w:t>
      </w:r>
      <w:r w:rsidRPr="00BE0EF2">
        <w:br/>
        <w:t>Speaker2: [00:01:38] Yeah yeah.</w:t>
      </w:r>
      <w:r w:rsidRPr="00BE0EF2">
        <w:br/>
        <w:t>Speaker1: [00:01:38]Okay, okay. So other than the association you would do exercise or physical activity, with other people?</w:t>
      </w:r>
      <w:r w:rsidRPr="00BE0EF2">
        <w:br/>
        <w:t>Speaker2: [00:01:49]Not with other people. I'm telling you, at home the this pedal thing I did, now I usually do, but that's where it hits me. At eight o'clock and ten days without touchi</w:t>
      </w:r>
      <w:r w:rsidRPr="00BE0EF2">
        <w:t>ng it and ten days taking it and doing exercises at home.</w:t>
      </w:r>
      <w:r w:rsidRPr="00BE0EF2">
        <w:br/>
        <w:t>Speaker1: [00:02:07] And there in the association, for example, how many, how many people, how many people with how many people?</w:t>
      </w:r>
      <w:r w:rsidRPr="00BE0EF2">
        <w:br/>
        <w:t>Speaker2: [00:02:11] Now some groups of four, because until recently you were just one.</w:t>
      </w:r>
      <w:r w:rsidRPr="00BE0EF2">
        <w:br/>
        <w:t>Speaker1: [00:02:17] And before all this, because I understand in November it would still be normal how many people there used to be.</w:t>
      </w:r>
      <w:r w:rsidRPr="00BE0EF2">
        <w:br/>
        <w:t>Speaker2: [00:02:23] Groups of six, six or seven.</w:t>
      </w:r>
      <w:r w:rsidRPr="00BE0EF2">
        <w:br/>
      </w:r>
      <w:r w:rsidRPr="00BE0EF2">
        <w:lastRenderedPageBreak/>
        <w:t xml:space="preserve">Speaker1: [00:02:26] Okay, okay, and already on your </w:t>
      </w:r>
      <w:r w:rsidRPr="00BE0EF2">
        <w:t>own what I was talking about pedalier or going for a walk, when you used to go out before did you go out alone?</w:t>
      </w:r>
      <w:r w:rsidRPr="00BE0EF2">
        <w:br/>
        <w:t>Speaker2: [00:02:38] Yeah, I used to walk, I remember. I mean, I'd finish dinner and maybe I'd walk to the coconut and I'd come back.</w:t>
      </w:r>
      <w:r w:rsidRPr="00BE0EF2">
        <w:br/>
        <w:t>Speaker1: [00:02:47] To the coconut? and how far was I able to walk for kilometers?</w:t>
      </w:r>
      <w:r w:rsidRPr="00BE0EF2">
        <w:br/>
        <w:t>Speaker2: [00:02:52] I don't know how many kilometers it will be.</w:t>
      </w:r>
      <w:r w:rsidRPr="00BE0EF2">
        <w:br/>
        <w:t>Speaker1: [00:02:54] What about time?</w:t>
      </w:r>
      <w:r w:rsidRPr="00BE0EF2">
        <w:br/>
        <w:t>Speaker2: [00:02:54] At the end of the beach.</w:t>
      </w:r>
      <w:r w:rsidRPr="00BE0EF2">
        <w:br/>
        <w:t>Speaker1: [00:02:55] Okay.</w:t>
      </w:r>
      <w:r w:rsidRPr="00BE0EF2">
        <w:br/>
        <w:t>Speak</w:t>
      </w:r>
      <w:r w:rsidRPr="00BE0EF2">
        <w:t>er2: [00:02:56] And of time... [pause thinking] Poof. I don't know, maybe. I don't know how long I might be, an hour or so walking, I don't know.</w:t>
      </w:r>
      <w:r w:rsidRPr="00BE0EF2">
        <w:br/>
        <w:t>Speaker1: [00:03:03] But that's in 2020 or about....</w:t>
      </w:r>
      <w:r w:rsidRPr="00BE0EF2">
        <w:br/>
        <w:t>Speaker2: [00:03:06] No, not before. I couldn't walk that now, no way.</w:t>
      </w:r>
      <w:r w:rsidRPr="00BE0EF2">
        <w:br/>
        <w:t>Speaker1: [00:03:12] Pretty much we're talking about how long.</w:t>
      </w:r>
      <w:r w:rsidRPr="00BE0EF2">
        <w:br/>
        <w:t>Speaker2: [00:03:14] I was, I'm talking, maybe ten years, it was going half right. No, I was doing well.</w:t>
      </w:r>
      <w:r w:rsidRPr="00BE0EF2">
        <w:br/>
        <w:t xml:space="preserve">Speaker1: [00:03:22] So we're talking about, what you used to do the most </w:t>
      </w:r>
      <w:r w:rsidRPr="00BE0EF2">
        <w:t>is walk. Aside from walking.</w:t>
      </w:r>
      <w:r w:rsidRPr="00BE0EF2">
        <w:br/>
        <w:t>Speaker2: [00:03:28] I used to take the bike and I've done 164 kilometers [pause] Before. We used to leave work at five o'clock and we take the bike and we do it every day, 50 or 60 kilometers.</w:t>
      </w:r>
      <w:r w:rsidRPr="00BE0EF2">
        <w:br/>
        <w:t>Speaker1: [00:03:43] About ten years ago.</w:t>
      </w:r>
      <w:r w:rsidRPr="00BE0EF2">
        <w:br/>
        <w:t>Speaker2: [00:03:45] That makes more, more.</w:t>
      </w:r>
      <w:r w:rsidRPr="00BE0EF2">
        <w:br/>
        <w:t>Speaker1: [00:03:48] More. Okay, okay.</w:t>
      </w:r>
      <w:r w:rsidRPr="00BE0EF2">
        <w:br/>
        <w:t>Speaker2: [00:03:50] And now I don't get on the slope this haha.</w:t>
      </w:r>
      <w:r w:rsidRPr="00BE0EF2">
        <w:br/>
        <w:t>Speaker1: [00:03:52] Okay, Miguel. So, these six months that we've been seeing each other, although</w:t>
      </w:r>
      <w:r w:rsidRPr="00BE0EF2">
        <w:t xml:space="preserve"> we've been talking about it and I've seen your evolution and how you're doing. I'd like you to tell me how you've experienced it and how you've felt during these six months since you were admitted.</w:t>
      </w:r>
      <w:r w:rsidRPr="00BE0EF2">
        <w:br/>
        <w:t>Speaker2: [00:04:10] Well, I [long pause] I'm not scared of anything, because the doctor told me that if I continued smoking in six months I would wink and I am so stupid that I am smoking [pause] and I just.... So it wasn't a trauma to be admitted or anything.</w:t>
      </w:r>
      <w:r w:rsidRPr="00BE0EF2">
        <w:br/>
        <w:t xml:space="preserve">Speaker1: [00:04:30] So, what we're talking about, </w:t>
      </w:r>
      <w:r w:rsidRPr="00BE0EF2">
        <w:t>right? Smoking. You've told me, how long did you go without smoking?</w:t>
      </w:r>
      <w:r w:rsidRPr="00BE0EF2">
        <w:br/>
        <w:t>Speaker2: [00:04:36] Three months or so.</w:t>
      </w:r>
      <w:r w:rsidRPr="00BE0EF2">
        <w:br/>
        <w:t>Speaker1: [00:04:38] So from, until about March. You went without smoking.</w:t>
      </w:r>
      <w:r w:rsidRPr="00BE0EF2">
        <w:br/>
        <w:t>Speaker2: [00:04:41] Give or take.</w:t>
      </w:r>
      <w:r w:rsidRPr="00BE0EF2">
        <w:br/>
        <w:t>Speaker1: [00:04:43] And now, not at the levels before, which I think it was a pack a day. can it be?</w:t>
      </w:r>
      <w:r w:rsidRPr="00BE0EF2">
        <w:br/>
        <w:t>Speaker2: [00:04:48] Yeah, now yes, before a pack or ... Now I smoke 12 cigars more or less, but watch out this is very tiny [gesture of cigar size] than 12 of these, it's less than at best.</w:t>
      </w:r>
      <w:r w:rsidRPr="00BE0EF2">
        <w:t>...</w:t>
      </w:r>
      <w:r w:rsidRPr="00BE0EF2">
        <w:br/>
        <w:t>Speaker1: [00:05:00] Half, less than half.</w:t>
      </w:r>
      <w:r w:rsidRPr="00BE0EF2">
        <w:br/>
        <w:t>Speaker2: [00:05:02] 12. And there are times when I take two puffs and throw it away.</w:t>
      </w:r>
      <w:r w:rsidRPr="00BE0EF2">
        <w:br/>
      </w:r>
      <w:r w:rsidRPr="00BE0EF2">
        <w:lastRenderedPageBreak/>
        <w:t>Speaker1: [00:05:06] You could say about eight cigars. Six or eight cigars.</w:t>
      </w:r>
      <w:r w:rsidRPr="00BE0EF2">
        <w:br/>
        <w:t>Speaker2: [00:05:09] Give or take. I told the doctor 12.</w:t>
      </w:r>
      <w:r w:rsidRPr="00BE0EF2">
        <w:br/>
        <w:t>Speaker1: [00:05:13] Okay, so uh, so from admission to posteriori, exercise and activity has been the same.</w:t>
      </w:r>
      <w:r w:rsidRPr="00BE0EF2">
        <w:br/>
        <w:t>Speaker2: [00:05:24] Yeah.</w:t>
      </w:r>
      <w:r w:rsidRPr="00BE0EF2">
        <w:br/>
        <w:t xml:space="preserve">Speaker1: [00:05:25] If you were going to the Parkinson's Association before, except for COVID issues, no, the </w:t>
      </w:r>
      <w:r w:rsidRPr="00BE0EF2">
        <w:t>activity has been the same. I mean, there hasn't been a big hassle.</w:t>
      </w:r>
      <w:r w:rsidRPr="00BE0EF2">
        <w:br/>
        <w:t>Speaker2: [00:05:34] Because of COVID, we didn't go for a short time. But, I tell you, I was going 1 to 1 alone and we did two activities alone. Gymnastics and logo I think it was.</w:t>
      </w:r>
      <w:r w:rsidRPr="00BE0EF2">
        <w:br/>
        <w:t>Speaker1: [00:05:49] And what were you doing when, I mean, it changes a lot from when you were doing it individually to now when you're doing it with other people, the activities.</w:t>
      </w:r>
      <w:r w:rsidRPr="00BE0EF2">
        <w:br/>
        <w:t>Speaker2: [00:05:58] Same thing, what happens is that they're more aware of you bec</w:t>
      </w:r>
      <w:r w:rsidRPr="00BE0EF2">
        <w:t>ause you're one.</w:t>
      </w:r>
      <w:r w:rsidRPr="00BE0EF2">
        <w:br/>
        <w:t>Speaker1: [00:06:01] So the same thing walking, stretching, trunk movements.</w:t>
      </w:r>
      <w:r w:rsidRPr="00BE0EF2">
        <w:br/>
        <w:t>Speaker2: [00:06:05] That's it.</w:t>
      </w:r>
      <w:r w:rsidRPr="00BE0EF2">
        <w:br/>
        <w:t>Speaker1: [00:06:09] Okay. And outside of the association, same thing. What they said walking. And what you usually notice is you get tired.</w:t>
      </w:r>
      <w:r w:rsidRPr="00BE0EF2">
        <w:br/>
        <w:t>Speaker2: [00:06:17] I don't get tired, it's just that I can't walk because my back pain is going down and I have to stop.</w:t>
      </w:r>
      <w:r w:rsidRPr="00BE0EF2">
        <w:br/>
        <w:t>Speaker1: [00:06:24] Because that pain, as we are talking about, is probably coming from the hernia.</w:t>
      </w:r>
      <w:r w:rsidRPr="00BE0EF2">
        <w:br/>
        <w:t xml:space="preserve">Speaker2: [00:06:28] </w:t>
      </w:r>
      <w:r w:rsidRPr="00BE0EF2">
        <w:t>From the herniated discs.</w:t>
      </w:r>
      <w:r w:rsidRPr="00BE0EF2">
        <w:br/>
        <w:t>Speaker1: [00:06:29] That you told me you have three.</w:t>
      </w:r>
      <w:r w:rsidRPr="00BE0EF2">
        <w:br/>
        <w:t>Speaker2: [00:06:33] Three, [pause].</w:t>
      </w:r>
      <w:r w:rsidRPr="00BE0EF2">
        <w:br/>
        <w:t>Speaker1: [00:06:33] Okay.</w:t>
      </w:r>
      <w:r w:rsidRPr="00BE0EF2">
        <w:br/>
        <w:t>Speaker2: [00:06:34] Not one, three.</w:t>
      </w:r>
      <w:r w:rsidRPr="00BE0EF2">
        <w:br/>
        <w:t>Speaker1: [00:06:37] So, during this process someone has encouraged you to be active, to exercise.</w:t>
      </w:r>
      <w:r w:rsidRPr="00BE0EF2">
        <w:br/>
        <w:t>Speaker2: [00:06:45] Yeah, it's just, look, my wife goes out every afternoon to walk with two friends and a friend. But I'm not going to go with them, no way.</w:t>
      </w:r>
      <w:r w:rsidRPr="00BE0EF2">
        <w:br/>
        <w:t>Speaker1: [00:06:55] You can't keep up with them.</w:t>
      </w:r>
      <w:r w:rsidRPr="00BE0EF2">
        <w:br/>
        <w:t>Speaker2: [00:06:56] No</w:t>
      </w:r>
      <w:r w:rsidRPr="00BE0EF2">
        <w:t xml:space="preserve"> way, no way, no way, no way!</w:t>
      </w:r>
      <w:r w:rsidRPr="00BE0EF2">
        <w:br/>
        <w:t>Speaker1: [00:06:57] And there's nobody, I don't know, in your environment, who's more or less at your level.</w:t>
      </w:r>
      <w:r w:rsidRPr="00BE0EF2">
        <w:br/>
        <w:t>Speaker2: [00:07:04] I have a friend, but he's worse than me [blowing] And I can't walk slowly. I walk slowly when I go with my grandson, and I have to stop earlier because I get tired a lot more. So my friend, he's walking and all those bollards that you see, those bollards, they serve as seats for me.</w:t>
      </w:r>
      <w:r w:rsidRPr="00BE0EF2">
        <w:br/>
        <w:t>Speaker1: [00:07:24] He sits down and stops [silence] And with your</w:t>
      </w:r>
      <w:r w:rsidRPr="00BE0EF2">
        <w:t xml:space="preserve"> grandson, so do you usually see him, do you usually go out with him?</w:t>
      </w:r>
      <w:r w:rsidRPr="00BE0EF2">
        <w:br/>
        <w:t xml:space="preserve">Speaker2: [00:07:37] Man, [4-second silence] I have a grandson who's a satellite. He called me clumsy today. He's three years old. Three years old he was in March. And he wanted to put the drawings on the tablet, I mean, Alvaro, I don't know how to put them, "how clumsy </w:t>
      </w:r>
      <w:r w:rsidRPr="00BE0EF2">
        <w:lastRenderedPageBreak/>
        <w:t>you are, my grandson". The baby has some things.</w:t>
      </w:r>
      <w:r w:rsidRPr="00BE0EF2">
        <w:br/>
        <w:t>Speaker1: [00:08:00] So sometimes you go out with him and go for a walk in the park.</w:t>
      </w:r>
      <w:r w:rsidRPr="00BE0EF2">
        <w:br/>
        <w:t>Speaker2: [00:08:04] But I can't with</w:t>
      </w:r>
      <w:r w:rsidRPr="00BE0EF2">
        <w:t xml:space="preserve"> him because he walks slowly, slowly. And there are times when we're here, for example, and we're going home and I have to tell them, go ahead and I'll go or I'll go in front.</w:t>
      </w:r>
      <w:r w:rsidRPr="00BE0EF2">
        <w:br/>
        <w:t>Speaker1: [00:08:20] So with him alone you don't usually go out.</w:t>
      </w:r>
      <w:r w:rsidRPr="00BE0EF2">
        <w:br/>
        <w:t>Speaker2: [00:08:22] They won't let me, they don't trust me [pause] they don't trust me.</w:t>
      </w:r>
      <w:r w:rsidRPr="00BE0EF2">
        <w:br/>
        <w:t xml:space="preserve">Speaker1: [00:08:26] Okay Miguel. And nothing, even though I've already signed up a little bit. Does doing physical activity worry you or do you think that it might be harmful, that </w:t>
      </w:r>
      <w:r w:rsidRPr="00BE0EF2">
        <w:t>it might have some risk to you or the other way around?</w:t>
      </w:r>
      <w:r w:rsidRPr="00BE0EF2">
        <w:br/>
        <w:t>Speaker2: [00:08:41] Man, on the contrary, on the contrary... [pause] I tell you, I used to do a lot, but I haven't been able to walk for years.</w:t>
      </w:r>
      <w:r w:rsidRPr="00BE0EF2">
        <w:br/>
        <w:t>Speaker1: [00:08:54] And do you think that what you're doing on your own, well from time to time with the bottom bracket, from time to time walking and especially in the association helps you?</w:t>
      </w:r>
      <w:r w:rsidRPr="00BE0EF2">
        <w:br/>
        <w:t>Speaker2: [00:09:04] Man, I think it's good.</w:t>
      </w:r>
      <w:r w:rsidRPr="00BE0EF2">
        <w:br/>
        <w:t>Speaker1: [00:09:06] Do you notice it, do you get to notice it, how do yo</w:t>
      </w:r>
      <w:r w:rsidRPr="00BE0EF2">
        <w:t>u perceive it?</w:t>
      </w:r>
      <w:r w:rsidRPr="00BE0EF2">
        <w:br/>
        <w:t>Speaker2: [00:09:11] Well, I think I do. In fact, the day that I go to the exercise association that, I have less sugar. lol!</w:t>
      </w:r>
      <w:r w:rsidRPr="00BE0EF2">
        <w:br/>
        <w:t>Speaker1: [00:09:20] Do you measure yourself every day?</w:t>
      </w:r>
      <w:r w:rsidRPr="00BE0EF2">
        <w:br/>
        <w:t>Speaker2: [00:09:23] Almost every day. There are times when I do it twice. Because I usually do it when I know I'm low haha.</w:t>
      </w:r>
      <w:r w:rsidRPr="00BE0EF2">
        <w:br/>
        <w:t>Speaker1: [00:09:30] So.</w:t>
      </w:r>
      <w:r w:rsidRPr="00BE0EF2">
        <w:br/>
        <w:t>Speaker2: [00:09:31] On the little device you get it.</w:t>
      </w:r>
      <w:r w:rsidRPr="00BE0EF2">
        <w:br/>
        <w:t>Speaker1: [00:09:33] On association day it always comes up.</w:t>
      </w:r>
      <w:r w:rsidRPr="00BE0EF2">
        <w:br/>
        <w:t>Speaker2: [00:09:34] Yes.</w:t>
      </w:r>
      <w:r w:rsidRPr="00BE0EF2">
        <w:br/>
        <w:t>Speaker1: [00:09:34] Haha</w:t>
      </w:r>
      <w:r w:rsidRPr="00BE0EF2">
        <w:t>, got it. [silence] It goes, and let's say, and let's say, when you finish, I don't know, does it bring you anything positive, how do you feel about yourself or do you feel the same?</w:t>
      </w:r>
      <w:r w:rsidRPr="00BE0EF2">
        <w:br/>
        <w:t>Speaker2: [00:09:49] I feel the same way. If I tell you anything else I'm cheating you.</w:t>
      </w:r>
      <w:r w:rsidRPr="00BE0EF2">
        <w:br/>
        <w:t>Speaker1: [00:09:51] No, no, no, no, no, it's seeing what your perception is and what your feeling is.</w:t>
      </w:r>
      <w:r w:rsidRPr="00BE0EF2">
        <w:br/>
        <w:t>Speaker2: [00:09:56] It's not like it's something like Superman, come on.</w:t>
      </w:r>
      <w:r w:rsidRPr="00BE0EF2">
        <w:br/>
        <w:t>Speaker1: [00:10:00] So you don't think that by doing what you'r</w:t>
      </w:r>
      <w:r w:rsidRPr="00BE0EF2">
        <w:t>e doing you're taking any risks that are detrimental to your health status?</w:t>
      </w:r>
      <w:r w:rsidRPr="00BE0EF2">
        <w:br/>
        <w:t>Speaker2: [00:10:06] No, I don't, I think it's beneficial, exercising.</w:t>
      </w:r>
      <w:r w:rsidRPr="00BE0EF2">
        <w:br/>
        <w:t>Speaker1: [00:10:11] Okay. And from the hospital have they given you any guidelines or advice about physical activity or exercise?</w:t>
      </w:r>
      <w:r w:rsidRPr="00BE0EF2">
        <w:br/>
        <w:t>Speaker2: [00:10:19] No.</w:t>
      </w:r>
      <w:r w:rsidRPr="00BE0EF2">
        <w:br/>
        <w:t>Speaker1: [00:10:20] No cardiologists, no nurses and well, other physicians who also, who also you see, but.</w:t>
      </w:r>
      <w:r w:rsidRPr="00BE0EF2">
        <w:br/>
        <w:t>Speaker2: [00:10:28] No, they didn't tell me anything.</w:t>
      </w:r>
      <w:r w:rsidRPr="00BE0EF2">
        <w:br/>
        <w:t>Speaker1: [00:10:29] Neither in neurology nor</w:t>
      </w:r>
      <w:r w:rsidRPr="00BE0EF2">
        <w:t xml:space="preserve"> in Pneumology. [silence] You asked.</w:t>
      </w:r>
      <w:r w:rsidRPr="00BE0EF2">
        <w:br/>
      </w:r>
      <w:r w:rsidRPr="00BE0EF2">
        <w:lastRenderedPageBreak/>
        <w:t>Speaker2: [00:10:37] No, I did not.</w:t>
      </w:r>
      <w:r w:rsidRPr="00BE0EF2">
        <w:br/>
        <w:t>Speaker1: [00:10:38] Neither. And why?</w:t>
      </w:r>
      <w:r w:rsidRPr="00BE0EF2">
        <w:br/>
        <w:t>Speaker2: [00:10:42] I don't know, man. I think exercising is good.</w:t>
      </w:r>
      <w:r w:rsidRPr="00BE0EF2">
        <w:br/>
        <w:t>Speaker1: [00:10:47] But you didn't ask maybe because like you already have your routine with the association or because.</w:t>
      </w:r>
      <w:r w:rsidRPr="00BE0EF2">
        <w:br/>
        <w:t>Speaker2: [00:10:51] No, no, no, no, no, no,</w:t>
      </w:r>
      <w:r w:rsidRPr="00BE0EF2">
        <w:br/>
        <w:t>Speaker1: [00:10:56] You haven't considered it either.</w:t>
      </w:r>
      <w:r w:rsidRPr="00BE0EF2">
        <w:br/>
        <w:t>Speaker2: [00:10:57] I think exercise is good. So, that's not why I asked.</w:t>
      </w:r>
      <w:r w:rsidRPr="00BE0EF2">
        <w:br/>
        <w:t>Speaker1: [00:11:01] No, but not ju</w:t>
      </w:r>
      <w:r w:rsidRPr="00BE0EF2">
        <w:t>st exercise, but what kind of exercise, maybe how often? Well, a little bit, what kind of exercise? Maybe because some people say well, I don't know if this exercise will be good or that one.</w:t>
      </w:r>
      <w:r w:rsidRPr="00BE0EF2">
        <w:br/>
        <w:t>Speaker2: [00:11:14] But my son-in-law is a natural athlete and I have two weights at home. What and what exercise of the weights and such. Look at this one, this one and this one. But he is my son-in-law, he is not a doctor or anything. Well, he is a psychologist, but. But he doesn't work as a psychologist.</w:t>
      </w:r>
      <w:r w:rsidRPr="00BE0EF2">
        <w:br/>
        <w:t xml:space="preserve">Speaker1: </w:t>
      </w:r>
      <w:r w:rsidRPr="00BE0EF2">
        <w:t>[00:11:34] Is your son-in-law around, has he ever given you any advice?</w:t>
      </w:r>
      <w:r w:rsidRPr="00BE0EF2">
        <w:br/>
        <w:t>Speaker2: [00:11:36] Yeah, he's more ...</w:t>
      </w:r>
      <w:r w:rsidRPr="00BE0EF2">
        <w:br/>
        <w:t>Speaker1: [00:11:38] And from time to time, from time to time, have you listened to him?</w:t>
      </w:r>
      <w:r w:rsidRPr="00BE0EF2">
        <w:br/>
        <w:t>Speaker2: [00:11:41] No, no, no, no! Yes, yes, yes, yes, yes, yes. What's more, my grandson, "grandpa" no, he tells me yayo, "yayo to see the ball [biceps]. It's so soft. Uncle has it fatter". Sure, and my son-in-law is... [strong gesture]. Psychologist and he's all about this....</w:t>
      </w:r>
      <w:r w:rsidRPr="00BE0EF2">
        <w:br/>
        <w:t>Speaker1: [00:12:03] As a gy</w:t>
      </w:r>
      <w:r w:rsidRPr="00BE0EF2">
        <w:t>m instructor?</w:t>
      </w:r>
      <w:r w:rsidRPr="00BE0EF2">
        <w:br/>
        <w:t>Speaker2: [00:12:04] No. This staff thing. What do you call it? [pause] The ones that run the staff. What do you call those?</w:t>
      </w:r>
      <w:r w:rsidRPr="00BE0EF2">
        <w:br/>
        <w:t>Speaker1: [00:12:15] From human resources?</w:t>
      </w:r>
      <w:r w:rsidRPr="00BE0EF2">
        <w:br/>
        <w:t>Speaker2: [00:12:16] Yes, human resources.</w:t>
      </w:r>
      <w:r w:rsidRPr="00BE0EF2">
        <w:br/>
        <w:t>Speaker1: [00:12:17] In any company?</w:t>
      </w:r>
      <w:r w:rsidRPr="00BE0EF2">
        <w:br/>
        <w:t>Speaker2: [00:12:18] Yes, it's one that's in Murcia, that runs nursing homes.  What happens is that he has to travel because they have in Seville, in Segovia, in Madrid and he's in that.</w:t>
      </w:r>
      <w:r w:rsidRPr="00BE0EF2">
        <w:br/>
        <w:t xml:space="preserve">Speaker1: [00:12:33] Okay, so, Miguel, would you have liked to </w:t>
      </w:r>
      <w:r w:rsidRPr="00BE0EF2">
        <w:t>get some kind of advice or some kind of support, some kind of exercises and activity from the staff?</w:t>
      </w:r>
      <w:r w:rsidRPr="00BE0EF2">
        <w:br/>
        <w:t>Speaker2: [00:12:41] Well, well, that never hurts.</w:t>
      </w:r>
      <w:r w:rsidRPr="00BE0EF2">
        <w:br/>
        <w:t>Speaker1: [00:12:44] So, yes, you would have liked that and you would have preferred to have been told come here, we'll do it here or I'll tell you things and you do it on your own.</w:t>
      </w:r>
      <w:r w:rsidRPr="00BE0EF2">
        <w:br/>
        <w:t>Speaker2: [00:12:53] I prefer to be told to do it on my own.</w:t>
      </w:r>
      <w:r w:rsidRPr="00BE0EF2">
        <w:br/>
        <w:t>Speaker1: [00:12:57] Okay, okay. And would you have, so let's say, any calls to see how it's going or follow up?</w:t>
      </w:r>
      <w:r w:rsidRPr="00BE0EF2">
        <w:br/>
        <w:t>Spea</w:t>
      </w:r>
      <w:r w:rsidRPr="00BE0EF2">
        <w:t>ker2: [00:12:04] Well, yeah.</w:t>
      </w:r>
      <w:r w:rsidRPr="00BE0EF2">
        <w:br/>
        <w:t>Speaker1: [00:12:05] Do you think that you would have, that you would have done more, what exactly do you do?</w:t>
      </w:r>
      <w:r w:rsidRPr="00BE0EF2">
        <w:br/>
        <w:t>Speaker2: [00:13:08] I don't know, I don't know [laughs].</w:t>
      </w:r>
      <w:r w:rsidRPr="00BE0EF2">
        <w:br/>
        <w:t xml:space="preserve">Speaker1: [00:13:13] Okay. [silence] Nothing, I'd just like to ask you a little bit if you think that this whole pandemic thing that we've been through and we're still going through, do </w:t>
      </w:r>
      <w:r w:rsidRPr="00BE0EF2">
        <w:lastRenderedPageBreak/>
        <w:t>you think it's diminished, has it made you do or practice less activity?</w:t>
      </w:r>
      <w:r w:rsidRPr="00BE0EF2">
        <w:br/>
        <w:t>Speaker2: [00:13:28] No.</w:t>
      </w:r>
      <w:r w:rsidRPr="00BE0EF2">
        <w:br/>
        <w:t>Speaker1: [00:13:28] I mean, wo</w:t>
      </w:r>
      <w:r w:rsidRPr="00BE0EF2">
        <w:t>uld you have practiced the same?</w:t>
      </w:r>
      <w:r w:rsidRPr="00BE0EF2">
        <w:br/>
        <w:t>Speaker2: [00:13:32] The same.</w:t>
      </w:r>
      <w:r w:rsidRPr="00BE0EF2">
        <w:br/>
        <w:t>Speaker1: [00:13:36] And why do you think it wouldn't have affected that you would have practiced the same?</w:t>
      </w:r>
      <w:r w:rsidRPr="00BE0EF2">
        <w:br/>
        <w:t>Speaker2: [00:13:41] Huh?</w:t>
      </w:r>
      <w:r w:rsidRPr="00BE0EF2">
        <w:br/>
        <w:t>Speaker1: [00:13:42] That why do you think they would have been the same? I mean, that you would have practiced the same activity with or without pandemic.</w:t>
      </w:r>
      <w:r w:rsidRPr="00BE0EF2">
        <w:br/>
        <w:t xml:space="preserve">Speaker2: [00:13:49] I think the same, because [pause] I in the pandemic I would go out to buy tobacco, I would buy a pack by myself, to go the next day. I'd </w:t>
      </w:r>
      <w:r w:rsidRPr="00BE0EF2">
        <w:t>get here, I'd get a packet from the placeta and I'd go home, which is what I normally do. With pandemic and without pandemic.</w:t>
      </w:r>
      <w:r w:rsidRPr="00BE0EF2">
        <w:br/>
        <w:t>Speaker1: [00:14:11] And from the association, there have been fewer sessions, right? Or not?</w:t>
      </w:r>
      <w:r w:rsidRPr="00BE0EF2">
        <w:br/>
        <w:t>Speaker2: [00:14:16] Of course, in the association there were only two, that's what we were, so we've been a while until it has been regularized a little bit and we were doing, I'm telling you, gymnastics and logo.</w:t>
      </w:r>
      <w:r w:rsidRPr="00BE0EF2">
        <w:br/>
        <w:t>Speaker1: [00:14:31] But from the moment we were confined I understand that y</w:t>
      </w:r>
      <w:r w:rsidRPr="00BE0EF2">
        <w:t>ou wouldn't go to the association anymore.</w:t>
      </w:r>
      <w:r w:rsidRPr="00BE0EF2">
        <w:br/>
        <w:t>Speaker2: [00:14:36] We didn't go for a while.</w:t>
      </w:r>
      <w:r w:rsidRPr="00BE0EF2">
        <w:br/>
        <w:t>Speaker1: [00:14:37] Right. So all this time if let's say you usually go twice a week, from what I think you commented?</w:t>
      </w:r>
      <w:r w:rsidRPr="00BE0EF2">
        <w:br/>
        <w:t>Speaker2: [00:14:43] It's just that I was exercising more at home.</w:t>
      </w:r>
      <w:r w:rsidRPr="00BE0EF2">
        <w:br/>
        <w:t>Speaker1: [00:14:46] I mean, the confinement, what it's done is that, for example, the bottom bracket thing.</w:t>
      </w:r>
      <w:r w:rsidRPr="00BE0EF2">
        <w:br/>
        <w:t>Speaker2: [00:14:49] I was exercising more at home. There he is, because since he wasn't going, and he was already super bored</w:t>
      </w:r>
      <w:r w:rsidRPr="00BE0EF2">
        <w:t>.</w:t>
      </w:r>
      <w:r w:rsidRPr="00BE0EF2">
        <w:br/>
        <w:t>Speaker1: [00:14:56] And some of, in those cloistered days, you used to do bottom brackets. And what else?</w:t>
      </w:r>
      <w:r w:rsidRPr="00BE0EF2">
        <w:br/>
        <w:t>Speaker2: [00:15:04] And the weights and the [I DON'T KNOW WHAT IT SAYS] exercises?</w:t>
      </w:r>
      <w:r w:rsidRPr="00BE0EF2">
        <w:br/>
        <w:t>Speaker1: [00:15:11] Of the trunk flexion trunk.</w:t>
      </w:r>
      <w:r w:rsidRPr="00BE0EF2">
        <w:br/>
        <w:t>Speaker2: [00:15:13] And this leg thing, lifting one leg, hand on the opposite leg and all that.</w:t>
      </w:r>
      <w:r w:rsidRPr="00BE0EF2">
        <w:br/>
        <w:t>Speaker1: [00:15:20] So you do ...</w:t>
      </w:r>
      <w:r w:rsidRPr="00BE0EF2">
        <w:br/>
        <w:t>Speaker2: [00:15:20] That's what I do at home, that's pretty much what we do at the association.</w:t>
      </w:r>
      <w:r w:rsidRPr="00BE0EF2">
        <w:br/>
        <w:t>Speaker1: [00:15:25] And then those closi</w:t>
      </w:r>
      <w:r w:rsidRPr="00BE0EF2">
        <w:t>ng days you did more you say.</w:t>
      </w:r>
      <w:r w:rsidRPr="00BE0EF2">
        <w:br/>
        <w:t>Speaker2: [00:15:30] Yeah.</w:t>
      </w:r>
      <w:r w:rsidRPr="00BE0EF2">
        <w:br/>
        <w:t>Speaker1: [00:15:30] Than when you were doing it more on a daily basis, right?</w:t>
      </w:r>
      <w:r w:rsidRPr="00BE0EF2">
        <w:br/>
        <w:t>Speaker2: [00:15:32] Right, like you don't know what you do all day at home.</w:t>
      </w:r>
      <w:r w:rsidRPr="00BE0EF2">
        <w:br/>
        <w:t>Speaker1: [00:15:37] Okay, so just to wrap things up a little bit, from now on you think you're going to continue doing the same thing?</w:t>
      </w:r>
      <w:r w:rsidRPr="00BE0EF2">
        <w:br/>
        <w:t>Speaker2: [00:15:47] Yes, for the moment yes, of course, for the moment.</w:t>
      </w:r>
      <w:r w:rsidRPr="00BE0EF2">
        <w:br/>
      </w:r>
      <w:r w:rsidRPr="00BE0EF2">
        <w:lastRenderedPageBreak/>
        <w:t>Speaker1: [00:15:50] And would you like, I don't know, maybe some kind of follow-up to see</w:t>
      </w:r>
      <w:r w:rsidRPr="00BE0EF2">
        <w:t xml:space="preserve"> if you're doing more or, or you don't care.</w:t>
      </w:r>
      <w:r w:rsidRPr="00BE0EF2">
        <w:br/>
        <w:t>Speaker2: [00:16:03] I don't care if I'm going to do at the end. It's whatever they tell me, whatever I feel like doing.</w:t>
      </w:r>
      <w:r w:rsidRPr="00BE0EF2">
        <w:br/>
        <w:t>Speaker1: [00:16:11] Right.</w:t>
      </w:r>
      <w:r w:rsidRPr="00BE0EF2">
        <w:br/>
        <w:t>Speaker2: [00:16:13] I'm not fooling you.</w:t>
      </w:r>
      <w:r w:rsidRPr="00BE0EF2">
        <w:br/>
        <w:t>Speaker1: [00:16:11] So doing, doing more is not a question of anything.</w:t>
      </w:r>
      <w:r w:rsidRPr="00BE0EF2">
        <w:br/>
        <w:t>Speaker2: [00:16:17] Nothing, it's that I want to do it. I'm not fooling you.</w:t>
      </w:r>
      <w:r w:rsidRPr="00BE0EF2">
        <w:br/>
        <w:t>Speaker1: [00:16:22] And what is it that you think would maybe lead you to do more?</w:t>
      </w:r>
      <w:r w:rsidRPr="00BE0EF2">
        <w:br/>
        <w:t>Speaker2: [00:16:26] Well man, if I could</w:t>
      </w:r>
      <w:r w:rsidRPr="00BE0EF2">
        <w:t xml:space="preserve"> walk better. I would love to go with friends, like they go for a walk most afternoons. I would love to, but I just can't.</w:t>
      </w:r>
      <w:r w:rsidRPr="00BE0EF2">
        <w:br/>
        <w:t>Speaker1: [00:16:37] I understand. I understand. And if you had to choose? Well, what would you like to do? For example. Would this be not being able to hang out with your friends.</w:t>
      </w:r>
      <w:r w:rsidRPr="00BE0EF2">
        <w:br/>
        <w:t>Speaker2: [00:16:46] There it is. Because riding a bike, I don't think I'd have to, with the age that I am, I'd have to put two little wheels on the side.</w:t>
      </w:r>
      <w:r w:rsidRPr="00BE0EF2">
        <w:br/>
        <w:t>Speaker1: [00:17:56] Hahaha okay.</w:t>
      </w:r>
      <w:r w:rsidRPr="00BE0EF2">
        <w:br/>
        <w:t>Speaker2: [00:17:58</w:t>
      </w:r>
      <w:r w:rsidRPr="00BE0EF2">
        <w:t>] He's a guy that I've done sports. I've played soccer, bicycling, so I've played sports, but I've played sports.</w:t>
      </w:r>
      <w:r w:rsidRPr="00BE0EF2">
        <w:br/>
        <w:t>Speaker1: [00:17:08] So let's say, to increase that physical activity, what you think would help you is just not feeling that pain.</w:t>
      </w:r>
      <w:r w:rsidRPr="00BE0EF2">
        <w:br/>
        <w:t>Speaker2: [00:17:15] There it is, there it is. We, I spent three years working nights. We'd get off work at 06:00 in the morning on Saturdays alone, and we'd go to breakfast and we'd go play fulbito for at least two hours, then until the evening working and on our f</w:t>
      </w:r>
      <w:r w:rsidRPr="00BE0EF2">
        <w:t>eet. And then we'd go to lunch.</w:t>
      </w:r>
      <w:r w:rsidRPr="00BE0EF2">
        <w:br/>
        <w:t>Speaker1: [00:17:39] Because you told me that you worked....</w:t>
      </w:r>
      <w:r w:rsidRPr="00BE0EF2">
        <w:br/>
        <w:t>Speaker2: [00:17:41] I worked at ginter. I don't know if...</w:t>
      </w:r>
      <w:r w:rsidRPr="00BE0EF2">
        <w:br/>
        <w:t>Speaker1: [00:17:43] No.</w:t>
      </w:r>
      <w:r w:rsidRPr="00BE0EF2">
        <w:br/>
        <w:t>Speaker2: [00:17:44] It's a company. Well, when I left there were 300-something of us. I think I think it's been 500. I was there, it's about 20 years or so as a warehouse manager. So I'm not going to be...</w:t>
      </w:r>
      <w:r w:rsidRPr="00BE0EF2">
        <w:br/>
        <w:t>Speaker1: [00:18:00] You were on night shifts.</w:t>
      </w:r>
      <w:r w:rsidRPr="00BE0EF2">
        <w:br/>
        <w:t>Speaker2: [00:18:03] No, I didn't do nights.</w:t>
      </w:r>
      <w:r w:rsidRPr="00BE0EF2">
        <w:br/>
        <w:t>Speaker1: [00:18:05] Oh, when you w</w:t>
      </w:r>
      <w:r w:rsidRPr="00BE0EF2">
        <w:t>ere going out you say.</w:t>
      </w:r>
      <w:r w:rsidRPr="00BE0EF2">
        <w:br/>
        <w:t>Speaker2: [00:18:06] Oh yeah, when we went out on Saturdays....</w:t>
      </w:r>
      <w:r w:rsidRPr="00BE0EF2">
        <w:br/>
        <w:t>Speaker1: [00:18:08] But...</w:t>
      </w:r>
      <w:r w:rsidRPr="00BE0EF2">
        <w:br/>
        <w:t>Speaker2: [00:18:09] I tell you, we would go out for breakfast, two hours of soccer and then lunch. You'd get home at one o'clock or so and you'd come home dead, but those were the days!</w:t>
      </w:r>
      <w:r w:rsidRPr="00BE0EF2">
        <w:br/>
        <w:t>Speaker1: [00:18:25] What good guys, what good guys! Nothing Miguel, just to finish, do you think that if I gave you some kind of device, for example, a watch in which you could see what you have done, no, walk</w:t>
      </w:r>
      <w:r w:rsidRPr="00BE0EF2">
        <w:t>ing, today I have done so many steps, do you think that could motivate you to do more the next day?</w:t>
      </w:r>
      <w:r w:rsidRPr="00BE0EF2">
        <w:br/>
      </w:r>
      <w:r w:rsidRPr="00BE0EF2">
        <w:lastRenderedPageBreak/>
        <w:t>Speaker2: [00:18:47] Well, I think my wife has one and she never wears it.</w:t>
      </w:r>
      <w:r w:rsidRPr="00BE0EF2">
        <w:br/>
        <w:t>Speaker1: [00:18:50] You don't use it?</w:t>
      </w:r>
      <w:r w:rsidRPr="00BE0EF2">
        <w:br/>
        <w:t>Speaker2: [00:18:52] I'm going to tell her to let me see it.</w:t>
      </w:r>
      <w:r w:rsidRPr="00BE0EF2">
        <w:br/>
        <w:t>Speaker1: [00:18:54] Let's see how it goes.</w:t>
      </w:r>
      <w:r w:rsidRPr="00BE0EF2">
        <w:br/>
        <w:t>Speaker2: [00:18:55] Let's see how I'm doing.</w:t>
      </w:r>
      <w:r w:rsidRPr="00BE0EF2">
        <w:br/>
        <w:t>Speaker1: [00:18:57] Okay. And do you think if for example they told you to get some exercises? Although I guess at the association they'll give th</w:t>
      </w:r>
      <w:r w:rsidRPr="00BE0EF2">
        <w:t>em to you.</w:t>
      </w:r>
      <w:r w:rsidRPr="00BE0EF2">
        <w:br/>
        <w:t>Speaker2: [00:18:07] Yeah.</w:t>
      </w:r>
      <w:r w:rsidRPr="00BE0EF2">
        <w:br/>
        <w:t>Speaker1: [00:18:57] For example or some videos to watch. Stop, stop, stop, stop doing that.</w:t>
      </w:r>
      <w:r w:rsidRPr="00BE0EF2">
        <w:br/>
        <w:t>Speaker2: [00:19:12] In the association they give you exercises to do at home. Before getting up, do exercises in bed, that this, that the other, that I do it from one thousand to one thousand, that's right.</w:t>
      </w:r>
      <w:r w:rsidRPr="00BE0EF2">
        <w:br/>
        <w:t>Speaker1: [00:19:25] And they give you, for example, a printed paper.</w:t>
      </w:r>
      <w:r w:rsidRPr="00BE0EF2">
        <w:br/>
        <w:t>Speaker2: [00:19:29] Yeah.</w:t>
      </w:r>
      <w:r w:rsidRPr="00BE0EF2">
        <w:br/>
        <w:t>Speaker1: [00:19:30] And for example, I don't know, just to say one thing, f</w:t>
      </w:r>
      <w:r w:rsidRPr="00BE0EF2">
        <w:t>or putting you on TV, you think it would be the same or worse?</w:t>
      </w:r>
      <w:r w:rsidRPr="00BE0EF2">
        <w:br/>
        <w:t>Speaker2: [00:19:36] Well, I don't know. TV the same. I don't know what to tell you.</w:t>
      </w:r>
      <w:r w:rsidRPr="00BE0EF2">
        <w:br/>
        <w:t>Speaker1: [00:19:41] I mean, maybe if you watched it. Maybe if you saw it.</w:t>
      </w:r>
      <w:r w:rsidRPr="00BE0EF2">
        <w:br/>
        <w:t>Speaker2: [00:19:46] Possibly.</w:t>
      </w:r>
      <w:r w:rsidRPr="00BE0EF2">
        <w:br/>
        <w:t xml:space="preserve">Speaker1: [00:19:53] Okay, and the last thing, well I guess you've already been pointing that out to me a little bit, right? But if now that we're continuing with some restrictions that we can't see each other like we would like to, isn't that fact going to </w:t>
      </w:r>
      <w:r w:rsidRPr="00BE0EF2">
        <w:t>affect whether you go, do more or less physical activity, right?</w:t>
      </w:r>
      <w:r w:rsidRPr="00BE0EF2">
        <w:br/>
        <w:t>Speaker2: [00:20:11] There it is.</w:t>
      </w:r>
      <w:r w:rsidRPr="00BE0EF2">
        <w:br/>
        <w:t>Speaker1: [00:19:53] I mean, if it didn't condition before. Well, lie, before, at the beginning what it did is in your case it increased it because you were bored at home, you practiced.</w:t>
      </w:r>
      <w:r w:rsidRPr="00BE0EF2">
        <w:br/>
        <w:t>Speaker2: [00:20:23] There it is.</w:t>
      </w:r>
      <w:r w:rsidRPr="00BE0EF2">
        <w:br/>
        <w:t>Speaker1: [00:20:24] Right now, so what would be the same thing, right?</w:t>
      </w:r>
      <w:r w:rsidRPr="00BE0EF2">
        <w:br/>
        <w:t>Speaker2: [00:20:30] There's weeks that I do every day, just like there's weeks that I do maybe one day.</w:t>
      </w:r>
      <w:r w:rsidRPr="00BE0EF2">
        <w:br/>
        <w:t>Speaker1: [00:2</w:t>
      </w:r>
      <w:r w:rsidRPr="00BE0EF2">
        <w:t>0:35] And for example, those weeks that you think you do more, you identify the, feel what it is that's motivating me or you are.</w:t>
      </w:r>
      <w:r w:rsidRPr="00BE0EF2">
        <w:br/>
        <w:t>Speaker2: [00:20:44] Poof, well I don't know, it's just, poof.</w:t>
      </w:r>
      <w:r w:rsidRPr="00BE0EF2">
        <w:br/>
        <w:t>Speaker1: [00:20:46] As it comes.</w:t>
      </w:r>
      <w:r w:rsidRPr="00BE0EF2">
        <w:br/>
        <w:t>Speaker2: [00:20:47] There it is. How it's coming</w:t>
      </w:r>
      <w:r w:rsidRPr="00BE0EF2">
        <w:br/>
        <w:t>Speaker1: [00:20:50] Well, nothing, Miguel, I'm done, okay? And thank you very much.</w:t>
      </w:r>
    </w:p>
    <w:p w14:paraId="6353D9EA" w14:textId="77777777" w:rsidR="008F469D" w:rsidRPr="00BE0EF2" w:rsidRDefault="0057396C">
      <w:pPr>
        <w:pStyle w:val="Ttulo1"/>
      </w:pPr>
      <w:r w:rsidRPr="00BE0EF2">
        <w:t>P004-M3</w:t>
      </w:r>
    </w:p>
    <w:p w14:paraId="22DBC10C" w14:textId="77777777" w:rsidR="008F469D" w:rsidRPr="00BE0EF2" w:rsidRDefault="0057396C">
      <w:r w:rsidRPr="00BE0EF2">
        <w:t>P004-M3-Entrevista.m4a</w:t>
      </w:r>
      <w:r w:rsidRPr="00BE0EF2">
        <w:br/>
        <w:t>Speaker1: [00:00:00] Patient 004 Visit three. Francisca welcomes us into her bar as of, well, she's recently gone back to work in visit two she already reported to me that she had gone back to work. So, today we really got to find out about Francisca's day to day life.</w:t>
      </w:r>
      <w:r w:rsidRPr="00BE0EF2">
        <w:br/>
      </w:r>
      <w:r w:rsidRPr="00BE0EF2">
        <w:lastRenderedPageBreak/>
        <w:t xml:space="preserve">As we've seen in her medical history and so forth, Francisca has several interventions and a somewhat extensive medical history. On the one hand, Francisca has undergone gastric bypass surgery, she also has a coronary bypass on her leg, she </w:t>
      </w:r>
      <w:r w:rsidRPr="00BE0EF2">
        <w:t>has an amputation of two of her toes on her left foot, which obviously prevents her, makes it difficult for her and limits her physical activity. However, what we see that limits her most in terms of physical activity and lifestyle is also her work.</w:t>
      </w:r>
      <w:r w:rsidRPr="00BE0EF2">
        <w:br/>
        <w:t>According to Francisca, she gets up at eight o'clock, she gets up at 8:30 a.m. and then they take her to work. Although she does not live very far from work, she comes by car because she reports that it is difficult for her and on top of that her husband, her hu</w:t>
      </w:r>
      <w:r w:rsidRPr="00BE0EF2">
        <w:t>sband, her partner has never spoken of husband, she said her partner, they bring her by car. Once in the restaurant, in the bar, around nine o'clock she starts serving breakfast and when she has a moment she prepares her breakfast, which, as she told us, is coffee with milk and toast or half a piece of toast. And then when she can [emphasizing that she usually has a lot of work and little time for breakfast], when she stops serving, then she eats it.</w:t>
      </w:r>
      <w:r w:rsidRPr="00BE0EF2">
        <w:br/>
        <w:t xml:space="preserve">From the moment Francisca gets up she is at the bar, all </w:t>
      </w:r>
      <w:r w:rsidRPr="00BE0EF2">
        <w:t>day she only goes out and I think that is the time when she does most physical activity, it is in the mornings, shopping, at the supermarket, according to what she tells us, she usually leaves at 10:30, well, a little later I think she started, at 12 or so and she is at the supermarket for an hour and a half. There she does take the car, usually her sister, who is the one with whom she is in the restaurant, in the bar is a bar here in the houses, because it is a bar in which there are many gypsies, many poo</w:t>
      </w:r>
      <w:r w:rsidRPr="00BE0EF2">
        <w:t xml:space="preserve">r people and also then it is a small village bar and in which she and her sister manage it. Then, returning to the subject of the activity, it seems that when she goes to the supermarket is the moment in which she does more physical activity of the day, because she goes alone and carries the purchase of the bar. That is to say, she does some tedious, big shopping and it is at that moment when she reports, well, that she makes more effort, that it costs her more, that she carries it all by herself, she does </w:t>
      </w:r>
      <w:r w:rsidRPr="00BE0EF2">
        <w:t xml:space="preserve">it all, everything, all by herself and gets it in the car, brings it to her and then the agitation and tension and stress of being in a bar starts again and as we have had the opportunity to live, it does not stop, it does not stop. That is to say, people are continuously asking her for things, then Francisca is not attended, she sits down for a few moments to rest, but then the people come and she gets up, then it seems to be that it is her daily life, because she does not do any exercise, she does not go </w:t>
      </w:r>
      <w:r w:rsidRPr="00BE0EF2">
        <w:t>for a walk, so it seems to be that she is usually standing and usually has enough daily activity now, now in the bar.</w:t>
      </w:r>
      <w:r w:rsidRPr="00BE0EF2">
        <w:br/>
        <w:t>In addition, Francisca tells us that a week ago she bought a bottom bracket. The thing is that she uses it very little. That is to say, when she comes home it is usually at 00:00, 00:30 when the bar closes and she has to throw people out, she has to throw them out of the bar. That's when he can get some exercise with the bottom bracket. What she told us is that this week she has only done it</w:t>
      </w:r>
      <w:r w:rsidRPr="00BE0EF2">
        <w:t xml:space="preserve"> twice, about ten or 15 minutes. She arrives, sits down and when she goes home the only thing she wants to do is to go to bed, to rest, that there are times when she is in bed, she sits with the pedal for a while and when she is falling asleep and she is already very tired, she goes to bed. So let's say that it seems that Francisca's profile is, is, is low, with the complexity that her daily life, being in the bar, may make her more active and evidently her source of physical activity is in her work, not in</w:t>
      </w:r>
      <w:r w:rsidRPr="00BE0EF2">
        <w:t xml:space="preserve"> her rest hours. She tells us </w:t>
      </w:r>
      <w:r w:rsidRPr="00BE0EF2">
        <w:lastRenderedPageBreak/>
        <w:t>that Sunday is the day they close, that on that day she usually walks with her sister, but the truth is that with the difficulties she has with the limitation of her finger amputation, she usually walks about 15-20 minutes at the most on Sundays.</w:t>
      </w:r>
      <w:r w:rsidRPr="00BE0EF2">
        <w:br/>
        <w:t>And on the subject of nutritional habits and so on, it seems that Francisca, according to what she reports, does not peck between meals, but rather she eats by pecking, so she tries everything. She is attentive to that, according to wh</w:t>
      </w:r>
      <w:r w:rsidRPr="00BE0EF2">
        <w:t>at she reports to us because of the gastric balloon intervention, she is satiated immediately. But she has reported meals, she has reported meals that are not very copious, that are of small quantities, with chicken, with stews, but it seems that between meals and at the bar she picks at everything that is lean, salad, croquettes, meatballs, etc. And lastly, she has had a fairly significant weight loss. She says that she weighed 134 kilos or something like that and now she weighs 84 and nothing, the only th</w:t>
      </w:r>
      <w:r w:rsidRPr="00BE0EF2">
        <w:t xml:space="preserve">ing she reports is that when she retires she will drastically change her style, her lifestyle. She has been, I don't know if they have, well that, she has been a carny all, all her life and for the last six years or so she has been managing the bar with a view to being able to retire and have a pension, she says, when she retires, her intention is to go to San Juan, to a little plot of land that her sister has, that she has bought with the intention of doing something there, selling her apartment and doing </w:t>
      </w:r>
      <w:r w:rsidRPr="00BE0EF2">
        <w:t>something there.</w:t>
      </w:r>
    </w:p>
    <w:p w14:paraId="6389B76F" w14:textId="77777777" w:rsidR="008F469D" w:rsidRPr="00BE0EF2" w:rsidRDefault="0057396C">
      <w:pPr>
        <w:pStyle w:val="Ttulo1"/>
      </w:pPr>
      <w:r w:rsidRPr="00BE0EF2">
        <w:t>P006-M3</w:t>
      </w:r>
    </w:p>
    <w:p w14:paraId="354F0181" w14:textId="77777777" w:rsidR="008F469D" w:rsidRPr="00BE0EF2" w:rsidRDefault="0057396C">
      <w:r w:rsidRPr="00BE0EF2">
        <w:t>P006-M3 Interview.m4a</w:t>
      </w:r>
      <w:r w:rsidRPr="00BE0EF2">
        <w:br/>
        <w:t>Speaker1: [00:00:00:00] Okay, so nothing, I would like to thank you in this case Maria Jose, especially these six months that we have been seeing each other partially. And then, so now I would like to ask you some questions as I said and at the time that you consider to intervene both of you and I will direct questions to both of you, then I would like to start by asking you if anything has changed in your life regarding the hospital admission. Do you feel well?</w:t>
      </w:r>
      <w:r w:rsidRPr="00BE0EF2">
        <w:br/>
        <w:t>Speaker2: [00:00:35] Well, I'm feeling bette</w:t>
      </w:r>
      <w:r w:rsidRPr="00BE0EF2">
        <w:t>r than when I was admitted, quite a bit better of course. Also, let's see, I used to smoke, but in February I quit smoking and this happened to me. So, of course, now, after I got out of there, I feel much better. I don't smoke, I don't smoke, I don't drink, or anything. I find myself and I go for a walk.</w:t>
      </w:r>
      <w:r w:rsidRPr="00BE0EF2">
        <w:br/>
        <w:t>Speaker1: [00:00:55] So that could be a change, I mean, from before, maybe not exactly the day before admission, but a little bit before.</w:t>
      </w:r>
      <w:r w:rsidRPr="00BE0EF2">
        <w:br/>
        <w:t>Speaker2: [00:01:05] No no no no no.</w:t>
      </w:r>
      <w:r w:rsidRPr="00BE0EF2">
        <w:br/>
        <w:t xml:space="preserve">Speaker1: [00:01:05] Now your </w:t>
      </w:r>
      <w:r w:rsidRPr="00BE0EF2">
        <w:t>healthy living habits.</w:t>
      </w:r>
      <w:r w:rsidRPr="00BE0EF2">
        <w:br/>
        <w:t>Speaker2: [00:01:07] They have changed a lot.</w:t>
      </w:r>
      <w:r w:rsidRPr="00BE0EF2">
        <w:br/>
        <w:t>Speaker1: [00:01:05] And they've changed, especially in what we're saying on the smoking issue. Also the food issue. You think now they look more, for example, with Ismael's or what.</w:t>
      </w:r>
      <w:r w:rsidRPr="00BE0EF2">
        <w:br/>
        <w:t>Speaker3: [00:01:19] No, it's noticeable. I mean, that's an important change, it's another habit, from there it's another different habit.</w:t>
      </w:r>
      <w:r w:rsidRPr="00BE0EF2">
        <w:br/>
        <w:t>Speaker1: [00:01:28] So also from physical activity would you say going out to go out and walk some more?</w:t>
      </w:r>
      <w:r w:rsidRPr="00BE0EF2">
        <w:br/>
        <w:t>Speaker2: [00:0</w:t>
      </w:r>
      <w:r w:rsidRPr="00BE0EF2">
        <w:t xml:space="preserve">1:34] Sure, let's see, I was going to walk before I got the virus. Well, maybe </w:t>
      </w:r>
      <w:r w:rsidRPr="00BE0EF2">
        <w:lastRenderedPageBreak/>
        <w:t>six months before or not, but well, yes I was going to walk, that root from there I didn't and I didn't do absolutely nothing. Well, yes, I went to work and what I did here at home, but I didn't walk or anything else. And now, yeah, since this happened to me.</w:t>
      </w:r>
      <w:r w:rsidRPr="00BE0EF2">
        <w:br/>
        <w:t>Speaker1: [00:01:56] Okay, so before what you used to do more sporadically, you could say walking.</w:t>
      </w:r>
      <w:r w:rsidRPr="00BE0EF2">
        <w:br/>
        <w:t>Speaker2: [00:02:03] Yeah, but....</w:t>
      </w:r>
      <w:r w:rsidRPr="00BE0EF2">
        <w:br/>
        <w:t>Speaker1: [00:02:05] Much more sporadic</w:t>
      </w:r>
      <w:r w:rsidRPr="00BE0EF2">
        <w:t>.  I mean, very, very, very, very mild.</w:t>
      </w:r>
      <w:r w:rsidRPr="00BE0EF2">
        <w:br/>
        <w:t>Speaker2: [00:02:07] Otherwise, going to the mall [laughs].</w:t>
      </w:r>
      <w:r w:rsidRPr="00BE0EF2">
        <w:br/>
        <w:t>Speaker1: [00:02:09] That's not walking haha. Okay, a little bit of getting to the detail. Okay, so it's been a significantly bigger activity,</w:t>
      </w:r>
      <w:r w:rsidRPr="00BE0EF2">
        <w:br/>
        <w:t>Speaker2: [00:02:18] Yeah, yeah, yeah, yeah.</w:t>
      </w:r>
      <w:r w:rsidRPr="00BE0EF2">
        <w:br/>
        <w:t>Speaker1: [00:02:19] Because from before we don't have knowledge because of the accelerometer issue. Now we will look at it and then if you want to, if you want to, we'll talk, then. Okay. So the guy, the only physical activ</w:t>
      </w:r>
      <w:r w:rsidRPr="00BE0EF2">
        <w:t>ity is routine trips to see friends, shopping.</w:t>
      </w:r>
      <w:r w:rsidRPr="00BE0EF2">
        <w:br/>
        <w:t>Speaker2: [00:02:44] Before? Yes</w:t>
      </w:r>
      <w:r w:rsidRPr="00BE0EF2">
        <w:br/>
        <w:t>Speaker1: [00:02:45] And so if we keep going, we keep going. We're still on before.</w:t>
      </w:r>
      <w:r w:rsidRPr="00BE0EF2">
        <w:br/>
        <w:t>Speaker2: [00:02:45] Yeah, yeah.</w:t>
      </w:r>
      <w:r w:rsidRPr="00BE0EF2">
        <w:br/>
        <w:t>Speaker1: [00:02:46] And did you do it alone? Did you do it with Ismael? Did you do it with some...?</w:t>
      </w:r>
      <w:r w:rsidRPr="00BE0EF2">
        <w:br/>
        <w:t xml:space="preserve">Speaker2: [00:02:49] Well sometimes I would go with Ismael or I would go with a friend, or I would go with a friend, or I would go, well, yeah, I would go to the mall by myself, I wouldn't go by myself, I would go </w:t>
      </w:r>
      <w:r w:rsidRPr="00BE0EF2">
        <w:t>with a neighbor or something.</w:t>
      </w:r>
      <w:r w:rsidRPr="00BE0EF2">
        <w:br/>
        <w:t>Speaker1: [00:03:00] Okay, and now? Okay. So, during these six months, I don't know, have you experienced any evolution when you felt better, no dizziness or at the beginning yes, tiredness, fatigue? I don't know.</w:t>
      </w:r>
      <w:r w:rsidRPr="00BE0EF2">
        <w:br/>
        <w:t xml:space="preserve">Speaker2: [00:03:18] Before I was hospitalized, I did get very tired, but I put it down to smoking too, and since I have allergies too. And I've been seeing a pulmonologist for ten years now too, because I also had a problem that I shouldn't smoke, but I smoked. Then </w:t>
      </w:r>
      <w:r w:rsidRPr="00BE0EF2">
        <w:t>I blamed it all on smoking and yes I was choking, but now after, well, when I got out, and not smoking and everything, I feel quite well. There are days like today that I think it is because of the weather changes or something like that, that I feel a little bit tired when I go for a walk. Today I did feel a little bit, but I put it down to that too.</w:t>
      </w:r>
      <w:r w:rsidRPr="00BE0EF2">
        <w:br/>
        <w:t>Speaker1: [00:04:05] But at any time that feeling is not to stop.</w:t>
      </w:r>
      <w:r w:rsidRPr="00BE0EF2">
        <w:br/>
        <w:t>Speaker2: [00:04:08] No, no, no, no, no, no, not at all, not to put ventolin like I used to h</w:t>
      </w:r>
      <w:r w:rsidRPr="00BE0EF2">
        <w:t>ave to put ventolin or anything like that.</w:t>
      </w:r>
      <w:r w:rsidRPr="00BE0EF2">
        <w:br/>
        <w:t>Speaker1: [00:04:15] Okay, okay. And then now during these six months, that physical activity which I understand from what we've been talking about these days, these six months, is basically walking, because I remember you told me that at the beginning....</w:t>
      </w:r>
      <w:r w:rsidRPr="00BE0EF2">
        <w:br/>
        <w:t>Speaker2: [00:04:28] At first I was doing that plank, but then I started to get back pain and I stopped. I don't know if it was from that or what it was, but that I couldn't even move my head, that I was going st</w:t>
      </w:r>
      <w:r w:rsidRPr="00BE0EF2">
        <w:t>iff there and in the end I stopped doing it. So it has nothing to do with it.</w:t>
      </w:r>
      <w:r w:rsidRPr="00BE0EF2">
        <w:br/>
        <w:t xml:space="preserve">Speaker1: [00:04:44] Well, it's usually because of what little, that if you didn't do anything </w:t>
      </w:r>
      <w:r w:rsidRPr="00BE0EF2">
        <w:lastRenderedPageBreak/>
        <w:t>and then all of a sudden about two, about two minutes of isometrics, so the tension...</w:t>
      </w:r>
      <w:r w:rsidRPr="00BE0EF2">
        <w:br/>
        <w:t>Speaker2: [00:04:52] I started one day 30 seconds, then one minute and the next day I think, or the next week it was two minutes which was very fast. The chulita, me [laughs].</w:t>
      </w:r>
      <w:r w:rsidRPr="00BE0EF2">
        <w:br/>
        <w:t>Speaker1: [00:05:06] The evolution, right?</w:t>
      </w:r>
      <w:r w:rsidRPr="00BE0EF2">
        <w:br/>
        <w:t>Speaker2: [00:05:07] And then I m</w:t>
      </w:r>
      <w:r w:rsidRPr="00BE0EF2">
        <w:t>yself think that's why I couldn't even move my head, I almost hurt myself and I quit.</w:t>
      </w:r>
      <w:r w:rsidRPr="00BE0EF2">
        <w:br/>
        <w:t>Speaker1: [00:05:13] Well, in this sense, from now on anything you can do, well, like everything else, little by little and from what you are saying and what we have seen, well, besides walking, you can complement it with other things. Well, when we do the session, hopefully you can come, we will talk about this, about some little things, so maybe they will be helpful. So, for example, this physical activity, now during th</w:t>
      </w:r>
      <w:r w:rsidRPr="00BE0EF2">
        <w:t>ese six months, have I done it together with Ismael or alone?</w:t>
      </w:r>
      <w:r w:rsidRPr="00BE0EF2">
        <w:br/>
        <w:t>Speaker2: [00:05:50] Andar? At the beginning I was going with him.</w:t>
      </w:r>
      <w:r w:rsidRPr="00BE0EF2">
        <w:br/>
        <w:t>Speaker3: [00:05:51] At the beginning yes, I stopped some time ago.</w:t>
      </w:r>
      <w:r w:rsidRPr="00BE0EF2">
        <w:br/>
        <w:t>Speaker2: [00:05:53] Also this summer I've been going by myself and now another neighbor started coming with me. We've been going for like two weeks, I've been going for like two weeks with another neighbor, but I've been going since June at least since May, June until a week ago.</w:t>
      </w:r>
      <w:r w:rsidRPr="00BE0EF2">
        <w:br/>
        <w:t>Speaker1: [00:06:09] Do you usual</w:t>
      </w:r>
      <w:r w:rsidRPr="00BE0EF2">
        <w:t>ly go out accompanied, alone?</w:t>
      </w:r>
      <w:r w:rsidRPr="00BE0EF2">
        <w:br/>
        <w:t>Speaker2: [00:06:10] Alone, I was going alone.</w:t>
      </w:r>
      <w:r w:rsidRPr="00BE0EF2">
        <w:br/>
        <w:t>Speaker1: [00:06:12] Well then and when you go alone, when you go accompanied do you think you do more or less?</w:t>
      </w:r>
      <w:r w:rsidRPr="00BE0EF2">
        <w:br/>
        <w:t>Speaker2: [00:06:19] No, I go alone, I put on my headphones and when I go alone I go chatting, it's the same thing.</w:t>
      </w:r>
      <w:r w:rsidRPr="00BE0EF2">
        <w:br/>
        <w:t>Speaker1: [00:06:23] And I use some kind of, for example, or my cell phone or one of those bracelets that track steps or activity and so on.</w:t>
      </w:r>
      <w:r w:rsidRPr="00BE0EF2">
        <w:br/>
        <w:t>Speaker2: [00:06:35] Yeah, I have a watch.</w:t>
      </w:r>
      <w:r w:rsidRPr="00BE0EF2">
        <w:br/>
        <w:t>Speaker1: [00:06:37] An</w:t>
      </w:r>
      <w:r w:rsidRPr="00BE0EF2">
        <w:t>d do you think... That kind of influences you or does it influence you, I don't know. Or just for you use it to know, but not to set goals.</w:t>
      </w:r>
      <w:r w:rsidRPr="00BE0EF2">
        <w:br/>
        <w:t>Speaker2: [00:06:45] To know the distance or the minutes I've done today.</w:t>
      </w:r>
      <w:r w:rsidRPr="00BE0EF2">
        <w:br/>
        <w:t>Speaker3: [00:06:51] Curiosity, not goals, certainly.</w:t>
      </w:r>
      <w:r w:rsidRPr="00BE0EF2">
        <w:br/>
        <w:t>Speaker1: [00:06:52] But....</w:t>
      </w:r>
      <w:r w:rsidRPr="00BE0EF2">
        <w:br/>
        <w:t>Speaker3: [00:06:53] Curious to see the time, I've done 8000 steps or 7000 steps, or 6km.</w:t>
      </w:r>
      <w:r w:rsidRPr="00BE0EF2">
        <w:br/>
        <w:t>Speaker2: [00:06:57] Today it marked me, on my cell phone, now when I've reached 10,000 steps.</w:t>
      </w:r>
      <w:r w:rsidRPr="00BE0EF2">
        <w:br/>
        <w:t>Speaker1: [00:07:03] In theory</w:t>
      </w:r>
      <w:r w:rsidRPr="00BE0EF2">
        <w:t xml:space="preserve"> you go out and what you do is "I'm going to do my time".</w:t>
      </w:r>
      <w:r w:rsidRPr="00BE0EF2">
        <w:br/>
        <w:t>Speaker2: [00:07:08] When I go out, I always do the same route.</w:t>
      </w:r>
      <w:r w:rsidRPr="00BE0EF2">
        <w:br/>
        <w:t>Speaker1: [00:07:11] Okay.</w:t>
      </w:r>
      <w:r w:rsidRPr="00BE0EF2">
        <w:br/>
        <w:t>Speaker2: [00:07:12] I put it on like a medication, just like I'm taking a medication, so I put this on. I have to go every day to do an hour, then like here to visit beautiful and come back that's practically an hour. So that's what I usually do.</w:t>
      </w:r>
      <w:r w:rsidRPr="00BE0EF2">
        <w:br/>
        <w:t>Speaker1: [00:07:27] And so if you always do the same run and pretty much at the same time, is that the intensity i</w:t>
      </w:r>
      <w:r w:rsidRPr="00BE0EF2">
        <w:t>s usually always the same.</w:t>
      </w:r>
      <w:r w:rsidRPr="00BE0EF2">
        <w:br/>
      </w:r>
      <w:r w:rsidRPr="00BE0EF2">
        <w:lastRenderedPageBreak/>
        <w:t>Speaker2: [00:07:34] Yeah.</w:t>
      </w:r>
      <w:r w:rsidRPr="00BE0EF2">
        <w:br/>
        <w:t>Speaker1: [00:07:35] Okay, okay, great. Okay, so nothing then. Well in that sense, well I think you're a little bit worried about being physically active and moving around.</w:t>
      </w:r>
      <w:r w:rsidRPr="00BE0EF2">
        <w:br/>
        <w:t>Speaker2: [00:07:48] Man, right.</w:t>
      </w:r>
      <w:r w:rsidRPr="00BE0EF2">
        <w:br/>
        <w:t>Speaker1: [00:07:49] And why is that?</w:t>
      </w:r>
      <w:r w:rsidRPr="00BE0EF2">
        <w:br/>
        <w:t xml:space="preserve">Speaker2: [00:07:50] Why I was scared when this happened to me, not actually when it didn't happen, because I thought it was something else. I thought that, that it was like other times of the tobacco thing. But I </w:t>
      </w:r>
      <w:r w:rsidRPr="00BE0EF2">
        <w:t>tell you again. So when they told me about the heart and I don't know if it has something to do with, I don't know how they still haven't told me why this happened to me.</w:t>
      </w:r>
      <w:r w:rsidRPr="00BE0EF2">
        <w:br/>
        <w:t>Speaker1: [00:08:15] It's just there's no causes.</w:t>
      </w:r>
      <w:r w:rsidRPr="00BE0EF2">
        <w:br/>
        <w:t>Speaker2: [00:08:16] So.</w:t>
      </w:r>
      <w:r w:rsidRPr="00BE0EF2">
        <w:br/>
        <w:t>Speaker1: [00:08:17] There's usually no direct causes, I mean, those are risk factors that when you smoke and you smoke persistently in certain amounts then you have more chances, let's say that....</w:t>
      </w:r>
      <w:r w:rsidRPr="00BE0EF2">
        <w:br/>
        <w:t>Speaker2: [00:08:27] Man, right.</w:t>
      </w:r>
      <w:r w:rsidRPr="00BE0EF2">
        <w:br/>
        <w:t>Speaker1: [00:08:28] Come in. Well</w:t>
      </w:r>
      <w:r w:rsidRPr="00BE0EF2">
        <w:t xml:space="preserve"> nothing, well I'll tell you more or less Bea, but I think that at the beginning what the heart failure is on admission was quite low, 15% and now I think you're at 35. For a healthy person it's usually 50, but there's an area with 40 and so much %, so the improvement is very, very evident. Okay. So then...</w:t>
      </w:r>
      <w:r w:rsidRPr="00BE0EF2">
        <w:br/>
        <w:t>Speaker2: [00:09:02] He did tell me that there were lesions that were not going to... they were going to stay, they were going to stay because not even with medication, but the medication had taken effec</w:t>
      </w:r>
      <w:r w:rsidRPr="00BE0EF2">
        <w:t>t and that...</w:t>
      </w:r>
      <w:r w:rsidRPr="00BE0EF2">
        <w:br/>
        <w:t>Speaker1: [00:09:15] No, in the end that's indicators, that it does indicate that, from that moment on, obviously, well, your heart is pumping, pumping better, it's still below the parameters and probably won't reach that, but you can consume perfectly well. That is what the doctor was telling me. So okay then.</w:t>
      </w:r>
      <w:r w:rsidRPr="00BE0EF2">
        <w:br/>
        <w:t>Speaker2: [00:09:37] Tomorrow I have to go anyway and get on a holter.</w:t>
      </w:r>
      <w:r w:rsidRPr="00BE0EF2">
        <w:br/>
        <w:t>Speaker1: [00:09:42] Okay, so when you do that activity, do you feel, does it bring you something positive, do you</w:t>
      </w:r>
      <w:r w:rsidRPr="00BE0EF2">
        <w:t xml:space="preserve"> feel better?</w:t>
      </w:r>
      <w:r w:rsidRPr="00BE0EF2">
        <w:br/>
        <w:t>Speaker2: [00:09:51] Yeah, sure.</w:t>
      </w:r>
      <w:r w:rsidRPr="00BE0EF2">
        <w:br/>
        <w:t>Speaker1: [00:09:52] During the activity, after?</w:t>
      </w:r>
      <w:r w:rsidRPr="00BE0EF2">
        <w:br/>
        <w:t>Speaker2: [00:09:55] Me when I come here to my house, I say one more day I say I feel good the day I don't go, I don't feel good. Saturday or Sunday. If I don't go, I don't feel good. Now I don't know.</w:t>
      </w:r>
      <w:r w:rsidRPr="00BE0EF2">
        <w:br/>
        <w:t>Speaker1: [00:10:07] And along those lines, does it scare you or do you think it might hurt you to overdo it or do any kind of activity or push harder?</w:t>
      </w:r>
      <w:r w:rsidRPr="00BE0EF2">
        <w:br/>
        <w:t xml:space="preserve">Speaker2: [00:10:22] No, because I think that we're not going </w:t>
      </w:r>
      <w:r w:rsidRPr="00BE0EF2">
        <w:t>to see, because if I were, I were to feel bad or I would stop, I think.</w:t>
      </w:r>
      <w:r w:rsidRPr="00BE0EF2">
        <w:br/>
        <w:t>Speaker1: [00:10:31] Would you be able to detect those symptoms?</w:t>
      </w:r>
      <w:r w:rsidRPr="00BE0EF2">
        <w:br/>
        <w:t>Speaker2: [00:10:34] I don't know, because it hasn't happened to me, you know what I mean? I think I do. I think I do. Man, because if I feel fatigued, I would stop. But so far, it's not like it's a big deal either.</w:t>
      </w:r>
      <w:r w:rsidRPr="00BE0EF2">
        <w:br/>
      </w:r>
      <w:r w:rsidRPr="00BE0EF2">
        <w:lastRenderedPageBreak/>
        <w:t xml:space="preserve">Speaker1: [00:10:48] If there's no fatigue. And the breathing is not labored. It's an indicator that, that you're doing well. But you can build it up a little </w:t>
      </w:r>
      <w:r w:rsidRPr="00BE0EF2">
        <w:t>bit at a time, like anything. Okay, so then just kind of redundant on that a little bit, don't you think you're taking some risk when you do that?</w:t>
      </w:r>
      <w:r w:rsidRPr="00BE0EF2">
        <w:br/>
        <w:t>Speaker2: [00:11:08] I don't think so. I think I don't take risks, because let's see, because if I go for an hour, which is what I've also been told that I should do....</w:t>
      </w:r>
      <w:r w:rsidRPr="00BE0EF2">
        <w:br/>
        <w:t>Speaker1: [00:11:21] That's what I wanted to get to.</w:t>
      </w:r>
      <w:r w:rsidRPr="00BE0EF2">
        <w:br/>
        <w:t>Speaker2: [00:11:21] According to what I was told it was because the heart is like a muscle and it's to also make it stronger. I think I'm doi</w:t>
      </w:r>
      <w:r w:rsidRPr="00BE0EF2">
        <w:t>ng well.</w:t>
      </w:r>
      <w:r w:rsidRPr="00BE0EF2">
        <w:br/>
        <w:t>Speaker1: [00:11:33] Well, you've already pointed it out a little bit that I wanted to ask you that if the hospital has told you or have they told you individually any specific guidelines in terms of physical exercise?</w:t>
      </w:r>
      <w:r w:rsidRPr="00BE0EF2">
        <w:br/>
        <w:t>Speaker2: [00:11:44] Yes, I was told that I had to go walking because it was good for lifting the heart. The heart is a muscle, that.</w:t>
      </w:r>
      <w:r w:rsidRPr="00BE0EF2">
        <w:br/>
        <w:t>Speaker1: [00:11:53] So it's just walking, which is basically when they give you the discharge report, what they tell you is that well, well, dependin</w:t>
      </w:r>
      <w:r w:rsidRPr="00BE0EF2">
        <w:t>g on, obviously if you didn't do anything before, because don't start now to do the recommendation of 45-60 minutes of moderate physical activity, which is walking, but that you go little by little in this sense, well that part you comply with it. Then it is true that sometimes to complete certain benefits and physiological mechanisms it is convenient to do not always the same. But well, we will try to give a little bit of some nuances in this session. It goes about this, so and from the hospital have you b</w:t>
      </w:r>
      <w:r w:rsidRPr="00BE0EF2">
        <w:t>een proposed to go to cardiac rehab that they do there?</w:t>
      </w:r>
      <w:r w:rsidRPr="00BE0EF2">
        <w:br/>
        <w:t>Speaker2: [00:12:42] No.</w:t>
      </w:r>
      <w:r w:rsidRPr="00BE0EF2">
        <w:br/>
        <w:t>Speaker1: [00:12:43]They haven't said anything to you, have they?</w:t>
      </w:r>
      <w:r w:rsidRPr="00BE0EF2">
        <w:br/>
        <w:t>Speaker2: [00:12:44]I have to go now to the cardiologist at the end of the month. I don't know anymore if they'll give me anything there or what.</w:t>
      </w:r>
      <w:r w:rsidRPr="00BE0EF2">
        <w:br/>
        <w:t>Speaker1: [00:12:49] I don't think so, if it hasn't been during this time. No, I don't think so. So the next question was would you have liked to have been proposed to go?</w:t>
      </w:r>
      <w:r w:rsidRPr="00BE0EF2">
        <w:br/>
        <w:t>Speaker2: [00:12:59] If it's, like I don't real</w:t>
      </w:r>
      <w:r w:rsidRPr="00BE0EF2">
        <w:t>ly know, they haven't told me anything. They told me that they're going to do tests to see what ... Yeah, they told me that my heart was bigger, that I was pumping slower, that I had to do this and so on, but they didn't tell me what it's from or ... They just didn't tell me anything else.</w:t>
      </w:r>
      <w:r w:rsidRPr="00BE0EF2">
        <w:br/>
        <w:t>Speaker1: [00:13:21] Yeah, right. What you were saying is that it looked ....</w:t>
      </w:r>
      <w:r w:rsidRPr="00BE0EF2">
        <w:br/>
        <w:t>Speaker2: [00:13:22] Exactly and I'm waiting for them to tell me well look this is this, this and this, well you have to do this, this and this</w:t>
      </w:r>
      <w:r w:rsidRPr="00BE0EF2">
        <w:t>, or you have to go to rehab. But they haven't told me anything, you know what I mean?</w:t>
      </w:r>
      <w:r w:rsidRPr="00BE0EF2">
        <w:br/>
        <w:t>Speaker1: [00:13:36] Broadly speaking, what happens is that like everything else, there are some things that are prioritized, right? So also in your case, the truth is that with what I've been seeing in the studies, let's say you're the patient that has more activity, more functional capacity in your day to day life, but normally those with heart failure don't have cardiac rehabilitation unless they see certain issues, ri</w:t>
      </w:r>
      <w:r w:rsidRPr="00BE0EF2">
        <w:t>ght? But then you would have liked to have been, because in terms of cardiac rehab, I'm saying going there or going to the gym or being supervised for certain, certain activities.</w:t>
      </w:r>
      <w:r w:rsidRPr="00BE0EF2">
        <w:br/>
      </w:r>
      <w:r w:rsidRPr="00BE0EF2">
        <w:lastRenderedPageBreak/>
        <w:t>Speaker2: [00:14:21] Man sure, the more things the better. Sure, the more you see me, not the more they tell me, the better.</w:t>
      </w:r>
      <w:r w:rsidRPr="00BE0EF2">
        <w:br/>
        <w:t>Speaker1: [00:14:26] So you would have liked if, for example, because of the pandemic they couldn't, that at least they would have called you, they would have given you, for example. Look Maria Jose, we give</w:t>
      </w:r>
      <w:r w:rsidRPr="00BE0EF2">
        <w:t xml:space="preserve"> you a battery of activities that you can do, see which one you like and let's, let's see how you evolve.</w:t>
      </w:r>
      <w:r w:rsidRPr="00BE0EF2">
        <w:br/>
        <w:t>Speaker2: [00:14:46] Yes, sure, that's right.</w:t>
      </w:r>
      <w:r w:rsidRPr="00BE0EF2">
        <w:br/>
        <w:t>Speaker1: [00:14:48] Okay. So nothing, you've told me a little bit, right? And in that sense, so how has the pandemic affected going out, this activity thing to do, walking? What have you told me, do you think it's influenced you?</w:t>
      </w:r>
      <w:r w:rsidRPr="00BE0EF2">
        <w:br/>
        <w:t>Speaker2: [00:15:09] No, because I don't know, I'm fine here at home, I'm comfortable [laughs].</w:t>
      </w:r>
      <w:r w:rsidRPr="00BE0EF2">
        <w:br/>
        <w:t>Speaker3: [00:15:14] But we didn'</w:t>
      </w:r>
      <w:r w:rsidRPr="00BE0EF2">
        <w:t>t go out either, when the pandemic we didn't go out, so....</w:t>
      </w:r>
      <w:r w:rsidRPr="00BE0EF2">
        <w:br/>
        <w:t>Speaker2: [00:15:17] We didn't go out practically.</w:t>
      </w:r>
      <w:r w:rsidRPr="00BE0EF2">
        <w:br/>
        <w:t>Speaker1: [00:15:20] So what you experienced is that during the pandemic you went out walking more than before?</w:t>
      </w:r>
      <w:r w:rsidRPr="00BE0EF2">
        <w:br/>
        <w:t>Speaker2: [00:15:26] No, in the pandemic I haven't gone out.</w:t>
      </w:r>
      <w:r w:rsidRPr="00BE0EF2">
        <w:br/>
        <w:t>Speaker3: [00:15:27] In the pandemic you didn't go out.</w:t>
      </w:r>
      <w:r w:rsidRPr="00BE0EF2">
        <w:br/>
        <w:t>Speaker2: [00:15:29] No, no, I didn't go out at all.</w:t>
      </w:r>
      <w:r w:rsidRPr="00BE0EF2">
        <w:br/>
        <w:t>Speaker3: [00:15:31] Well, in confinement, in confinement.</w:t>
      </w:r>
      <w:r w:rsidRPr="00BE0EF2">
        <w:br/>
        <w:t>Speaker2: [00:15:37] I just went out to go shopping at home,</w:t>
      </w:r>
      <w:r w:rsidRPr="00BE0EF2">
        <w:t xml:space="preserve"> I haven't been out of confinement.</w:t>
      </w:r>
      <w:r w:rsidRPr="00BE0EF2">
        <w:br/>
        <w:t>Speaker3: [00:15:42] And before confinement we didn't go out either.</w:t>
      </w:r>
      <w:r w:rsidRPr="00BE0EF2">
        <w:br/>
        <w:t>Speaker2: [00:15:43] No, no, no, no, me. Before the confinement, let's look at the confinement that was in March.</w:t>
      </w:r>
      <w:r w:rsidRPr="00BE0EF2">
        <w:br/>
        <w:t>Speaker1: [00:15:46] March 14th.</w:t>
      </w:r>
      <w:r w:rsidRPr="00BE0EF2">
        <w:br/>
        <w:t>Speaker2: [00:15:47] Well I let's say, June of the year before, of '19, that's when I stopped going to walk. In June of '19, which were bonfires, they were still bonfires. That's when I stopped walking and I haven't walked again until now when this happened to</w:t>
      </w:r>
      <w:r w:rsidRPr="00BE0EF2">
        <w:t xml:space="preserve"> me. So, of course, when the confinement came, I was here in my house, I didn't go out anywhere.</w:t>
      </w:r>
      <w:r w:rsidRPr="00BE0EF2">
        <w:br/>
        <w:t>Speaker1: [00:16:09] Like everybody else, but let's say that after they opened the doors for us....</w:t>
      </w:r>
      <w:r w:rsidRPr="00BE0EF2">
        <w:br/>
        <w:t>Speaker2: [00:16:13] I haven't gone either [laughs]. Until this happened to me, I haven't done anything.</w:t>
      </w:r>
      <w:r w:rsidRPr="00BE0EF2">
        <w:br/>
        <w:t xml:space="preserve">Speaker1: [00:16:18] Well, how did we get caught in March, the part, let's say we're living with the virus. You haven't been affected by it, do you think to get out? Because if this one hadn't been around, you </w:t>
      </w:r>
      <w:r w:rsidRPr="00BE0EF2">
        <w:t>as of March after you were discharged from the hospital, you would have done.</w:t>
      </w:r>
      <w:r w:rsidRPr="00BE0EF2">
        <w:br/>
        <w:t>Speaker3: [00:16:36] Exactly the same. I was not influenced by that.</w:t>
      </w:r>
      <w:r w:rsidRPr="00BE0EF2">
        <w:br/>
        <w:t>Speaker2: [00:16:38] Exactly the same. It didn't influence me at all.</w:t>
      </w:r>
      <w:r w:rsidRPr="00BE0EF2">
        <w:br/>
        <w:t>Speaker1: [00:16:39] Well, just to finish up a little bit, this is more relative to projecting into the future, right? I mean, will you continue to do the same activity in the future?</w:t>
      </w:r>
      <w:r w:rsidRPr="00BE0EF2">
        <w:br/>
        <w:t xml:space="preserve">Speaker2: [00:16:53] Man, if I were to walk, yes, if I won the lottery, if I were to clean, I </w:t>
      </w:r>
      <w:r w:rsidRPr="00BE0EF2">
        <w:lastRenderedPageBreak/>
        <w:t>wouldn't laugh to</w:t>
      </w:r>
      <w:r w:rsidRPr="00BE0EF2">
        <w:t>o much]</w:t>
      </w:r>
      <w:r w:rsidRPr="00BE0EF2">
        <w:br/>
        <w:t>Speaker1: [00:16:59] That that's also physical activity [laughs].</w:t>
      </w:r>
      <w:r w:rsidRPr="00BE0EF2">
        <w:br/>
        <w:t>Speaker2: [00:17:02] I do, I'm telling you, I climb stairs, go down stairs, it's true and arms, I do everything. If you saw how I work and now because they're gone huh.</w:t>
      </w:r>
      <w:r w:rsidRPr="00BE0EF2">
        <w:br/>
        <w:t>Speaker1: [00:17:14] Well that. For example one day of the steps you take so the intensity. Maybe now that you work 14,000 steps, 12,000 steps is, is quite a lot. And for example, working at a vigorous intensity which is high. I have not found any patient, but moderate</w:t>
      </w:r>
      <w:r w:rsidRPr="00BE0EF2">
        <w:t>, yes, about 40, 30, 50 minutes a day. You are more or less in that range. Well, if you want, out of curiosity, I'll show you. Well, then, going back to the same thing, would you like to change some of the physical activity, do something different? Or if you had the possibility of something else.</w:t>
      </w:r>
      <w:r w:rsidRPr="00BE0EF2">
        <w:br/>
        <w:t>Speaker2: [00:17:55] Go to a gym or something like that? No, no, no, no, no, no, Maybe to walk longer, maybe, but no.</w:t>
      </w:r>
      <w:r w:rsidRPr="00BE0EF2">
        <w:br/>
        <w:t>Speaker1: [00:18:08] And speaking of that. Not about maybe increasing, what do you think would h</w:t>
      </w:r>
      <w:r w:rsidRPr="00BE0EF2">
        <w:t>elp you? Maybe increase activity a little bit more. Or maybe at certain, at certain intervals or certain intensity frequencies? I don't know.</w:t>
      </w:r>
      <w:r w:rsidRPr="00BE0EF2">
        <w:br/>
        <w:t>Speaker2: [00:18:26] I don't know, I don't know if that would do me better or. I don't know.</w:t>
      </w:r>
      <w:r w:rsidRPr="00BE0EF2">
        <w:br/>
        <w:t xml:space="preserve">Speaker1: [00:18:30] It would help you maybe that maybe they would give you, for example, in the talk is that, if you come, there will be nutritionists, sports physical activity science people and cardiologists. So, for example, you say, I would like to know if I can do this. </w:t>
      </w:r>
      <w:r w:rsidRPr="00BE0EF2">
        <w:t>If you were told that this is beneficial would you try to do it?</w:t>
      </w:r>
      <w:r w:rsidRPr="00BE0EF2">
        <w:br/>
        <w:t>Speaker2: [00:18:48] Well I would try to do it. Right. Anything that's beneficial. Of course I would.</w:t>
      </w:r>
      <w:r w:rsidRPr="00BE0EF2">
        <w:br/>
        <w:t>Speaker1: [00:18:54] And well, you already told me that. So the thing about the smart wristband and so on. The fact of using it is curiosity.</w:t>
      </w:r>
      <w:r w:rsidRPr="00BE0EF2">
        <w:br/>
        <w:t>Speaker2: [00:19:06] Yeah.</w:t>
      </w:r>
      <w:r w:rsidRPr="00BE0EF2">
        <w:br/>
        <w:t>Speaker1: [00:19:07] You wouldn't mark anything, if you had a more powerful watch, you'd do the same thing. I don't know, ask.</w:t>
      </w:r>
      <w:r w:rsidRPr="00BE0EF2">
        <w:br/>
        <w:t>Speaker2: [00:19:14] I guess I have no idea how i</w:t>
      </w:r>
      <w:r w:rsidRPr="00BE0EF2">
        <w:t>t works. I mean, there I would look at yeah, I would look at maybe heart rate and look at stuff like that. So I don't even know if it even works, you know?</w:t>
      </w:r>
      <w:r w:rsidRPr="00BE0EF2">
        <w:br/>
        <w:t>Speaker1: [00:19:26] Well, let's see if it still works. The thing is, there's certain devices that have a bug, right, but for everyday use. Those 20, 30, or 40 euro wristbands are fine. So, if walking the same if it is with someone or for example, Ismael would have more time or whoever. I don't know, any of your friends or neighbors and so on, can that i</w:t>
      </w:r>
      <w:r w:rsidRPr="00BE0EF2">
        <w:t>ncrease the physical activity that you do?</w:t>
      </w:r>
      <w:r w:rsidRPr="00BE0EF2">
        <w:br/>
        <w:t>Speaker2: [00:20:03] Maybe maybe if, maybe he had more time and he would come with me to walk, so maybe instead of one hour I would go for two hours. I don't know. I don't really know.</w:t>
      </w:r>
      <w:r w:rsidRPr="00BE0EF2">
        <w:br/>
        <w:t>Speaker1: [00:20:13] Well, I think that's enough. Okay, we'll stop this and that's it. Thank you very much.</w:t>
      </w:r>
    </w:p>
    <w:p w14:paraId="32F98615" w14:textId="7A6F395A" w:rsidR="008F469D" w:rsidRPr="00BE0EF2" w:rsidRDefault="0057396C">
      <w:pPr>
        <w:pStyle w:val="Ttulo1"/>
      </w:pPr>
      <w:r w:rsidRPr="00BE0EF2">
        <w:lastRenderedPageBreak/>
        <w:t>P008-M3</w:t>
      </w:r>
    </w:p>
    <w:p w14:paraId="2999B3C3" w14:textId="77777777" w:rsidR="008F469D" w:rsidRPr="00BE0EF2" w:rsidRDefault="0057396C">
      <w:r w:rsidRPr="00BE0EF2">
        <w:t>P008-M3 Full interview.m4a</w:t>
      </w:r>
      <w:r w:rsidRPr="00BE0EF2">
        <w:br/>
        <w:t>Speaker1: [00:00:00] Well, first we're going to do the usual thing. Is check the throttle part from here to the accelerometer. It's right here. Then this you keep it there, "please". Okay. Okay. Nothing Isa, you give me a hand too.</w:t>
      </w:r>
      <w:r w:rsidRPr="00BE0EF2">
        <w:br/>
        <w:t>Speaker3: [00:00:27] Yeah.</w:t>
      </w:r>
      <w:r w:rsidRPr="00BE0EF2">
        <w:br/>
        <w:t>Okay, here goes the skim milk. If you see something that you can identify better than me, we'll ask them. [long silence] So far it's all pretty... isn't it?</w:t>
      </w:r>
      <w:r w:rsidRPr="00BE0EF2">
        <w:br/>
        <w:t>Speaker3: [00:00:57] Yeah, I'm going that way myself. It's pretty good.</w:t>
      </w:r>
      <w:r w:rsidRPr="00BE0EF2">
        <w:br/>
        <w:t>Speaker1: [00:01:06] Th</w:t>
      </w:r>
      <w:r w:rsidRPr="00BE0EF2">
        <w:t>e salad is described here. Okay. So.</w:t>
      </w:r>
      <w:r w:rsidRPr="00BE0EF2">
        <w:br/>
        <w:t>Speaker2: [00:01:08] There's still a little bit left and I took it. Throwing it away I don't throw anything away.</w:t>
      </w:r>
      <w:r w:rsidRPr="00BE0EF2">
        <w:br/>
        <w:t>Speaker1: [00:01:11] For sizing.</w:t>
      </w:r>
      <w:r w:rsidRPr="00BE0EF2">
        <w:br/>
        <w:t>Speaker3: [00:01:15] I a lot of times, yeah like you've put the pieces of a carrot, then I calculate, a carrot what weighs 80-100 grams and I'm already writing it down, so more or less.</w:t>
      </w:r>
      <w:r w:rsidRPr="00BE0EF2">
        <w:br/>
        <w:t>Speaker2: [00:01:26] But carrot there I haven't taken... No... a carrot, yeah, a carrot.</w:t>
      </w:r>
      <w:r w:rsidRPr="00BE0EF2">
        <w:br/>
        <w:t>Speaker3: [00:01:08] A carrot yes, that's why a lot o</w:t>
      </w:r>
      <w:r w:rsidRPr="00BE0EF2">
        <w:t>f times it's like [stops halfway through finishing the sentence].</w:t>
      </w:r>
      <w:r w:rsidRPr="00BE0EF2">
        <w:br/>
        <w:t>Speaker2: [00:01:33] But it's just that the carrot I ate the whole carrot in the esta, the carrot by the esta.....</w:t>
      </w:r>
      <w:r w:rsidRPr="00BE0EF2">
        <w:br/>
        <w:t>Speaker1: [00:01:38] You have to ration. It's okay, it's okay. But in the end it's the whole thing.</w:t>
      </w:r>
      <w:r w:rsidRPr="00BE0EF2">
        <w:br/>
        <w:t>Speaker2: [00:01:45] So the whole thing. That set is.</w:t>
      </w:r>
      <w:r w:rsidRPr="00BE0EF2">
        <w:br/>
        <w:t>Speaker1: [00:01:47] So nothing.</w:t>
      </w:r>
      <w:r w:rsidRPr="00BE0EF2">
        <w:br/>
      </w:r>
      <w:r w:rsidRPr="00FE09F4">
        <w:t>Speaker4: [00:01:48] It's coming.</w:t>
      </w:r>
      <w:r w:rsidRPr="00FE09F4">
        <w:br/>
        <w:t>Speaker1: [00:01:51] Nothing. Hello, good morning.</w:t>
      </w:r>
      <w:r w:rsidRPr="00FE09F4">
        <w:br/>
        <w:t>Speaker2: [00:01:51] Good afternoon.</w:t>
      </w:r>
      <w:r w:rsidRPr="00FE09F4">
        <w:br/>
        <w:t>Speaker3: [00:01:51] H</w:t>
      </w:r>
      <w:r w:rsidRPr="00FE09F4">
        <w:t>ello.</w:t>
      </w:r>
      <w:r w:rsidRPr="00FE09F4">
        <w:br/>
      </w:r>
      <w:r w:rsidRPr="00BE0EF2">
        <w:t>Speaker1: [00:01:56] I want a solo.</w:t>
      </w:r>
      <w:r w:rsidRPr="00BE0EF2">
        <w:br/>
        <w:t>Speaker4: [00:01:58] And a cortado.</w:t>
      </w:r>
      <w:r w:rsidRPr="00BE0EF2">
        <w:br/>
        <w:t>Speaker2: [00:02:01] Decaf.</w:t>
      </w:r>
      <w:r w:rsidRPr="00BE0EF2">
        <w:br/>
        <w:t>Speaker3: [00:02:01] I'll have a red tea with a little milk.</w:t>
      </w:r>
      <w:r w:rsidRPr="00BE0EF2">
        <w:br/>
        <w:t>[Speaks the waitress: With a little bit of milk. It's two cortados, decaf, the other one normal, the single and the tea]</w:t>
      </w:r>
      <w:r w:rsidRPr="00BE0EF2">
        <w:br/>
        <w:t>Speaker1: [00:02:13] Thank you.</w:t>
      </w:r>
      <w:r w:rsidRPr="00BE0EF2">
        <w:br/>
        <w:t>Speaker3: [00:02:13] Thank you. Okay. Yeah, because it says white bread here and then it says a slice of loaf, a little bit, but the slice?</w:t>
      </w:r>
      <w:r w:rsidRPr="00BE0EF2">
        <w:br/>
        <w:t>Speaker2: [00:02:25] Do you want me to describe it f</w:t>
      </w:r>
      <w:r w:rsidRPr="00BE0EF2">
        <w:t>or you?</w:t>
      </w:r>
      <w:r w:rsidRPr="00BE0EF2">
        <w:br/>
        <w:t>Speaker3: [00:02:26] Yeah.</w:t>
      </w:r>
      <w:r w:rsidRPr="00BE0EF2">
        <w:br/>
        <w:t>Speaker2: [00:02:27] Let's see, a thin slice of a loaf of white bread.</w:t>
      </w:r>
      <w:r w:rsidRPr="00BE0EF2">
        <w:br/>
        <w:t>Speaker3: [00:02:26] Yeah.</w:t>
      </w:r>
      <w:r w:rsidRPr="00BE0EF2">
        <w:br/>
        <w:t>Speaker3: [00:02:30] Ah, thin, thin, thin.</w:t>
      </w:r>
      <w:r w:rsidRPr="00BE0EF2">
        <w:br/>
      </w:r>
      <w:r w:rsidRPr="00BE0EF2">
        <w:lastRenderedPageBreak/>
        <w:t>Speaker1: [00:02:37] Okay. A little bit of aged cheese.</w:t>
      </w:r>
      <w:r w:rsidRPr="00BE0EF2">
        <w:br/>
        <w:t>Speaker2: [00:02:41] Yeah, and that wedge, "chin chin." A triangle like this [gestures to the size of the triangle].</w:t>
      </w:r>
      <w:r w:rsidRPr="00BE0EF2">
        <w:br/>
        <w:t>Speaker1: [00:02:43] Ah okay, a triangle. Okay.</w:t>
      </w:r>
      <w:r w:rsidRPr="00BE0EF2">
        <w:br/>
        <w:t>Speaker3: [00:02:48] Okay, it'll be about 40 grams, plus-minus.</w:t>
      </w:r>
      <w:r w:rsidRPr="00BE0EF2">
        <w:br/>
        <w:t>Speaker2: [00:02:50] That much 40 grams?</w:t>
      </w:r>
      <w:r w:rsidRPr="00BE0EF2">
        <w:br/>
        <w:t xml:space="preserve">Speaker3: </w:t>
      </w:r>
      <w:r w:rsidRPr="00BE0EF2">
        <w:t>[00:02:51] A slice of prosciutto, it's 40 grams, it just doesn't seem like it, but....</w:t>
      </w:r>
      <w:r w:rsidRPr="00BE0EF2">
        <w:br/>
        <w:t>Speaker4: [00:02:56] It's heavy haha.</w:t>
      </w:r>
      <w:r w:rsidRPr="00BE0EF2">
        <w:br/>
        <w:t>Speaker3: [00:02:56] Yeah, but it weighs, a slice of york ham is 20.</w:t>
      </w:r>
      <w:r w:rsidRPr="00BE0EF2">
        <w:br/>
        <w:t>Speaker2: [00:02:58] I took the crust off.</w:t>
      </w:r>
      <w:r w:rsidRPr="00BE0EF2">
        <w:br/>
        <w:t>Speaker3: [00:03:00] Well haha, so. Okay.</w:t>
      </w:r>
      <w:r w:rsidRPr="00BE0EF2">
        <w:br/>
        <w:t>[All laugh]</w:t>
      </w:r>
      <w:r w:rsidRPr="00BE0EF2">
        <w:br/>
        <w:t>Speaker1: [00:03:02] So. I understand that this is very broken down and very well.</w:t>
      </w:r>
      <w:r w:rsidRPr="00BE0EF2">
        <w:br/>
        <w:t>[silence]</w:t>
      </w:r>
      <w:r w:rsidRPr="00BE0EF2">
        <w:br/>
        <w:t>Speaker3: [00:03:12] Okay just the same, the white bread. A slice as well.</w:t>
      </w:r>
      <w:r w:rsidRPr="00BE0EF2">
        <w:br/>
        <w:t>Speaker2: [00:03:17] Okay, white bread toast, what do</w:t>
      </w:r>
      <w:r w:rsidRPr="00BE0EF2">
        <w:t>es it say there?</w:t>
      </w:r>
      <w:r w:rsidRPr="00BE0EF2">
        <w:br/>
        <w:t>Speaker1: [00:03:19] A peck of ...</w:t>
      </w:r>
      <w:r w:rsidRPr="00BE0EF2">
        <w:br/>
        <w:t>Speaker2: [00:03:20] Well six or seven centimeters.</w:t>
      </w:r>
      <w:r w:rsidRPr="00BE0EF2">
        <w:br/>
        <w:t>Speaker1: [00:03:25] Okay. This is the measurement.</w:t>
      </w:r>
      <w:r w:rsidRPr="00BE0EF2">
        <w:br/>
        <w:t>Speaker2: [00:03:26] Yeah.</w:t>
      </w:r>
      <w:r w:rsidRPr="00BE0EF2">
        <w:br/>
        <w:t>Speaker1: [00:03:27] Okay. The [pause reading what it says on the paper].</w:t>
      </w:r>
      <w:r w:rsidRPr="00BE0EF2">
        <w:br/>
        <w:t>Speaker3: [00:03:42] Pescaditos.</w:t>
      </w:r>
      <w:r w:rsidRPr="00BE0EF2">
        <w:br/>
        <w:t>Speaker1: [00:03:43] What kind? Fried. No?</w:t>
      </w:r>
      <w:r w:rsidRPr="00BE0EF2">
        <w:br/>
        <w:t>Speaker2: [00:03:44] Fried. Yeah, fried. If that was fried. And also bought, because... I mean I didn't fry it, that I tell you what.....</w:t>
      </w:r>
      <w:r w:rsidRPr="00BE0EF2">
        <w:br/>
        <w:t>Speaker3: [00:04:00] Then potato chips,</w:t>
      </w:r>
      <w:r w:rsidRPr="00BE0EF2">
        <w:br/>
        <w:t>S</w:t>
      </w:r>
      <w:r w:rsidRPr="00BE0EF2">
        <w:t>peaker2: [00:04:01] How many did I have?</w:t>
      </w:r>
      <w:r w:rsidRPr="00BE0EF2">
        <w:br/>
        <w:t>Speaker3: [00:04:02] Some, right? Some little handfuls of snacks, right?</w:t>
      </w:r>
      <w:r w:rsidRPr="00BE0EF2">
        <w:br/>
        <w:t>Speaker2: [00:04:07] Yeah yeah, also as I realized, well I took less because or else I would have kept going.</w:t>
      </w:r>
      <w:r w:rsidRPr="00BE0EF2">
        <w:br/>
        <w:t>Speaker3: [00:04:12] We eat the bag if we put it on.</w:t>
      </w:r>
      <w:r w:rsidRPr="00BE0EF2">
        <w:br/>
        <w:t>Speaker2: [00:04:01] That or else I take more. Then I didn't take anything for the snack, very badly done, but I took.</w:t>
      </w:r>
      <w:r w:rsidRPr="00BE0EF2">
        <w:br/>
        <w:t>Speaker1: [00:04:19] Okay.</w:t>
      </w:r>
      <w:r w:rsidRPr="00BE0EF2">
        <w:br/>
        <w:t>Speaker2: [00:04:24] I'm with the crazy carrots. can you tell?</w:t>
      </w:r>
      <w:r w:rsidRPr="00BE0EF2">
        <w:br/>
        <w:t>Speaker1: [00:04:25] I lov</w:t>
      </w:r>
      <w:r w:rsidRPr="00BE0EF2">
        <w:t>e shredded.</w:t>
      </w:r>
      <w:r w:rsidRPr="00BE0EF2">
        <w:br/>
        <w:t>Speaker2: [00:04:25] No, I don't like it in bites, boiled and stuff.</w:t>
      </w:r>
      <w:r w:rsidRPr="00BE0EF2">
        <w:br/>
        <w:t>Speaker1: [00:04:28] No, I always grate it, and with beets.</w:t>
      </w:r>
      <w:r w:rsidRPr="00BE0EF2">
        <w:br/>
        <w:t>Speaker3: [00:04:32] Okay, is 2.05 the same?</w:t>
      </w:r>
      <w:r w:rsidRPr="00BE0EF2">
        <w:br/>
        <w:t>Speaker2: [00:04:36] Cheese? No, the aged cheese was 2 high by 0.5 wide.</w:t>
      </w:r>
      <w:r w:rsidRPr="00BE0EF2">
        <w:br/>
        <w:t>Speaker1: [00:04:41] A la the cut.</w:t>
      </w:r>
      <w:r w:rsidRPr="00BE0EF2">
        <w:br/>
        <w:t>Speaker4: [00:04:42] From the cut of the cut, a taquito.</w:t>
      </w:r>
      <w:r w:rsidRPr="00BE0EF2">
        <w:br/>
        <w:t>Speaker2: [00:04:44] A taquito, I gave it to me.</w:t>
      </w:r>
      <w:r w:rsidRPr="00BE0EF2">
        <w:br/>
      </w:r>
      <w:r w:rsidRPr="00BE0EF2">
        <w:lastRenderedPageBreak/>
        <w:t>Speaker1: [00:04:49] Okay, okay. So, we're down to the last day.</w:t>
      </w:r>
      <w:r w:rsidRPr="00BE0EF2">
        <w:br/>
        <w:t>Speaker2: [00:04:57] Milk, it's always skim, be</w:t>
      </w:r>
      <w:r w:rsidRPr="00BE0EF2">
        <w:t>cause that's what I have, I always drink it.</w:t>
      </w:r>
      <w:r w:rsidRPr="00BE0EF2">
        <w:br/>
        <w:t>Speaker3: [00:05:01] Okay. And the regular sponge cake, but it's not whole wheat or anything is it?</w:t>
      </w:r>
      <w:r w:rsidRPr="00BE0EF2">
        <w:br/>
        <w:t>Speaker2: [00:05:05] The sponge cake nothing, normal, as normal as it was bought. 6x3x3. A pyramid. [silence reading the paper]</w:t>
      </w:r>
      <w:r w:rsidRPr="00BE0EF2">
        <w:br/>
        <w:t>Speaker3: [00:05:20] And then, for example, onion, how much onion do you usually put in it?</w:t>
      </w:r>
      <w:r w:rsidRPr="00BE0EF2">
        <w:br/>
        <w:t>Speaker2: [00:05:22] How much?</w:t>
      </w:r>
      <w:r w:rsidRPr="00BE0EF2">
        <w:br/>
        <w:t>Speaker1: [00:05:01] In the food.</w:t>
      </w:r>
      <w:r w:rsidRPr="00BE0EF2">
        <w:br/>
        <w:t>Speaker2: [00:05:24] It's just that this was a medallion that I had the sirloin th</w:t>
      </w:r>
      <w:r w:rsidRPr="00BE0EF2">
        <w:t>at I had made. So the onion was it was that was punched down.</w:t>
      </w:r>
      <w:r w:rsidRPr="00BE0EF2">
        <w:br/>
        <w:t>Speaker3: [00:05:33] Yeah, but what did you put in it, you put the whole onion in it?</w:t>
      </w:r>
      <w:r w:rsidRPr="00BE0EF2">
        <w:br/>
        <w:t>Speaker2: [00:05:35] Yeah, but it was leftovers that I had left over from another half onion, so....</w:t>
      </w:r>
      <w:r w:rsidRPr="00BE0EF2">
        <w:br/>
        <w:t>Speaker3: [00:05:40] Half an onion at the most, would that be left over or something?</w:t>
      </w:r>
      <w:r w:rsidRPr="00BE0EF2">
        <w:br/>
        <w:t>Speaker2: [00:05:43] Yeah, or 1/4, I don't know, I don't remember.</w:t>
      </w:r>
      <w:r w:rsidRPr="00BE0EF2">
        <w:br/>
        <w:t>Speaker1: [00:05:45] Ah, approx.</w:t>
      </w:r>
      <w:r w:rsidRPr="00BE0EF2">
        <w:br/>
        <w:t xml:space="preserve">Speaker2: [00:05:46] Yeah, I don't know [pause] Yeah, maybe the day I did it </w:t>
      </w:r>
      <w:r w:rsidRPr="00BE0EF2">
        <w:t>I did it with one, little more than one I don't use. And then when I have, when I have two little pieces left, well yeah, I throw it out. I don't throw anything away.</w:t>
      </w:r>
      <w:r w:rsidRPr="00BE0EF2">
        <w:br/>
        <w:t>Speaker1: [00:06:00] I don't throw it away. Very good.</w:t>
      </w:r>
      <w:r w:rsidRPr="00BE0EF2">
        <w:br/>
        <w:t>Speaker2: [00:06:01] So I eat what's going to be thrown away. I eat it first and that's why I get fat.</w:t>
      </w:r>
      <w:r w:rsidRPr="00BE0EF2">
        <w:br/>
        <w:t>[Husband laughs]</w:t>
      </w:r>
      <w:r w:rsidRPr="00BE0EF2">
        <w:br/>
        <w:t>Speaker2: [00:06:10] So here I've taken some reviews because I've learned [pause] that what I've done [reads paper]. Oh and then a salmon oval where I was left with lemon</w:t>
      </w:r>
      <w:r w:rsidRPr="00BE0EF2">
        <w:t>, with lemon, that doesn't have, that doesn't have butter in it. Let's see, the salmon is like an oval, so I took this oval that I had left.</w:t>
      </w:r>
      <w:r w:rsidRPr="00BE0EF2">
        <w:br/>
        <w:t>Speaker1: [00:06:31] Yeah.</w:t>
      </w:r>
      <w:r w:rsidRPr="00BE0EF2">
        <w:br/>
        <w:t>Speaker2: [00:06:32] And then the chard that I had left over from....</w:t>
      </w:r>
      <w:r w:rsidRPr="00BE0EF2">
        <w:br/>
        <w:t>Speaker1: [00:06:35] Boiled chard?</w:t>
      </w:r>
      <w:r w:rsidRPr="00BE0EF2">
        <w:br/>
        <w:t>Speaker2: [00:06:37] Boiled. Just like the food, with lemon.</w:t>
      </w:r>
      <w:r w:rsidRPr="00BE0EF2">
        <w:br/>
        <w:t>Speaker3: [00:06:40] Okay, perfect.</w:t>
      </w:r>
      <w:r w:rsidRPr="00BE0EF2">
        <w:br/>
        <w:t>Speaker1: [00:06:41] If you want to keep this yourself, yes?</w:t>
      </w:r>
      <w:r w:rsidRPr="00BE0EF2">
        <w:br/>
        <w:t>Speaker2: [00:06:42] Yeah, so now I'll make it. Well, now when I... I'll take a p</w:t>
      </w:r>
      <w:r w:rsidRPr="00BE0EF2">
        <w:t>icture of it and I'll keep it, if not, but I mean I always like to take the picture in case it gets lost or whatever, more okay?</w:t>
      </w:r>
      <w:r w:rsidRPr="00BE0EF2">
        <w:br/>
        <w:t>Speaker1: [00:06:53] Well nothing, I'm going now, we'll start and when the coffees come to take care of them. Let's see, before we start with questions and that the review a little bit to this week that you've been wearing the accelerometer, Aurora. The usual, during this week have you done any kind of activity other than walking, other than walking or walking a lot?</w:t>
      </w:r>
      <w:r w:rsidRPr="00BE0EF2">
        <w:br/>
        <w:t>Speaker2: [00</w:t>
      </w:r>
      <w:r w:rsidRPr="00BE0EF2">
        <w:t>:07:20] I've done the walking thing, which for me is a challenge.</w:t>
      </w:r>
      <w:r w:rsidRPr="00BE0EF2">
        <w:br/>
      </w:r>
      <w:r w:rsidRPr="00BE0EF2">
        <w:lastRenderedPageBreak/>
        <w:t>Speaker1: [00:07:23] Yeah yeah, right, but it's you haven't done any kind of specific physical exercise. I haven't gone cycling, I haven't gone to do any strength sessions, nothing.</w:t>
      </w:r>
      <w:r w:rsidRPr="00BE0EF2">
        <w:br/>
        <w:t>Speaker2: [00:07:35] No, no.</w:t>
      </w:r>
      <w:r w:rsidRPr="00BE0EF2">
        <w:br/>
        <w:t>Speaker4: [00:07:36] No, nothing. You haven't gone to the gym.</w:t>
      </w:r>
      <w:r w:rsidRPr="00BE0EF2">
        <w:br/>
        <w:t>Speaker2: [00:07:38] No, what gym, nothing.</w:t>
      </w:r>
      <w:r w:rsidRPr="00BE0EF2">
        <w:br/>
        <w:t>Speaker1: [00:07:39] So, within what is physical activity, walking specifically.</w:t>
      </w:r>
      <w:r w:rsidRPr="00BE0EF2">
        <w:br/>
        <w:t>Speaker2: [00:07:44] Yes, walking with sneakers</w:t>
      </w:r>
      <w:r w:rsidRPr="00BE0EF2">
        <w:t xml:space="preserve"> for an hour.</w:t>
      </w:r>
      <w:r w:rsidRPr="00BE0EF2">
        <w:br/>
        <w:t>Speaker1: [00:07:46] Okay.</w:t>
      </w:r>
      <w:r w:rsidRPr="00BE0EF2">
        <w:br/>
        <w:t>[Waitress: Okay, any saccharine?]</w:t>
      </w:r>
      <w:r w:rsidRPr="00BE0EF2">
        <w:br/>
        <w:t>Speaker1: [00:07:49] Me with none.</w:t>
      </w:r>
      <w:r w:rsidRPr="00BE0EF2">
        <w:br/>
        <w:t>Speaker2: [00:07:51] Do you have brown sugar? I'll take that one.</w:t>
      </w:r>
      <w:r w:rsidRPr="00BE0EF2">
        <w:br/>
        <w:t>Speaker1: [00:08:02] That's mine. [pauses to grab coffees] Okay. So from walking specifically that you told me about, from going out, walking. how long?</w:t>
      </w:r>
      <w:r w:rsidRPr="00BE0EF2">
        <w:br/>
        <w:t>Speaker2: [00:08:17] An hour. And also by extraordinary site, by the nothingness of Guardamar.</w:t>
      </w:r>
      <w:r w:rsidRPr="00BE0EF2">
        <w:br/>
        <w:t>Speaker3: [00:08:26] Oh, that's...</w:t>
      </w:r>
      <w:r w:rsidRPr="00BE0EF2">
        <w:br/>
        <w:t>Speaker2: [00:08:27] No, no, no, no, I'm going the ch</w:t>
      </w:r>
      <w:r w:rsidRPr="00BE0EF2">
        <w:t>olesterol route.</w:t>
      </w:r>
      <w:r w:rsidRPr="00BE0EF2">
        <w:br/>
        <w:t>Speaker3: [00:08:28] Okay, okay,</w:t>
      </w:r>
      <w:r w:rsidRPr="00BE0EF2">
        <w:br/>
        <w:t>Speaker2: [00:08:29] So yes, and if I had to go up a hill, I would go up the part that has the least slope, because the slopes, actually I do notice it, even if they're minor.</w:t>
      </w:r>
      <w:r w:rsidRPr="00BE0EF2">
        <w:br/>
        <w:t>Speaker1: [00:08:41] What do you notice? Obviously.</w:t>
      </w:r>
      <w:r w:rsidRPr="00BE0EF2">
        <w:br/>
        <w:t>Speaker3: [00:08:43] That it's more fatigue, right?</w:t>
      </w:r>
      <w:r w:rsidRPr="00BE0EF2">
        <w:br/>
        <w:t>Speaker4: [00:08:44] Which is more fatigue.</w:t>
      </w:r>
      <w:r w:rsidRPr="00BE0EF2">
        <w:br/>
        <w:t>Speaker2: [00:08:46] That I have to slow down. And then then then the one where it's steeper I go down and when it was getting too dark an</w:t>
      </w:r>
      <w:r w:rsidRPr="00BE0EF2">
        <w:t>d so on.</w:t>
      </w:r>
      <w:r w:rsidRPr="00BE0EF2">
        <w:br/>
        <w:t>Speaker1: [00:08:53] And you've identified that now that you're going down those little traps or I don't know. Other times I've gone on the flat and I haven't noticed it.</w:t>
      </w:r>
      <w:r w:rsidRPr="00BE0EF2">
        <w:br/>
        <w:t>Speaker2: [00:09:01] Puuuf [snorts thoughtfully] let's see, when I see a ramp maybe it must be that seeing it the feeling does it to me too, but then sometimes like man, of course this is a little bit uphill. I mean,</w:t>
      </w:r>
      <w:r w:rsidRPr="00BE0EF2">
        <w:br/>
        <w:t>Speaker3: [00:09:13] What about climbing stairs, do you climb stairs at home?</w:t>
      </w:r>
      <w:r w:rsidRPr="00BE0EF2">
        <w:br/>
        <w:t xml:space="preserve">Speaker2: [00:09:17] The stairs, you </w:t>
      </w:r>
      <w:r w:rsidRPr="00BE0EF2">
        <w:t>know what happens, I just go down them,</w:t>
      </w:r>
      <w:r w:rsidRPr="00BE0EF2">
        <w:br/>
        <w:t>Speaker3: [00:09:19] You only go down them, so we can't check if it's the same when you go up them.</w:t>
      </w:r>
      <w:r w:rsidRPr="00BE0EF2">
        <w:br/>
        <w:t>Speaker4: [00:09:23] She has a tendency to take the elevator.</w:t>
      </w:r>
      <w:r w:rsidRPr="00BE0EF2">
        <w:br/>
        <w:t>Speaker2: [00:09:26] Yeah yeah, even if it's a first one what am I going to get tired for?</w:t>
      </w:r>
      <w:r w:rsidRPr="00BE0EF2">
        <w:br/>
        <w:t>Speaker1: [00:09:32] Well, okay.</w:t>
      </w:r>
      <w:r w:rsidRPr="00BE0EF2">
        <w:br/>
        <w:t>Speaker4: [00:09:33] Sometimes it's not bad too, maybe see how it goes, I don't know, even if it's not running, a little bit.</w:t>
      </w:r>
      <w:r w:rsidRPr="00BE0EF2">
        <w:br/>
        <w:t>Speaker2: [00:09:40] Okay.</w:t>
      </w:r>
      <w:r w:rsidRPr="00BE0EF2">
        <w:br/>
        <w:t>Speaker4: [00:09:42] Just to see,</w:t>
      </w:r>
      <w:r w:rsidRPr="00BE0EF2">
        <w:t xml:space="preserve"> if you see that it's not...</w:t>
      </w:r>
      <w:r w:rsidRPr="00BE0EF2">
        <w:br/>
        <w:t>Speaker1: [00:09:44] Okay, well, okay. So. So how many days did we do that daily hanging out thing?</w:t>
      </w:r>
      <w:r w:rsidRPr="00BE0EF2">
        <w:br/>
      </w:r>
      <w:r w:rsidRPr="00BE0EF2">
        <w:lastRenderedPageBreak/>
        <w:t>Speaker4: [00:09:52] Daily.</w:t>
      </w:r>
      <w:r w:rsidRPr="00BE0EF2">
        <w:br/>
        <w:t>Speaker2: [00:09:53] Yeah, yeah, morning, afternoon or evening. Last night I stayed by myself in the pine forest, which is great.</w:t>
      </w:r>
      <w:r w:rsidRPr="00BE0EF2">
        <w:br/>
        <w:t>Speaker1: [00:10:01] And some days it's been more than once. You've done it in the morning and in the afternoon.</w:t>
      </w:r>
      <w:r w:rsidRPr="00BE0EF2">
        <w:br/>
        <w:t>Speaker2: [00:10:04] No, an hour is plenty for me.</w:t>
      </w:r>
      <w:r w:rsidRPr="00BE0EF2">
        <w:br/>
        <w:t>[Husband laughs]</w:t>
      </w:r>
      <w:r w:rsidRPr="00BE0EF2">
        <w:br/>
        <w:t>Speaker1: [00:10:06] Okay, no, not to know.</w:t>
      </w:r>
      <w:r w:rsidRPr="00BE0EF2">
        <w:br/>
      </w:r>
      <w:r w:rsidRPr="00BE0EF2">
        <w:t>Speaker2: [00:10:09] For example in Guardamar I did swim, but I did swim, yes, I swam, but without exerting myself.</w:t>
      </w:r>
      <w:r w:rsidRPr="00BE0EF2">
        <w:br/>
        <w:t>Speaker1: [00:10:20] I mean, I still remember one time we talked.</w:t>
      </w:r>
      <w:r w:rsidRPr="00BE0EF2">
        <w:br/>
        <w:t>Speaker2: [00:10:22] Yeah, I went to the buoy because I had to go, but I feel old. Before every year I had to go to the buoy to feel young, but this year I went to the buoy and.... I'm old.</w:t>
      </w:r>
      <w:r w:rsidRPr="00BE0EF2">
        <w:br/>
        <w:t>Speaker1: [00:10:34] But, you get there, don't you?</w:t>
      </w:r>
      <w:r w:rsidRPr="00BE0EF2">
        <w:br/>
        <w:t>Speaker2: [00:10:36] Sure, man [says effusively] if I go, I go, but come on....</w:t>
      </w:r>
      <w:r w:rsidRPr="00BE0EF2">
        <w:br/>
        <w:t>Speaker4</w:t>
      </w:r>
      <w:r w:rsidRPr="00BE0EF2">
        <w:t>: [00:10:40] But come on no more, she doesn't have the joy that she had. [laughs]</w:t>
      </w:r>
      <w:r w:rsidRPr="00BE0EF2">
        <w:br/>
        <w:t>Speaker1: [00:10:45] Yeah, but what you're saying is because you feel yourself less, with less rhythm, with less energy.</w:t>
      </w:r>
      <w:r w:rsidRPr="00BE0EF2">
        <w:br/>
        <w:t>Speaker4: [00:10:51] I don't know. I think he's already with the thing about saying don't let something happen to me.</w:t>
      </w:r>
      <w:r w:rsidRPr="00BE0EF2">
        <w:br/>
      </w:r>
      <w:r w:rsidRPr="008C1203">
        <w:rPr>
          <w:lang w:val="es-ES"/>
        </w:rPr>
        <w:t>Speaker2: [00:10:55] No, no, no, no, no, no, no, no, no, no.</w:t>
      </w:r>
      <w:r w:rsidRPr="008C1203">
        <w:rPr>
          <w:lang w:val="es-ES"/>
        </w:rPr>
        <w:br/>
      </w:r>
      <w:r w:rsidRPr="00BE0EF2">
        <w:t>Speaker4: [00:10:58] The fact that she said it, well....</w:t>
      </w:r>
      <w:r w:rsidRPr="00BE0EF2">
        <w:br/>
        <w:t>Speaker2: [00:11:01] No, no, no, no, no, no, no, no! I'm not afraid of th</w:t>
      </w:r>
      <w:r w:rsidRPr="00BE0EF2">
        <w:t>e sea. No, no, I don't know what. I don't know what. That I feel old. You know? Like I said.</w:t>
      </w:r>
      <w:r w:rsidRPr="00BE0EF2">
        <w:br/>
        <w:t>Speaker1: [00:11:09] Let's see, time is passing for all of us. But if we're lucky, we'll get there.</w:t>
      </w:r>
      <w:r w:rsidRPr="00BE0EF2">
        <w:br/>
        <w:t>Speaker2: [00:11:13] Yeah, but from one year to the next. I used to, when I was saying goodbye to Guardamar in the summer, well I used to say hey, since I went to the buoy I'm young. Come on. That's my criteria.</w:t>
      </w:r>
      <w:r w:rsidRPr="00BE0EF2">
        <w:br/>
        <w:t>Speaker1: [00:11:24] That yeah, if you want to now, then when I ask you specifically, I'll address it, then</w:t>
      </w:r>
      <w:r w:rsidRPr="00BE0EF2">
        <w:t xml:space="preserve"> okay.</w:t>
      </w:r>
      <w:r w:rsidRPr="00BE0EF2">
        <w:br/>
        <w:t>Speaker4: [00:11:29] That's psychological.</w:t>
      </w:r>
      <w:r w:rsidRPr="00BE0EF2">
        <w:br/>
        <w:t>Speaker2: [00:11:30] And now I've felt old, I mean, I'm old and no matter how many things I do, which I say man, I've got to get there, but it hasn't helped me feel like I'm young or like I'm like last year.</w:t>
      </w:r>
      <w:r w:rsidRPr="00BE0EF2">
        <w:br/>
        <w:t>Speaker1: [00:11:40] Okay, well, now, now, now, now, as I was saying we'll ask.</w:t>
      </w:r>
      <w:r w:rsidRPr="00BE0EF2">
        <w:br/>
        <w:t>Speaker2: [00:11:44] Okay, okay.</w:t>
      </w:r>
      <w:r w:rsidRPr="00BE0EF2">
        <w:br/>
        <w:t>Speaker1: [00:11:44] Now to wrap up this part of what's been done this week. A typical day, whatever it is, although apparently you don't alw</w:t>
      </w:r>
      <w:r w:rsidRPr="00BE0EF2">
        <w:t>ays have the same routine, but a day, for example, that you consider typical, what time do you get up?</w:t>
      </w:r>
      <w:r w:rsidRPr="00BE0EF2">
        <w:br/>
        <w:t>Speaker2: [00:11:59] This week I got up at 03:00 and went for a walk. I had a drink.</w:t>
      </w:r>
      <w:r w:rsidRPr="00BE0EF2">
        <w:br/>
        <w:t>Speaker1: [00:12:05] Trouble sleeping?</w:t>
      </w:r>
      <w:r w:rsidRPr="00BE0EF2">
        <w:br/>
        <w:t xml:space="preserve">Speaker4: [00:12:07] Well, let's see. I'm going to give you a little background. Our son </w:t>
      </w:r>
      <w:r w:rsidRPr="00BE0EF2">
        <w:lastRenderedPageBreak/>
        <w:t>passed away on the 30th of September. You know?</w:t>
      </w:r>
      <w:r w:rsidRPr="00BE0EF2">
        <w:br/>
        <w:t>[brief silence]</w:t>
      </w:r>
      <w:r w:rsidRPr="00BE0EF2">
        <w:br/>
        <w:t>Speaker2: [00:12:16] I'm trying to get my strength up because I still can't believe it. you know?</w:t>
      </w:r>
      <w:r w:rsidRPr="00BE0EF2">
        <w:br/>
        <w:t>Speaker1: [00:12:20] I'm really so</w:t>
      </w:r>
      <w:r w:rsidRPr="00BE0EF2">
        <w:t>rry.</w:t>
      </w:r>
      <w:r w:rsidRPr="00BE0EF2">
        <w:br/>
        <w:t>Speaker2: [00:12:21] So then I want to tell you this week is going to be a lot of but well, I also normally didn't sleep well, you know, I mean, but then I would get up at 03:00, have a drink and then I would go to the couch and go to sleep and maybe fall asleep. Well, I've been a little bit atypical, because if I tell you 07:00 I was awake, I would go for a walk, but since it was going to be very hot, I would leave later at night.</w:t>
      </w:r>
      <w:r w:rsidRPr="00BE0EF2">
        <w:br/>
        <w:t>Speaker1: [00:12:53] And then what's work, you're...</w:t>
      </w:r>
      <w:r w:rsidRPr="00BE0EF2">
        <w:br/>
        <w:t>Speaker2: [00:12:5</w:t>
      </w:r>
      <w:r w:rsidRPr="00BE0EF2">
        <w:t>5] Well not this week. Well, we did work, they gave me a contract, but well, lazy.</w:t>
      </w:r>
      <w:r w:rsidRPr="00BE0EF2">
        <w:br/>
        <w:t>Speaker4: [00:13:01] But not much.</w:t>
      </w:r>
      <w:r w:rsidRPr="00BE0EF2">
        <w:br/>
        <w:t>Speaker2: [00:13:02] And I'm going to work less and less, but I don't care, I don't want any more lawsuits.</w:t>
      </w:r>
      <w:r w:rsidRPr="00BE0EF2">
        <w:br/>
        <w:t>Speaker1: [00:13:09] Okay? So it's been a very very atypical week.</w:t>
      </w:r>
      <w:r w:rsidRPr="00BE0EF2">
        <w:br/>
        <w:t>Speaker2: [00:13:14] Very atypical, but anyway, I think I'm going to get the downturn later, huh? I think that's when I realize that it's gone.</w:t>
      </w:r>
      <w:r w:rsidRPr="00BE0EF2">
        <w:br/>
        <w:t xml:space="preserve">Speaker3: [00:13:25] Yeah, like now, you're a little bit in shock. You get </w:t>
      </w:r>
      <w:r w:rsidRPr="00BE0EF2">
        <w:t>into the routine of things that you used to do with him, when you....</w:t>
      </w:r>
      <w:r w:rsidRPr="00BE0EF2">
        <w:br/>
        <w:t>Speaker2: [00:13:32] Yeah, because come on, he didn't live with us, but I would go, we would go every week, three times, like that on Saturdays.</w:t>
      </w:r>
      <w:r w:rsidRPr="00BE0EF2">
        <w:br/>
        <w:t>Speaker4: [00:13:39] Well, he was sick, already in bed, time, but we would go. Two or three days a week.</w:t>
      </w:r>
      <w:r w:rsidRPr="00BE0EF2">
        <w:br/>
        <w:t>Speaker2: [00:13:45] Now maybe I don't go, but I seem to take it, I don't go, why don't I go? I don't know, I don't know why I don't go, you know how?</w:t>
      </w:r>
      <w:r w:rsidRPr="00BE0EF2">
        <w:br/>
        <w:t>Speaker3: [00:13:54] Yeah, it just doesn'</w:t>
      </w:r>
      <w:r w:rsidRPr="00BE0EF2">
        <w:t>t sink in.</w:t>
      </w:r>
      <w:r w:rsidRPr="00BE0EF2">
        <w:br/>
        <w:t>Speaker2: [00:13:55].  No, no, it doesn't sink in. So I don't take it either because it hasn't sunk in either.</w:t>
      </w:r>
      <w:r w:rsidRPr="00BE0EF2">
        <w:br/>
        <w:t>Speaker3: [00:13:59]. It's normal. In the end everyone takes their time and little by little.</w:t>
      </w:r>
      <w:r w:rsidRPr="00BE0EF2">
        <w:br/>
        <w:t>Speaker1: [00:14:04] So, this week you have perceived that the sitting time has been less, for example, than other times than other week.</w:t>
      </w:r>
      <w:r w:rsidRPr="00BE0EF2">
        <w:br/>
        <w:t>Speaker2: [00:14:13] Sitting?</w:t>
      </w:r>
      <w:r w:rsidRPr="00BE0EF2">
        <w:br/>
        <w:t>Speaker1: [00:14:13] Sitting, from watching TV sitting on the couch.</w:t>
      </w:r>
      <w:r w:rsidRPr="00BE0EF2">
        <w:br/>
        <w:t xml:space="preserve">Speaker2: [00:14:19] I did move around more, but at home I </w:t>
      </w:r>
      <w:r w:rsidRPr="00BE0EF2">
        <w:t>want to tell you I've done this, I've done that, I've picked there, I've transplanted plants, I've been doing ....</w:t>
      </w:r>
      <w:r w:rsidRPr="00BE0EF2">
        <w:br/>
        <w:t>Speaker1: [00:14:34] Household chores which in the end also involve activity.</w:t>
      </w:r>
      <w:r w:rsidRPr="00BE0EF2">
        <w:br/>
        <w:t>Speaker3: [00:14:36] Doing activities to keep the mind active, not to be thinking too much.</w:t>
      </w:r>
      <w:r w:rsidRPr="00BE0EF2">
        <w:br/>
        <w:t>Speaker2: [00:14:38] I've done things that maybe I didn't do, because transplanting plants, I've never transplanted in my life and so picking up more things, be more methodical, more, more trying to organize what's done....</w:t>
      </w:r>
      <w:r w:rsidRPr="00BE0EF2">
        <w:br/>
        <w:t>Spe</w:t>
      </w:r>
      <w:r w:rsidRPr="00BE0EF2">
        <w:t>aker1: [00:14:56]Maybe then....</w:t>
      </w:r>
      <w:r w:rsidRPr="00BE0EF2">
        <w:br/>
      </w:r>
      <w:r w:rsidRPr="00BE0EF2">
        <w:lastRenderedPageBreak/>
        <w:t>Speaker2: [00:14:58]And then when I would get up it was thoughts of what do I do, what do I have to do, you know, and then I've also walked at night, out there, down the sidewalk of this, and then thoughts would come to me that I would wonder about. It's been an activity in every way, but it's also thrown me into bed, I want to tell you, poof [snorts].</w:t>
      </w:r>
      <w:r w:rsidRPr="00BE0EF2">
        <w:br/>
        <w:t>Speaker3: [00:15:10] Yeah, that you've had moments and moments. right?</w:t>
      </w:r>
      <w:r w:rsidRPr="00BE0EF2">
        <w:br/>
        <w:t>Speaker1: [00:14:36] But I used to lie in bed too. Let</w:t>
      </w:r>
      <w:r w:rsidRPr="00BE0EF2">
        <w:t>'s see, that's not....</w:t>
      </w:r>
      <w:r w:rsidRPr="00BE0EF2">
        <w:br/>
        <w:t>Speaker4: [00:15:25] Because you have very low blood pressure and a lot of times the only way out you see lying down. The strongest lows.</w:t>
      </w:r>
      <w:r w:rsidRPr="00BE0EF2">
        <w:br/>
        <w:t>Speaker1: [00:15:36] And those low blood pressure lately how have they been?</w:t>
      </w:r>
      <w:r w:rsidRPr="00BE0EF2">
        <w:br/>
        <w:t>Speaker4: [00:14:39] No, he's doing better now.</w:t>
      </w:r>
      <w:r w:rsidRPr="00BE0EF2">
        <w:br/>
        <w:t>Speaker2: [00:15:41] No, I'm, I've been, it's 10-6 at the most.</w:t>
      </w:r>
      <w:r w:rsidRPr="00BE0EF2">
        <w:br/>
        <w:t>Speaker1: [00:15:45] Because you told me that you talked to Sara to write all this down.</w:t>
      </w:r>
      <w:r w:rsidRPr="00BE0EF2">
        <w:br/>
        <w:t>Speaker2: [00:15:49] So then I'll have breakfast and then I'll have.....</w:t>
      </w:r>
      <w:r w:rsidRPr="00BE0EF2">
        <w:br/>
      </w:r>
      <w:r w:rsidRPr="00BE0EF2">
        <w:t>Speaker4: [00:15:52] And at the last one they told you that you were doing better, right?</w:t>
      </w:r>
      <w:r w:rsidRPr="00BE0EF2">
        <w:br/>
        <w:t>Speaker2: [00:15:54] Yeah they did a good, they did an echo with you and it looks like I'm better, according to the one that did it, because she told me and she said that I was, let's see, that I'm a few points higher than I was before.</w:t>
      </w:r>
      <w:r w:rsidRPr="00BE0EF2">
        <w:br/>
        <w:t>Speaker4: [00:16:09] And that it's not quite normal, but...</w:t>
      </w:r>
      <w:r w:rsidRPr="00BE0EF2">
        <w:br/>
        <w:t>Speaker2: [00:15:52] That according to the women I'm three below the average of the women.</w:t>
      </w:r>
      <w:r w:rsidRPr="00BE0EF2">
        <w:br/>
        <w:t>Speaker1: [00:16:16] If at the end</w:t>
      </w:r>
      <w:r w:rsidRPr="00BE0EF2">
        <w:t xml:space="preserve"> of...</w:t>
      </w:r>
      <w:r w:rsidRPr="00BE0EF2">
        <w:br/>
        <w:t>Speaker2: [00:16:17] Hey, and from the tests it was nothing, that I wanted to know, cholesterol if I had a lot.</w:t>
      </w:r>
      <w:r w:rsidRPr="00BE0EF2">
        <w:br/>
        <w:t>Speaker1: [00:16:20] Yes, yes, the truth, the truth that we can always see it without problem.</w:t>
      </w:r>
      <w:r w:rsidRPr="00BE0EF2">
        <w:br/>
        <w:t>Speaker2: [00:16:26] You tell me the cholesterol, what do I know, whatever you have asterisk you tell me.</w:t>
      </w:r>
      <w:r w:rsidRPr="00BE0EF2">
        <w:br/>
        <w:t>Speaker1: [00:16:30] Sure, sure, yeah, so what we do is I'll get it when I can and whatever it is, I'll send it to you if you want, even by mail and if you want to have the analysis. I'll send</w:t>
      </w:r>
      <w:r w:rsidRPr="00BE0EF2">
        <w:t xml:space="preserve"> it to you.</w:t>
      </w:r>
      <w:r w:rsidRPr="00BE0EF2">
        <w:br/>
        <w:t>Speaker2: [00:16:42] Well yeah. I want to know why I say, well.</w:t>
      </w:r>
      <w:r w:rsidRPr="00BE0EF2">
        <w:br/>
        <w:t>Speaker1: [00:16:45] Okay. I'll, I'll. I'll send it to you. Okay, so, Okay, let's stay like this for then.</w:t>
      </w:r>
      <w:r w:rsidRPr="00BE0EF2">
        <w:br/>
        <w:t>Speaker2: [00:16:52] Cut, we're going to have coffee.</w:t>
      </w:r>
      <w:r w:rsidRPr="00BE0EF2">
        <w:br/>
        <w:t>Speaker1: [00:16:55] I'm not, I'm not going to stop. Then let's go talk.</w:t>
      </w:r>
      <w:r w:rsidRPr="00BE0EF2">
        <w:br/>
        <w:t>Speaker2: [00:16:57] And you told me we were going to cut,</w:t>
      </w:r>
      <w:r w:rsidRPr="00BE0EF2">
        <w:br/>
        <w:t>Speaker3: [00:17:03] I understood Carles to mean that we should stop and wait for the girl to bring them.</w:t>
      </w:r>
      <w:r w:rsidRPr="00BE0EF2">
        <w:br/>
        <w:t>[Aurora laughs]</w:t>
      </w:r>
      <w:r w:rsidRPr="00BE0EF2">
        <w:br/>
        <w:t xml:space="preserve">Speaker3: [00:17:06] </w:t>
      </w:r>
      <w:r w:rsidRPr="00BE0EF2">
        <w:t>He's very disciplined about those things [laughs].</w:t>
      </w:r>
      <w:r w:rsidRPr="00BE0EF2">
        <w:br/>
        <w:t xml:space="preserve">Speaker1: [00:17:09] But we can keep chatting can't we? So now the last thing I'd like to address is good. First of all, I don't know if I said it, thank you very much for your time, for being able to see you and that this will be useful for us to analyze many things and try to </w:t>
      </w:r>
      <w:r w:rsidRPr="00BE0EF2">
        <w:lastRenderedPageBreak/>
        <w:t>improve those who come, right? So, first of all, thank you. And now we are going to talk a little bit about physical activity, physical exercise and sport. So I understand that sport</w:t>
      </w:r>
      <w:r w:rsidRPr="00BE0EF2">
        <w:t xml:space="preserve"> is not practiced and we are not going to talk about it, but when we talk about physical activity, we will talk about it, won't we? Physical activity understood as the day to day, what I do to move around, to do my routine tasks and then physical exercise, which from what I understand is not done, it's something specific and planned.</w:t>
      </w:r>
      <w:r w:rsidRPr="00BE0EF2">
        <w:br/>
        <w:t>Speaker2: [00:18:00] Walking seems to me, to me seems to me the best exercise that I my conditions I can do. and you want me to do more?</w:t>
      </w:r>
      <w:r w:rsidRPr="00BE0EF2">
        <w:br/>
        <w:t>Speaker1: [00:18:07] No, it's not knowi</w:t>
      </w:r>
      <w:r w:rsidRPr="00BE0EF2">
        <w:t>ng, because there's ways to plan, let's see if I know, I monitor myself or how long I do at I don't know what times and so on and so forth and so on.</w:t>
      </w:r>
      <w:r w:rsidRPr="00BE0EF2">
        <w:br/>
        <w:t>Speaker3: [00:18:18:18] If you've got the step thing?</w:t>
      </w:r>
      <w:r w:rsidRPr="00BE0EF2">
        <w:br/>
        <w:t>Speaker2: [00:18:20] If I have the steps thing and I do the 7000, but there's some of them already 10,000, but come on... [laughs].</w:t>
      </w:r>
      <w:r w:rsidRPr="00BE0EF2">
        <w:br/>
        <w:t>Speaker1: [00:18:25] Well, well, just to clarify that a little bit and what I'm going to do is to ask a little bit about before, before the income, then things after the income</w:t>
      </w:r>
      <w:r w:rsidRPr="00BE0EF2">
        <w:t xml:space="preserve"> and a little bit to see future projections. So, to start, for before, I'd like you to tell me, both of you to tell me, how have you seen your life change from pre-admission to post-admission?</w:t>
      </w:r>
      <w:r w:rsidRPr="00BE0EF2">
        <w:br/>
        <w:t>Speaker2: [00:18:52] Well yes, I've stopped. I've stopped in many aspects of my job.</w:t>
      </w:r>
      <w:r w:rsidRPr="00BE0EF2">
        <w:br/>
        <w:t>Speaker1: [00:18:59] Has it affected you in the workplace?</w:t>
      </w:r>
      <w:r w:rsidRPr="00BE0EF2">
        <w:br/>
        <w:t>Speaker2: [00:19:00] Yes, yes, yes, yes. I have reduced, as I was also used to work, so now I have applied it much more. COVID has been very good for me, it helped me to recyc</w:t>
      </w:r>
      <w:r w:rsidRPr="00BE0EF2">
        <w:t>le myself and I had to come to the office to come and now I don't, I stay at home.</w:t>
      </w:r>
      <w:r w:rsidRPr="00BE0EF2">
        <w:br/>
        <w:t>Speaker1: [00:19:18] You said you're self-employed.</w:t>
      </w:r>
      <w:r w:rsidRPr="00BE0EF2">
        <w:br/>
        <w:t>Speaker2: [00:19:20] I'm a lawyer.</w:t>
      </w:r>
      <w:r w:rsidRPr="00BE0EF2">
        <w:br/>
        <w:t>Speaker4: [00:19:20] She's a lawyer.</w:t>
      </w:r>
      <w:r w:rsidRPr="00BE0EF2">
        <w:br/>
        <w:t>Speaker2: [00:19:21] So I might as well, sometimes, work from home, from home, no.</w:t>
      </w:r>
      <w:r w:rsidRPr="00BE0EF2">
        <w:br/>
        <w:t>Speaker4: [00:19:26] Or she doesn't have to host anybody....</w:t>
      </w:r>
      <w:r w:rsidRPr="00BE0EF2">
        <w:br/>
        <w:t>Speaker2: [00:19:27] No? And also that I try not to receive, by email and by this.</w:t>
      </w:r>
      <w:r w:rsidRPr="00BE0EF2">
        <w:br/>
        <w:t>Speaker1: [00:19:34] Okay, and other than work related, does it affect you, af</w:t>
      </w:r>
      <w:r w:rsidRPr="00BE0EF2">
        <w:t>fected or in what, at the functional level of your day to day, the things that I do routine?</w:t>
      </w:r>
      <w:r w:rsidRPr="00BE0EF2">
        <w:br/>
        <w:t>Speaker2: [00:19:44] No, it wasn't more that feeling of.</w:t>
      </w:r>
      <w:r w:rsidRPr="00BE0EF2">
        <w:br/>
        <w:t>Speaker4: [00:19:46] I think it is, yeah I can give my opinion.</w:t>
      </w:r>
      <w:r w:rsidRPr="00BE0EF2">
        <w:br/>
        <w:t>Speaker1: [00:19:49] Of course, of course.</w:t>
      </w:r>
      <w:r w:rsidRPr="00BE0EF2">
        <w:br/>
        <w:t>Speaker4: [00:19:50] I've seen it maybe from the moment that, the fear of saying I'm not going to do to see if I can or I don't know if I do more than I... Anyway, that little, but. But not too much. I mean, a little. That's my observation from the outsid</w:t>
      </w:r>
      <w:r w:rsidRPr="00BE0EF2">
        <w:t>e.</w:t>
      </w:r>
      <w:r w:rsidRPr="00BE0EF2">
        <w:br/>
        <w:t>Speaker1: [00:20:08] The best observer here is you.</w:t>
      </w:r>
      <w:r w:rsidRPr="00BE0EF2">
        <w:br/>
        <w:t>Speaker2: [00:20:10] That's why I say it will be a little less. But keep in mind that my life was also very flat in terms of movement.</w:t>
      </w:r>
      <w:r w:rsidRPr="00BE0EF2">
        <w:br/>
        <w:t>Speaker3: [00:20:16] Yeah, that hasn't changed resoundingly.</w:t>
      </w:r>
      <w:r w:rsidRPr="00BE0EF2">
        <w:br/>
        <w:t>Speaker4: [00:20:18] Well, I was going to do pilates with friends.</w:t>
      </w:r>
      <w:r w:rsidRPr="00BE0EF2">
        <w:br/>
        <w:t>Speaker2: [00:20:24] Yeah, but since COVID not anymore, but I do anymore,</w:t>
      </w:r>
      <w:r w:rsidRPr="00BE0EF2">
        <w:br/>
      </w:r>
      <w:r w:rsidRPr="00BE0EF2">
        <w:lastRenderedPageBreak/>
        <w:t>Speaker3: [00:20:26] But imagine if the COVID hadn't been there.</w:t>
      </w:r>
      <w:r w:rsidRPr="00BE0EF2">
        <w:br/>
        <w:t>Speaker4: [00:20:29] The two things have come together.</w:t>
      </w:r>
      <w:r w:rsidRPr="00BE0EF2">
        <w:br/>
        <w:t>Speaker3: [00:20:30] If everything hadn't stopped, for example would you have continued with pilates?</w:t>
      </w:r>
      <w:r w:rsidRPr="00BE0EF2">
        <w:br/>
        <w:t>Speaker2: [00:20:32] Sure, and even with Zumba, which I was also doing. Well, I wasn't doing anything either...</w:t>
      </w:r>
      <w:r w:rsidRPr="00BE0EF2">
        <w:br/>
        <w:t>Speaker4: [00:20:37] But well, whatever, but.</w:t>
      </w:r>
      <w:r w:rsidRPr="00BE0EF2">
        <w:br/>
        <w:t>Speaker2: [00:20:39] Yeah going to the gym, I would go to the gym and do that pilates.</w:t>
      </w:r>
      <w:r w:rsidRPr="00BE0EF2">
        <w:br/>
        <w:t>Speaker4: [00:20:43] What happens is that with COVID we stopped ...</w:t>
      </w:r>
      <w:r w:rsidRPr="00BE0EF2">
        <w:br/>
        <w:t>Speaker2: [00:20:45] It's just because it cost us so much. So I haven't noticed that much either</w:t>
      </w:r>
      <w:r w:rsidRPr="00BE0EF2">
        <w:t>.</w:t>
      </w:r>
      <w:r w:rsidRPr="00BE0EF2">
        <w:br/>
        <w:t>Speaker4: [00:20:48] And now...</w:t>
      </w:r>
      <w:r w:rsidRPr="00BE0EF2">
        <w:br/>
        <w:t>Speaker1: [00:20:49] So before the admission you were doing pilates. Maybe again.</w:t>
      </w:r>
      <w:r w:rsidRPr="00BE0EF2">
        <w:br/>
        <w:t>Speaker2: [00:20:53] Two months ago, so two years ago.</w:t>
      </w:r>
      <w:r w:rsidRPr="00BE0EF2">
        <w:br/>
        <w:t>Speaker4: [00:20:55] Yes, before the covid.</w:t>
      </w:r>
      <w:r w:rsidRPr="00BE0EF2">
        <w:br/>
        <w:t>Speaker3: [00:21:00] Right, is that covid is like a parenthesis, right?</w:t>
      </w:r>
      <w:r w:rsidRPr="00BE0EF2">
        <w:br/>
        <w:t>Speaker2: [00:21:03] Yeah, but man, my life and like a lot of people's lives, it's affected. And so it's just that I haven't done pilates. I could have done, but I haven't done.</w:t>
      </w:r>
      <w:r w:rsidRPr="00BE0EF2">
        <w:br/>
        <w:t>Speaker1: [00:21:08] I mean, what Isa was sayin</w:t>
      </w:r>
      <w:r w:rsidRPr="00BE0EF2">
        <w:t>g, if there hadn't been the covid and up until the time that you went into the hospital....</w:t>
      </w:r>
      <w:r w:rsidRPr="00BE0EF2">
        <w:br/>
        <w:t>Speaker4: [00:21:18] If they tell you that it can be done if you would have done.</w:t>
      </w:r>
      <w:r w:rsidRPr="00BE0EF2">
        <w:br/>
        <w:t>Speaker2: [00:21:20] Yeah, right.</w:t>
      </w:r>
      <w:r w:rsidRPr="00BE0EF2">
        <w:br/>
        <w:t>Speaker4: [00:21:21] The nurse told you yes, you could do pilates, right?</w:t>
      </w:r>
      <w:r w:rsidRPr="00BE0EF2">
        <w:br/>
        <w:t>Speaker2: [00:21:23] Yeah.</w:t>
      </w:r>
      <w:r w:rsidRPr="00BE0EF2">
        <w:br/>
        <w:t>Speaker1: [00:21:24] But that was after.</w:t>
      </w:r>
      <w:r w:rsidRPr="00BE0EF2">
        <w:br/>
        <w:t>Speaker2: [00:21:26] Yeah.</w:t>
      </w:r>
      <w:r w:rsidRPr="00BE0EF2">
        <w:br/>
        <w:t>Speaker1: [00:21:27] Right, so. But the idea now was to know a little bit earlier than what exercises or what activity you did.  So pil</w:t>
      </w:r>
      <w:r w:rsidRPr="00BE0EF2">
        <w:t>ates, zumba and possibly other things relative to that.</w:t>
      </w:r>
      <w:r w:rsidRPr="00BE0EF2">
        <w:br/>
        <w:t>Speaker3: [00:21:37] Did you go for a walk as well, or no?</w:t>
      </w:r>
      <w:r w:rsidRPr="00BE0EF2">
        <w:br/>
        <w:t>Speaker2: [00:21:39] Well [lengthens word thoughtfully] walking. No, no, not planned. I want to tell you, from home to office, to office, which is 800 meters and I come, that's right.</w:t>
      </w:r>
      <w:r w:rsidRPr="00BE0EF2">
        <w:br/>
        <w:t>Speaker1: [00:21:53] And how many times.</w:t>
      </w:r>
      <w:r w:rsidRPr="00BE0EF2">
        <w:br/>
        <w:t>Speaker2: [00:21:54] And I keep doing it.</w:t>
      </w:r>
      <w:r w:rsidRPr="00BE0EF2">
        <w:br/>
        <w:t>Speaker1: [00:21:56] How many times did you do zumba, pilates or whatever activity?</w:t>
      </w:r>
      <w:r w:rsidRPr="00BE0EF2">
        <w:br/>
        <w:t>Speaker2: [00:21:57] And in the beginning I wa</w:t>
      </w:r>
      <w:r w:rsidRPr="00BE0EF2">
        <w:t>s. I was going three days a week.</w:t>
      </w:r>
      <w:r w:rsidRPr="00BE0EF2">
        <w:br/>
        <w:t>Speaker4: [00:22:00] Yeah, 2-3 days a week.</w:t>
      </w:r>
      <w:r w:rsidRPr="00BE0EF2">
        <w:br/>
        <w:t>Speaker1: [00:22:01] So, usually two or three days a week.</w:t>
      </w:r>
      <w:r w:rsidRPr="00BE0EF2">
        <w:br/>
        <w:t>Speaker2: [00:22:05] Yeah, I used to go on Saturdays and everything.</w:t>
      </w:r>
      <w:r w:rsidRPr="00BE0EF2">
        <w:br/>
        <w:t>Speaker1: [00:22:07] How many do you usually spend more or less time there.</w:t>
      </w:r>
      <w:r w:rsidRPr="00BE0EF2">
        <w:br/>
        <w:t>Speaker2: [00:22:09] Pilates time.</w:t>
      </w:r>
      <w:r w:rsidRPr="00BE0EF2">
        <w:br/>
        <w:t>Speaker3: [00:22:13] And what did you do two pilates and one zumba or something? A week, every week, but not at the same time?</w:t>
      </w:r>
      <w:r w:rsidRPr="00BE0EF2">
        <w:br/>
      </w:r>
      <w:r w:rsidRPr="00BE0EF2">
        <w:lastRenderedPageBreak/>
        <w:t>Speaker2: [00:22:24] No, not the same day. I did do. Yeah, yeah. Zum</w:t>
      </w:r>
      <w:r w:rsidRPr="00BE0EF2">
        <w:t>ba and Pilates, yeah. The thing is that then the zumba I took it at my own pace.</w:t>
      </w:r>
      <w:r w:rsidRPr="00BE0EF2">
        <w:br/>
        <w:t>Speaker1: [00:22:26] Here in San Juan?</w:t>
      </w:r>
      <w:r w:rsidRPr="00BE0EF2">
        <w:br/>
        <w:t>Speaker2: [00:22:29] In the ozone.</w:t>
      </w:r>
      <w:r w:rsidRPr="00BE0EF2">
        <w:br/>
        <w:t>Speaker1: [00:22:30] Ah, at the ozone, right there. So you were close to home.</w:t>
      </w:r>
      <w:r w:rsidRPr="00BE0EF2">
        <w:br/>
        <w:t>Speaker2: [00:22:37] Yeah, but I was driving.</w:t>
      </w:r>
      <w:r w:rsidRPr="00BE0EF2">
        <w:br/>
        <w:t>Speaker1: [00:22:39] Okay okay, just so I know. You were just going with a friend.</w:t>
      </w:r>
      <w:r w:rsidRPr="00BE0EF2">
        <w:br/>
        <w:t>Speaker2: [00:22:43] Yeah, yeah. And that's what motivated me as well.</w:t>
      </w:r>
      <w:r w:rsidRPr="00BE0EF2">
        <w:br/>
        <w:t>Speaker3: [00:22:48] If one day, for example, they failed, did you fail?</w:t>
      </w:r>
      <w:r w:rsidRPr="00BE0EF2">
        <w:br/>
        <w:t>Speak</w:t>
      </w:r>
      <w:r w:rsidRPr="00BE0EF2">
        <w:t>er2: [00:22:50] No, no, because since I was already there....</w:t>
      </w:r>
      <w:r w:rsidRPr="00BE0EF2">
        <w:br/>
        <w:t>Speaker4: [00:21:00] They saw themselves there, they saw themselves there.</w:t>
      </w:r>
      <w:r w:rsidRPr="00BE0EF2">
        <w:br/>
        <w:t>Speaker3: [00:22:54] So you weren't left to go.</w:t>
      </w:r>
      <w:r w:rsidRPr="00BE0EF2">
        <w:br/>
        <w:t>Speaker2: [00:22:55] No, no, no, no.</w:t>
      </w:r>
      <w:r w:rsidRPr="00BE0EF2">
        <w:br/>
        <w:t>Speaker1: [00:23:00] Okay. So that helped you? It motivated you, you commented to me.</w:t>
      </w:r>
      <w:r w:rsidRPr="00BE0EF2">
        <w:br/>
        <w:t>Speaker2: [00:23:06] Well yeah, because that's how I got that other relationship which is also good. you know?</w:t>
      </w:r>
      <w:r w:rsidRPr="00BE0EF2">
        <w:br/>
        <w:t>Speaker1: [00:23:13] As a result of meeting people there. Not before, right?</w:t>
      </w:r>
      <w:r w:rsidRPr="00BE0EF2">
        <w:br/>
        <w:t>Speaker2: [00:23</w:t>
      </w:r>
      <w:r w:rsidRPr="00BE0EF2">
        <w:t>:16] I didn't know her before. But by being there, well, we've kind of solidified it more and I met other, other people that were going there, another different environment than what you have. Yeah, it helped me, but the covid came and stayed.</w:t>
      </w:r>
      <w:r w:rsidRPr="00BE0EF2">
        <w:br/>
        <w:t>Speaker3: [00:23:33] Maybe it has nothing to do with it, but did you get back in touch with them and so on?</w:t>
      </w:r>
      <w:r w:rsidRPr="00BE0EF2">
        <w:br/>
        <w:t>Speaker2: [00:23:37] No, because even he was also going to hang out with the companions, the andarinas these. But well, it ended with a hiatus that's when it wa</w:t>
      </w:r>
      <w:r w:rsidRPr="00BE0EF2">
        <w:t>s all over and that's it. So let's not fool ourselves haha.</w:t>
      </w:r>
      <w:r w:rsidRPr="00BE0EF2">
        <w:br/>
        <w:t>Speaker1: [00:23:53] You joined when was it March?</w:t>
      </w:r>
      <w:r w:rsidRPr="00BE0EF2">
        <w:br/>
        <w:t>Speaker2: [00:23:57] Not in March, April will be no.</w:t>
      </w:r>
      <w:r w:rsidRPr="00BE0EF2">
        <w:br/>
        <w:t>Speaker4: [00:24:02] This year late summer. If it's summer, well yeah, April or May it had to be.</w:t>
      </w:r>
      <w:r w:rsidRPr="00BE0EF2">
        <w:br/>
        <w:t>Speaker1: [00:24:07] Okay, so yeah, so yeah, as a result of after admission, that thing that you were commenting on like how have you felt during the process, what was immediately and progressively, up until now, how have you felt in this process?</w:t>
      </w:r>
      <w:r w:rsidRPr="00BE0EF2">
        <w:br/>
        <w:t>Sp</w:t>
      </w:r>
      <w:r w:rsidRPr="00BE0EF2">
        <w:t>eaker2: [00:24:28] With him, I mean, physically or emotionally?</w:t>
      </w:r>
      <w:r w:rsidRPr="00BE0EF2">
        <w:br/>
        <w:t>Speaker1: [00:24:33] Whatever you want, I'll ask you later.</w:t>
      </w:r>
      <w:r w:rsidRPr="00BE0EF2">
        <w:br/>
        <w:t>Speaker2: [00:24:37] Physically. Even when I was in the hospital, I wasn't feeling so bad that they told me no, no, don't move. And I said hey, I'm going to do the 6,000 steps I do, no, no, don't be quiet,</w:t>
      </w:r>
      <w:r w:rsidRPr="00BE0EF2">
        <w:br/>
        <w:t>Speaker3: [00:23:54] Who was telling you that, the nurse?</w:t>
      </w:r>
      <w:r w:rsidRPr="00BE0EF2">
        <w:br/>
        <w:t xml:space="preserve">Speaker2: [00:23:56] No. Even the doctor told me that this was severe. I mean, I think it's more the feeling is. Let's see, </w:t>
      </w:r>
      <w:r w:rsidRPr="00BE0EF2">
        <w:t>it's not that I was cycling there, but that I was more, more willing or less tired. You don't get tired. Sit down. And I wasn't tired, they even asked me but are you tired?</w:t>
      </w:r>
      <w:r w:rsidRPr="00BE0EF2">
        <w:br/>
        <w:t>Speaker4: [00:25:17] But that was the three days these days that I was admitted.</w:t>
      </w:r>
      <w:r w:rsidRPr="00BE0EF2">
        <w:br/>
      </w:r>
      <w:r w:rsidRPr="00BE0EF2">
        <w:lastRenderedPageBreak/>
        <w:t>Speaker2: [00:25:19] That I was admitted.</w:t>
      </w:r>
      <w:r w:rsidRPr="00BE0EF2">
        <w:br/>
        <w:t>Speaker4: [00:25:20] That they didn't know yet.</w:t>
      </w:r>
      <w:r w:rsidRPr="00BE0EF2">
        <w:br/>
        <w:t>Speaker2: [00:25:21] Okay.</w:t>
      </w:r>
      <w:r w:rsidRPr="00BE0EF2">
        <w:br/>
        <w:t>Speaker4: [00:25:21] The result.</w:t>
      </w:r>
      <w:r w:rsidRPr="00BE0EF2">
        <w:br/>
        <w:t>Speaker2: [00:25:22] Yeah, but geez, I had been admitted because I had.</w:t>
      </w:r>
      <w:r w:rsidRPr="00BE0EF2">
        <w:br/>
        <w:t xml:space="preserve">Speaker4: [00:25:25] But maybe just </w:t>
      </w:r>
      <w:r w:rsidRPr="00BE0EF2">
        <w:t>in case, I don't know. I don't know.</w:t>
      </w:r>
      <w:r w:rsidRPr="00BE0EF2">
        <w:br/>
        <w:t>Speaker2: [00:25:28] Okay.</w:t>
      </w:r>
      <w:r w:rsidRPr="00BE0EF2">
        <w:br/>
        <w:t>Speaker4: [00:25:29] After that....</w:t>
      </w:r>
      <w:r w:rsidRPr="00BE0EF2">
        <w:br/>
        <w:t>Speaker1: [00:25:30] You were doing well in the hospital and you wanted to say, be active, but they held you back.</w:t>
      </w:r>
      <w:r w:rsidRPr="00BE0EF2">
        <w:br/>
        <w:t>Speaker2: [00:25:35] But it's just that even the fact that they would say are you tired? I was saying tired of what, if I don't do anything, you know.</w:t>
      </w:r>
      <w:r w:rsidRPr="00BE0EF2">
        <w:br/>
        <w:t>Speaker1: [00:25:43] Your perception was of really not being in the hospital setting.</w:t>
      </w:r>
      <w:r w:rsidRPr="00BE0EF2">
        <w:br/>
        <w:t>Speaker2: [00:25:47] No, no, no, no, because I wasn't, I was</w:t>
      </w:r>
      <w:r w:rsidRPr="00BE0EF2">
        <w:t>n't tired and I was going to ask myself tired? I mean, I was amazed myself that they would ask me if I was tired.</w:t>
      </w:r>
      <w:r w:rsidRPr="00BE0EF2">
        <w:br/>
        <w:t>Speaker1: [00:25:53] So you weren't afraid to do that activity of moving around, walking?</w:t>
      </w:r>
      <w:r w:rsidRPr="00BE0EF2">
        <w:br/>
        <w:t>Speaker2: [00:25:59] No, no, no, not that. It's just that the feeling that I had was that I was going like this. I mean, in flat that I was going with the with the mask that is getting to the office and getting, that I was tired going from the office, which is one of the buildings, from here to the flower s</w:t>
      </w:r>
      <w:r w:rsidRPr="00BE0EF2">
        <w:t>hop and getting there that according to what she told my husband, she was tired, I mean she was tired getting there.</w:t>
      </w:r>
      <w:r w:rsidRPr="00BE0EF2">
        <w:br/>
        <w:t>Speaker4: [00:26:28] So, it was like she just got the vaccine and we thought that's what it was.</w:t>
      </w:r>
      <w:r w:rsidRPr="00BE0EF2">
        <w:br/>
        <w:t>Speaker2: [00:26:31] I also thought that because she was wearing the mask she was having more trouble breathing.</w:t>
      </w:r>
      <w:r w:rsidRPr="00BE0EF2">
        <w:br/>
        <w:t>Speaker1: [00:26:41] Then yes the one that you wouldn't take it off and so on is continuous.</w:t>
      </w:r>
      <w:r w:rsidRPr="00BE0EF2">
        <w:br/>
        <w:t>Speaker4: [00:26:46] As he was getting over it, after a little while.</w:t>
      </w:r>
      <w:r w:rsidRPr="00BE0EF2">
        <w:br/>
        <w:t>Speaker2: [00:26:47] Y</w:t>
      </w:r>
      <w:r w:rsidRPr="00BE0EF2">
        <w:t>eah, as soon as for example, when I get to the office or I would sit down already, I was already fine, so it was.....</w:t>
      </w:r>
      <w:r w:rsidRPr="00BE0EF2">
        <w:br/>
        <w:t>Speaker4: [00:26:55] The sensation.</w:t>
      </w:r>
      <w:r w:rsidRPr="00BE0EF2">
        <w:br/>
        <w:t>Speaker2: [00:26:56] It was the feeling while I was walking with the mask.</w:t>
      </w:r>
      <w:r w:rsidRPr="00BE0EF2">
        <w:br/>
        <w:t>Speaker1: [00:26:59] And then what I wanted to ask you is then without the mask have you been testing it in walking and so on and you didn't get that sensation of shortness of breath or dyspnea?</w:t>
      </w:r>
      <w:r w:rsidRPr="00BE0EF2">
        <w:br/>
        <w:t>Speaker2: [00:27:10] No, even with the mask.</w:t>
      </w:r>
      <w:r w:rsidRPr="00BE0EF2">
        <w:br/>
        <w:t xml:space="preserve">Speaker4: [00:27:11] After the medication, </w:t>
      </w:r>
      <w:r w:rsidRPr="00BE0EF2">
        <w:t>you haven't had that overwhelm anymore.</w:t>
      </w:r>
      <w:r w:rsidRPr="00BE0EF2">
        <w:br/>
        <w:t>Speaker1: [00:27:14] This at the beginning. These sensations that you're telling me of like choking dyspnea, a little bit of shortness of breath.</w:t>
      </w:r>
      <w:r w:rsidRPr="00BE0EF2">
        <w:br/>
        <w:t>Speaker4: [00:27:20] That's before admission. Before admission, after admission you've already been put on medication and so forth.</w:t>
      </w:r>
      <w:r w:rsidRPr="00BE0EF2">
        <w:br/>
        <w:t>Speaker3: [00:27:29] I put it down to it was because of the mask and then they realized that's really what it was.</w:t>
      </w:r>
      <w:r w:rsidRPr="00BE0EF2">
        <w:br/>
        <w:t>Speaker2: [00:27:36] And then one day when I was also having to get up at night</w:t>
      </w:r>
      <w:r w:rsidRPr="00BE0EF2">
        <w:t xml:space="preserve">, because </w:t>
      </w:r>
      <w:r w:rsidRPr="00BE0EF2">
        <w:lastRenderedPageBreak/>
        <w:t>then I realized that I had all the symptoms of heart disease, which I read about, I had to get up and that gave me those coughs, I had wheezing there that I told my sister hey, look at me, because I more than lung I say that since they gave me radium there. Well, I thought that the radium didn't affect me in this.</w:t>
      </w:r>
      <w:r w:rsidRPr="00BE0EF2">
        <w:br/>
        <w:t>Speaker4: [00:27:54] And I was already with the idea that the lung....</w:t>
      </w:r>
      <w:r w:rsidRPr="00BE0EF2">
        <w:br/>
        <w:t>Speaker2: [00:27:55] And then my sister was going and I said you have to look at me to see why I'm not breathing. I</w:t>
      </w:r>
      <w:r w:rsidRPr="00BE0EF2">
        <w:t xml:space="preserve"> mean I had all that the whistling, moving to the side, having to get up in a hurry. And everything and a lot of things that was that.</w:t>
      </w:r>
      <w:r w:rsidRPr="00BE0EF2">
        <w:br/>
        <w:t>Speaker1: [00:28:11] So I think we've talked about it for the last six months, but whether you confirm or not, the type of activity that you've done has been in walking. At no point have you done any kind of weights or stretching.</w:t>
      </w:r>
      <w:r w:rsidRPr="00BE0EF2">
        <w:br/>
        <w:t>Speaker4: [00:28:27] No, after the hospital just walking.</w:t>
      </w:r>
      <w:r w:rsidRPr="00BE0EF2">
        <w:br/>
        <w:t>Speaker1: [00:28:30] Okay.</w:t>
      </w:r>
      <w:r w:rsidRPr="00BE0EF2">
        <w:br/>
        <w:t>Speaker2: [00:28:31] Which seems like a lot to me.</w:t>
      </w:r>
      <w:r w:rsidRPr="00BE0EF2">
        <w:br/>
        <w:t xml:space="preserve">Speaker4: </w:t>
      </w:r>
      <w:r w:rsidRPr="00BE0EF2">
        <w:t>[00:28:33] Well, they're not telling you....</w:t>
      </w:r>
      <w:r w:rsidRPr="00BE0EF2">
        <w:br/>
        <w:t>Speaker1: [00:28:33] I'm telling you so you know.</w:t>
      </w:r>
      <w:r w:rsidRPr="00BE0EF2">
        <w:br/>
        <w:t>Speaker2: [00:28:36] No, no, but I want to tell you that compared to my previous life, which I didn't climb or climb... Well then I consider myself the same. I don't point it out to you because I'm not saying that this woman just walks. No, no.</w:t>
      </w:r>
      <w:r w:rsidRPr="00BE0EF2">
        <w:br/>
        <w:t>Speaker1: [00:28:51] What we've been seeing is that before what you were doing was that pilates part of maintenance gymnastics.</w:t>
      </w:r>
      <w:r w:rsidRPr="00BE0EF2">
        <w:br/>
        <w:t>Speaker4: [00:28:58] And I think it was good</w:t>
      </w:r>
      <w:r w:rsidRPr="00BE0EF2">
        <w:t xml:space="preserve"> for you from every point of view. I mean, okay, yeah I can weigh in. [laughs]</w:t>
      </w:r>
      <w:r w:rsidRPr="00BE0EF2">
        <w:br/>
        <w:t>Speaker2: [00:29:03] Yeah, yeah.</w:t>
      </w:r>
      <w:r w:rsidRPr="00BE0EF2">
        <w:br/>
        <w:t>Speaker4: [00:29:04] The thing is, well, because of covid and so on, well, not anymore.</w:t>
      </w:r>
      <w:r w:rsidRPr="00BE0EF2">
        <w:br/>
        <w:t>Speaker1: [00:29:07] And when he went for a walk, did you go out together?</w:t>
      </w:r>
      <w:r w:rsidRPr="00BE0EF2">
        <w:br/>
        <w:t>Speaker2: [00:29:10] No, no. Because he walks very fast and then no, I don't go out, I go out by myself.</w:t>
      </w:r>
      <w:r w:rsidRPr="00BE0EF2">
        <w:br/>
        <w:t>Speaker4: [00:29:14] If I go with her, I can't, I don't walk.</w:t>
      </w:r>
      <w:r w:rsidRPr="00BE0EF2">
        <w:br/>
        <w:t>Speaker3: [00:29:18] You walk hahaha.</w:t>
      </w:r>
      <w:r w:rsidRPr="00BE0EF2">
        <w:br/>
        <w:t>Speaker2: [00:29:21] That I go a</w:t>
      </w:r>
      <w:r w:rsidRPr="00BE0EF2">
        <w:t>t a pace.</w:t>
      </w:r>
      <w:r w:rsidRPr="00BE0EF2">
        <w:br/>
        <w:t>Speaker1: [00:29:24] Everyone goes at their own pace. So let's see if you do that joint walk alone. So almost always, if not always.</w:t>
      </w:r>
      <w:r w:rsidRPr="00BE0EF2">
        <w:br/>
        <w:t>Speaker2: [00:29:31] Always alone.</w:t>
      </w:r>
      <w:r w:rsidRPr="00BE0EF2">
        <w:br/>
        <w:t>Speaker4: [00:29:34] What happens is that I used to go to the gym, I've been going to the gym for 20 years, what happens is that since covid I stopped going and of course, I've found myself. I started going this past week.</w:t>
      </w:r>
      <w:r w:rsidRPr="00BE0EF2">
        <w:br/>
        <w:t>Speaker3: [00:29:47] Have you picked it up again?</w:t>
      </w:r>
      <w:r w:rsidRPr="00BE0EF2">
        <w:br/>
        <w:t>Speaker4: [00:29:48] I came to Guardamar and I'm really looki</w:t>
      </w:r>
      <w:r w:rsidRPr="00BE0EF2">
        <w:t>ng forward to it because if I could start, I was spinning and so on and now I haven't done anything yet.</w:t>
      </w:r>
      <w:r w:rsidRPr="00BE0EF2">
        <w:br/>
        <w:t>Speake2: [00:29:55] I haven't started again.</w:t>
      </w:r>
      <w:r w:rsidRPr="00BE0EF2">
        <w:br/>
        <w:t>Speaker1: [00:29:57] But that's what I wanted to ask you.</w:t>
      </w:r>
      <w:r w:rsidRPr="00BE0EF2">
        <w:br/>
        <w:t>Speaker4: [00:29:59] But since I don't want to pick up the pace again a little bit.</w:t>
      </w:r>
      <w:r w:rsidRPr="00BE0EF2">
        <w:br/>
      </w:r>
      <w:r w:rsidRPr="00BE0EF2">
        <w:lastRenderedPageBreak/>
        <w:t>Speaker3: [00:30:02] The routine again.</w:t>
      </w:r>
      <w:r w:rsidRPr="00BE0EF2">
        <w:br/>
        <w:t>Speaker1: [00:30:04] And the ozone too, the ozone too, and you're not up for it?</w:t>
      </w:r>
      <w:r w:rsidRPr="00BE0EF2">
        <w:br/>
        <w:t>Speaker3: [00:30:09] Because of fear or because of what?</w:t>
      </w:r>
      <w:r w:rsidRPr="00BE0EF2">
        <w:br/>
        <w:t>Speaker2: [00:30:12] For fear of covid.</w:t>
      </w:r>
      <w:r w:rsidRPr="00BE0EF2">
        <w:br/>
        <w:t>Sp</w:t>
      </w:r>
      <w:r w:rsidRPr="00BE0EF2">
        <w:t>eaker4: [00:30:13] No, because I'm still wearing a mask and stuff.</w:t>
      </w:r>
      <w:r w:rsidRPr="00BE0EF2">
        <w:br/>
        <w:t>Speaker3: [00:30:16] That's what I mean, no longer because of fear of it happening to you, but because of the situation now.</w:t>
      </w:r>
      <w:r w:rsidRPr="00BE0EF2">
        <w:br/>
        <w:t>Speaker4: [00:30:19] Now the truth is that the gym is a bit....</w:t>
      </w:r>
      <w:r w:rsidRPr="00BE0EF2">
        <w:br/>
        <w:t>Speaker2: [00:30:22] For me to be doing it with a mask I'm not going to go.</w:t>
      </w:r>
      <w:r w:rsidRPr="00BE0EF2">
        <w:br/>
        <w:t>Speaker4: [00:30:24] It's a little bit unpleasant to be there with the mask on and stuff.</w:t>
      </w:r>
      <w:r w:rsidRPr="00BE0EF2">
        <w:br/>
        <w:t>Speaker2: [00:30:25] I'm not going to go and do the... no.</w:t>
      </w:r>
      <w:r w:rsidRPr="00BE0EF2">
        <w:br/>
        <w:t xml:space="preserve">Speaker4: [00:30:27] I want to </w:t>
      </w:r>
      <w:r w:rsidRPr="00BE0EF2">
        <w:t>start, but I think they're going to take the masks off soon and then you have to go again.</w:t>
      </w:r>
      <w:r w:rsidRPr="00BE0EF2">
        <w:br/>
        <w:t>Speaker2: [00:30:36] Well, I don't know, but as long as there's a path, I'm going to walk rather than go into one of those places, because with a mask I'm not going to exercise,</w:t>
      </w:r>
      <w:r w:rsidRPr="00BE0EF2">
        <w:br/>
        <w:t>Speaker3: [00:30:48] But for example. but wouldn't you like to go back to pilates?</w:t>
      </w:r>
      <w:r w:rsidRPr="00BE0EF2">
        <w:br/>
        <w:t>Speaker2: [00:30:51] Yeah, but it's also with this with mask,</w:t>
      </w:r>
      <w:r w:rsidRPr="00BE0EF2">
        <w:br/>
        <w:t>Speaker3: [00:30:57] But the moment you take it off, do you think you would go back to Pilates?</w:t>
      </w:r>
      <w:r w:rsidRPr="00BE0EF2">
        <w:br/>
        <w:t>Sp</w:t>
      </w:r>
      <w:r w:rsidRPr="00BE0EF2">
        <w:t>eaker2: [00:31:00] Yeah, yeah, yeah, yeah. As soon as I took it off. Yes. I mean. And if I did it outdoors too. Right.</w:t>
      </w:r>
      <w:r w:rsidRPr="00BE0EF2">
        <w:br/>
        <w:t>Speaker1: [00:31:07] So, on the walks that you were doing, for example, the device or another device did you use it the smartwatch? I mean, to see what I did.</w:t>
      </w:r>
      <w:r w:rsidRPr="00BE0EF2">
        <w:br/>
        <w:t>Speaker2: [00:31:18] Yeah, sure. And also the sun was coming up on me like I had accomplished and he was fascinated with me the watch, he was clapping for me and everything.</w:t>
      </w:r>
      <w:r w:rsidRPr="00BE0EF2">
        <w:br/>
        <w:t>[all laugh]</w:t>
      </w:r>
      <w:r w:rsidRPr="00BE0EF2">
        <w:br/>
        <w:t>Speaker1: [00:31:30] And then you set yourself l</w:t>
      </w:r>
      <w:r w:rsidRPr="00BE0EF2">
        <w:t>ike milestones or like, I mean, yesterday or last week I did such and such, this one I want to beat.</w:t>
      </w:r>
      <w:r w:rsidRPr="00BE0EF2">
        <w:br/>
        <w:t>Speaker2: [00:31:38] No, no, no, no,</w:t>
      </w:r>
      <w:r w:rsidRPr="00BE0EF2">
        <w:br/>
        <w:t>Speaker1: [00:31:39] It's just at the level that I report to you.</w:t>
      </w:r>
      <w:r w:rsidRPr="00BE0EF2">
        <w:br/>
        <w:t>Speaker4: [00:31:41] 7000 steps, how many do you have?</w:t>
      </w:r>
      <w:r w:rsidRPr="00BE0EF2">
        <w:br/>
        <w:t>Speaker2: [00:31:42] Yeah no 6000, but then I do 10,000 because I eat I walk a lot.</w:t>
      </w:r>
      <w:r w:rsidRPr="00BE0EF2">
        <w:br/>
        <w:t>Speaker1: [00:31:49] So you did see that it has increased.</w:t>
      </w:r>
      <w:r w:rsidRPr="00BE0EF2">
        <w:br/>
        <w:t>Speaker2: [00:31:52] Yeah, yeah, yeah, yeah, increased.</w:t>
      </w:r>
      <w:r w:rsidRPr="00BE0EF2">
        <w:br/>
        <w:t>Speaker3: [00:31:54] Some day you've said, I'm not get</w:t>
      </w:r>
      <w:r w:rsidRPr="00BE0EF2">
        <w:t>ting to the target today, I'm going to take a walk to get there.</w:t>
      </w:r>
      <w:r w:rsidRPr="00BE0EF2">
        <w:br/>
        <w:t>Speaker2: [00:31:55] Yeah yeah. I haven't today. And then I've gone for a walk in the evening. That's right.</w:t>
      </w:r>
      <w:r w:rsidRPr="00BE0EF2">
        <w:br/>
        <w:t>Speaker3: [00:32:05] So you did try to fulfill a side effect.</w:t>
      </w:r>
      <w:r w:rsidRPr="00BE0EF2">
        <w:br/>
        <w:t>Speaker2: [00:32:07] Yes, yes, yes, I did.</w:t>
      </w:r>
      <w:r w:rsidRPr="00BE0EF2">
        <w:br/>
        <w:t>Speaker4: [00:32:07] But come on, without using the objectives there the clock.</w:t>
      </w:r>
      <w:r w:rsidRPr="00BE0EF2">
        <w:br/>
        <w:t xml:space="preserve">Speaker2: [00:32:11] The targets are mine. Now I'm not going to set standards myself, huh? </w:t>
      </w:r>
      <w:r w:rsidRPr="00BE0EF2">
        <w:lastRenderedPageBreak/>
        <w:t>Not to my old age. Come on. You know what I'm telling you? I'm</w:t>
      </w:r>
      <w:r w:rsidRPr="00BE0EF2">
        <w:t xml:space="preserve"> old.</w:t>
      </w:r>
      <w:r w:rsidRPr="00BE0EF2">
        <w:br/>
        <w:t>Speaker3: [00:32:19] It's never too late. Huh?</w:t>
      </w:r>
      <w:r w:rsidRPr="00BE0EF2">
        <w:br/>
        <w:t>[all laugh]</w:t>
      </w:r>
      <w:r w:rsidRPr="00BE0EF2">
        <w:br/>
        <w:t>Speaker1: [00:32:21] But no, I'm asymmetric. I bend the rules and I have a desire to break laws. Okay.</w:t>
      </w:r>
      <w:r w:rsidRPr="00BE0EF2">
        <w:br/>
        <w:t>Speaker3: [00:32:29] And you're a lawyer.</w:t>
      </w:r>
      <w:r w:rsidRPr="00BE0EF2">
        <w:br/>
        <w:t>Speaker2: [00:32:31] Yeah, right [ laughs] That's why I'm going to break them all.</w:t>
      </w:r>
      <w:r w:rsidRPr="00BE0EF2">
        <w:br/>
        <w:t>Speaker1: [00:32:34] So anything, I'd like you to tell me if the hospital has given you any instructions on how to exercise, when to exercise?</w:t>
      </w:r>
      <w:r w:rsidRPr="00BE0EF2">
        <w:br/>
        <w:t>Speaker2: [00:32:41] Yes, the hospital had already told me to do pilates, ye</w:t>
      </w:r>
      <w:r w:rsidRPr="00BE0EF2">
        <w:t>s, that it was good, to walk for an hour with my sneakers on, which is what I do. And then about the meals, but I do the meals... I don't know. I don't know, and that's why I thought that if I don't buy and I don't have any at home, I'm not going to drink, you know? No, that's not true. Because if after the market I was at, I would have eaten a carrot, but since I had bought a pie, I had a piece of pie. Of course, so if I hadn't bought....</w:t>
      </w:r>
      <w:r w:rsidRPr="00BE0EF2">
        <w:br/>
        <w:t>Speaker1: [00:33:14] The temptation to have it.</w:t>
      </w:r>
      <w:r w:rsidRPr="00BE0EF2">
        <w:br/>
        <w:t>Speaker2: [00:33:16]</w:t>
      </w:r>
      <w:r w:rsidRPr="00BE0EF2">
        <w:t xml:space="preserve"> If I hadn't bought empanada. And you're not going to eat empanada either [refers to husband, looks at him and laughs].</w:t>
      </w:r>
      <w:r w:rsidRPr="00BE0EF2">
        <w:br/>
        <w:t>Speaker3: [00:33:19] I'll buy it myself on the sly.</w:t>
      </w:r>
      <w:r w:rsidRPr="00BE0EF2">
        <w:br/>
        <w:t>Speaker2: [00:33:24] And then? So nothing. So if I don't have it, I'm going to have a carrot that I love like this, and I'm going to have it in bites, but since I had it... Look at walking more than 11,700 steps.</w:t>
      </w:r>
      <w:r w:rsidRPr="00BE0EF2">
        <w:br/>
        <w:t>Speaker3: [00:33:30] But that's the recommendation?</w:t>
      </w:r>
      <w:r w:rsidRPr="00BE0EF2">
        <w:br/>
        <w:t xml:space="preserve">Speaker2: [00:33:42] No, no. These are some reviews that I've taken myself </w:t>
      </w:r>
      <w:r w:rsidRPr="00BE0EF2">
        <w:t>so you can see that I do homework and everything and then at dinner I would have eaten more, I mean like that, but since I had to write it down and such....</w:t>
      </w:r>
      <w:r w:rsidRPr="00BE0EF2">
        <w:br/>
        <w:t>[laughs]</w:t>
      </w:r>
      <w:r w:rsidRPr="00BE0EF2">
        <w:br/>
        <w:t>Speaker1: [00:33:53] I mean, it helped you with self-control.</w:t>
      </w:r>
      <w:r w:rsidRPr="00BE0EF2">
        <w:br/>
        <w:t>Speaker4: [00:33:55] The belt is good for you because that way, hey, it's not going to come out of the belt this much.</w:t>
      </w:r>
      <w:r w:rsidRPr="00BE0EF2">
        <w:br/>
        <w:t>Speaker3: [00:34:01] Since it's my turn to write it down today I don't eat, but tomorrow since I don't write it down I will.</w:t>
      </w:r>
      <w:r w:rsidRPr="00BE0EF2">
        <w:br/>
        <w:t>[laughs]</w:t>
      </w:r>
      <w:r w:rsidRPr="00BE0EF2">
        <w:br/>
        <w:t>Speaker4: [00:34:05] Sure.</w:t>
      </w:r>
      <w:r w:rsidRPr="00BE0EF2">
        <w:br/>
        <w:t>Spea</w:t>
      </w:r>
      <w:r w:rsidRPr="00BE0EF2">
        <w:t>ker2: [00:34:08] If I think [pause] I can eat less and maybe better because yes, if I organize myself, I mean, I'm going to eat this, this, this and nothing else, because it's okay. Then I realize that I'm already satiated. I mean, I want to tell you that maybe I would have kept eating, but no, not mentally no, after a while I realize that I'm not hungry anymore.</w:t>
      </w:r>
      <w:r w:rsidRPr="00BE0EF2">
        <w:br/>
        <w:t>Speaker4: [00:34:30] Because you notice that you start to digest and it seems like you're not hungry anymore.</w:t>
      </w:r>
      <w:r w:rsidRPr="00BE0EF2">
        <w:br/>
        <w:t>Speaker2: [00:34:33] I mean, thinkin</w:t>
      </w:r>
      <w:r w:rsidRPr="00BE0EF2">
        <w:t>g is going to be good for me to control myself. So if I can eat less, if I think about it, I organize myself and I say this, this and this.</w:t>
      </w:r>
      <w:r w:rsidRPr="00BE0EF2">
        <w:br/>
        <w:t>Speaker3: [00:34:46] Willpower. I mean, I get organized and I'm clear about it.</w:t>
      </w:r>
      <w:r w:rsidRPr="00BE0EF2">
        <w:br/>
      </w:r>
      <w:r w:rsidRPr="00BE0EF2">
        <w:lastRenderedPageBreak/>
        <w:t>Speaker2: [00:34:53] I get organized and then and then I would eat some more, I would eat some more. But then I wait for that little bit that I've already thought, that I can't anymore and I say, well check it out. The other day I had, five crackers, five or six whole wheat crackers and I wo</w:t>
      </w:r>
      <w:r w:rsidRPr="00BE0EF2">
        <w:t>uld have had something else when I was drinking. But then I went for a walk. But I'm so full! So then, if I had taken the place of six, four I would have been...</w:t>
      </w:r>
      <w:r w:rsidRPr="00BE0EF2">
        <w:br/>
        <w:t>Speaker1: [00:35:21] Planning was good for you in that sense, but you didn't plan, for example, the walking thing, right? That's a little bit on demand, isn't it? I felt like it, didn't I? You're telling me planning the food thing, it's helped me.</w:t>
      </w:r>
      <w:r w:rsidRPr="00BE0EF2">
        <w:br/>
        <w:t>Speaker2: [00:35:38] In the food, yes, it has helped me, I even think it's going to help me in the fut</w:t>
      </w:r>
      <w:r w:rsidRPr="00BE0EF2">
        <w:t>ure, I mean, that's where I've learned.</w:t>
      </w:r>
      <w:r w:rsidRPr="00BE0EF2">
        <w:br/>
        <w:t>Speaker1: [00:35:38] Planning is always good.</w:t>
      </w:r>
      <w:r w:rsidRPr="00BE0EF2">
        <w:br/>
        <w:t>Speaker2: [00:35:50] And not buying empanada, or buying chocolate cupcakes, or anything like that.</w:t>
      </w:r>
      <w:r w:rsidRPr="00BE0EF2">
        <w:br/>
        <w:t>Speaker4: [00:35:52] Now I'm going to stop by the dialprix myself to buy [laughs], I had it planned.</w:t>
      </w:r>
      <w:r w:rsidRPr="00BE0EF2">
        <w:br/>
        <w:t>Speaker3: [00:35:57] That's bad huh?</w:t>
      </w:r>
      <w:r w:rsidRPr="00BE0EF2">
        <w:br/>
        <w:t>[all laugh]</w:t>
      </w:r>
      <w:r w:rsidRPr="00BE0EF2">
        <w:br/>
        <w:t>Speaker2: [00:36:01] Well, if he buys like this [husband laughs] And if not, before throwing it away I have to eat it. I mean, I can't throw it away in my house, I'm telling you</w:t>
      </w:r>
      <w:r w:rsidRPr="00BE0EF2">
        <w:t xml:space="preserve"> that too. So that's how clear I am. Oh, this is...? Oh, this is...?</w:t>
      </w:r>
      <w:r w:rsidRPr="00BE0EF2">
        <w:br/>
        <w:t>[she looks at her cell phone in surprise, she didn't remember that we were recording].</w:t>
      </w:r>
      <w:r w:rsidRPr="00BE0EF2">
        <w:br/>
        <w:t>Speaker3: [00:36:19] And now you remember? No, he's the only one listening to this.</w:t>
      </w:r>
      <w:r w:rsidRPr="00BE0EF2">
        <w:br/>
        <w:t>Speaker1: [00:36:21] This is all anonymous.</w:t>
      </w:r>
      <w:r w:rsidRPr="00BE0EF2">
        <w:br/>
        <w:t>Speaker2: [00:36:21] Then you delete it please.</w:t>
      </w:r>
      <w:r w:rsidRPr="00BE0EF2">
        <w:br/>
        <w:t>Speaker1: [00:36:22] That's all anonymous. And that part is omitted. Don't worry about it.</w:t>
      </w:r>
      <w:r w:rsidRPr="00BE0EF2">
        <w:br/>
        <w:t>Speaker4: [00:36:26] That's what I say, and the laws and everything. He's going to put yo</w:t>
      </w:r>
      <w:r w:rsidRPr="00BE0EF2">
        <w:t>u in jail</w:t>
      </w:r>
      <w:r w:rsidRPr="00BE0EF2">
        <w:br/>
        <w:t>[jokes]</w:t>
      </w:r>
      <w:r w:rsidRPr="00BE0EF2">
        <w:br/>
        <w:t>Speaker2: [00:36:28] I don't care.</w:t>
      </w:r>
      <w:r w:rsidRPr="00BE0EF2">
        <w:br/>
        <w:t>Speaker1: [00:36:29] It's not anonymous, it's anonymous.</w:t>
      </w:r>
      <w:r w:rsidRPr="00BE0EF2">
        <w:br/>
        <w:t>Speaker3: [00:36:31] Then what he actually writes is the planning stuff, et cetera, but everything else goes out.</w:t>
      </w:r>
      <w:r w:rsidRPr="00BE0EF2">
        <w:br/>
        <w:t>Speaker2: [00:36:37] And you promise me you're going to delete everything.</w:t>
      </w:r>
      <w:r w:rsidRPr="00BE0EF2">
        <w:br/>
        <w:t>Speaker1: [00:36:38] All anonymous.</w:t>
      </w:r>
      <w:r w:rsidRPr="00BE0EF2">
        <w:br/>
        <w:t>Speaker2: [00:36:38] Then you're going to get a chuckle out of listening to us. But that's it, that's it.</w:t>
      </w:r>
      <w:r w:rsidRPr="00BE0EF2">
        <w:br/>
        <w:t>[laughs]</w:t>
      </w:r>
      <w:r w:rsidRPr="00BE0EF2">
        <w:br/>
        <w:t>Speaker2: [00:36:40] So Yeah, yeah, yeah, yeah, but he's promi</w:t>
      </w:r>
      <w:r w:rsidRPr="00BE0EF2">
        <w:t>sed me he's going to delete it because I don't want my life out there bouncing around in the cloud or in space.</w:t>
      </w:r>
      <w:r w:rsidRPr="00BE0EF2">
        <w:br/>
        <w:t xml:space="preserve">Speaker1: [00:36:50] No, no, no, no. This is like this. If you want, when we're done I'll delete it and we won't even analyze it. It's all anonymous and we just analyze the healthy habits and physical activity questions. And then it is all anonymous. That is, nobody but me knows who this code is, so don't worry about this and I also tell you, if at any time now we finish or </w:t>
      </w:r>
      <w:r w:rsidRPr="00BE0EF2">
        <w:lastRenderedPageBreak/>
        <w:t xml:space="preserve">tomorrow whatever, you </w:t>
      </w:r>
      <w:r w:rsidRPr="00BE0EF2">
        <w:t>have a regret and you tell me I delete everything you tell me. This is simply to complete all the data that we've been looking at, to complete.</w:t>
      </w:r>
      <w:r w:rsidRPr="00BE0EF2">
        <w:br/>
        <w:t>Speaker2: [00:37:23] Then I also said I woke up at 03:30, 04:30. So... And I would wake up, but also with my eyes boom [eyes wide open gesture] I would go to the bathroom, I would take a walk, I mean a walk, I would go see where I'm going, I would sit down maybe better on the couch, in an armchair, and there I would fall asleep again.</w:t>
      </w:r>
      <w:r w:rsidRPr="00BE0EF2">
        <w:br/>
        <w:t xml:space="preserve">Speaker1: [00:37:44] That this </w:t>
      </w:r>
      <w:r w:rsidRPr="00BE0EF2">
        <w:t>week? I'm just saying that for context. Because it's in this last phase of the encounter that we've had throughout when we saw each other in the first time and the second time you didn't report back to me.</w:t>
      </w:r>
      <w:r w:rsidRPr="00BE0EF2">
        <w:br/>
        <w:t>Speaker2: [00:37:59] No, no, no, no, so it wouldn't be that, no.</w:t>
      </w:r>
      <w:r w:rsidRPr="00BE0EF2">
        <w:br/>
        <w:t>Speaker4: [00:38:01] We were in Guardamar, I think, when the last interview was we in Guardamar?</w:t>
      </w:r>
      <w:r w:rsidRPr="00BE0EF2">
        <w:br/>
        <w:t>Speaker2: [00:38:06] If it was summer, July?</w:t>
      </w:r>
      <w:r w:rsidRPr="00BE0EF2">
        <w:br/>
        <w:t>Speaker4: [00:38:07] But we were already on the beach, there.</w:t>
      </w:r>
      <w:r w:rsidRPr="00BE0EF2">
        <w:br/>
        <w:t>Speaker1: [00:38:10] I think the firs</w:t>
      </w:r>
      <w:r w:rsidRPr="00BE0EF2">
        <w:t>t time we met, what you did comment to me was a little bit about the digestive part of going to the bathroom and of course, you self-regulated it.</w:t>
      </w:r>
      <w:r w:rsidRPr="00BE0EF2">
        <w:br/>
        <w:t>Speaker2: [00:38:17] Now I take of this, oatmeal, and it works for me, of course, but I don't go like I was going before. That's the pills too, I'm clear on that. If I have to take this for my whole life, my whole life, well I'm going to have to keep taking it because I was going very fast and the other day you remember I had a problem that I wasn't going, that I</w:t>
      </w:r>
      <w:r w:rsidRPr="00BE0EF2">
        <w:t xml:space="preserve"> had one, but I was harder than and then a very bad feeling of always going more.</w:t>
      </w:r>
      <w:r w:rsidRPr="00BE0EF2">
        <w:br/>
        <w:t>Speaker3: [00:38:40] And a lot of times it's psychological, that a lot of times it's like I can't and I can't and ....</w:t>
      </w:r>
      <w:r w:rsidRPr="00BE0EF2">
        <w:br/>
        <w:t>Speaker2: [00:38:45] No, no, no, no, no, not psychological, no.</w:t>
      </w:r>
      <w:r w:rsidRPr="00BE0EF2">
        <w:br/>
        <w:t>Speaker3: [00:38:50] No, I mean psychological that you're overwhelmed that you can't go.</w:t>
      </w:r>
      <w:r w:rsidRPr="00BE0EF2">
        <w:br/>
        <w:t>Speaker2: [00:38:52] No, no, no, no, it's not that I was overwhelmed, it's that I didn't go out, it was so hard that it was physical, that's it, I didn't go o</w:t>
      </w:r>
      <w:r w:rsidRPr="00BE0EF2">
        <w:t>ut there. So that's what has never happened to me. I have always gone fast and I have never been in the bathroom. Just as others spend some time there. I notice that to me that and that says that I take the minimum pills, well but ...</w:t>
      </w:r>
      <w:r w:rsidRPr="00BE0EF2">
        <w:br/>
        <w:t>Speaker1: But there are times when things are already difficult, well, it is true that depending on certain causes and so on, the nurse or even Maria or Vicente, I don't know who sees you, can adjust things. But well. So...</w:t>
      </w:r>
      <w:r w:rsidRPr="00BE0EF2">
        <w:br/>
        <w:t>Speaker2: [00:39:27] For now I adjust myself by takin</w:t>
      </w:r>
      <w:r w:rsidRPr="00BE0EF2">
        <w:t>g my oatmeal.</w:t>
      </w:r>
      <w:r w:rsidRPr="00BE0EF2">
        <w:br/>
        <w:t>Speaker1: [00:39:31] All right, then.</w:t>
      </w:r>
      <w:r w:rsidRPr="00BE0EF2">
        <w:br/>
        <w:t>Speaker4: [00:39:32] And it's going well. You've had a day on your own.</w:t>
      </w:r>
      <w:r w:rsidRPr="00BE0EF2">
        <w:br/>
        <w:t>Speaker2: [00:39:34] Yeah, yeah, but I'm still more like, I mean, balls more, specific balls.</w:t>
      </w:r>
      <w:r w:rsidRPr="00BE0EF2">
        <w:br/>
        <w:t>Speaker1: [00:39:42] And going back to physical activity and exercise. In the end did you get to or were you invited to go to the hospital to do any rehab? In the end you didn't...</w:t>
      </w:r>
      <w:r w:rsidRPr="00BE0EF2">
        <w:br/>
        <w:t>Speaker2: [00:39:54] No. Neither at the end nor at the beginning I wasn't approached.</w:t>
      </w:r>
      <w:r w:rsidRPr="00BE0EF2">
        <w:br/>
        <w:t>Speaker1: [00:39:59] And wo</w:t>
      </w:r>
      <w:r w:rsidRPr="00BE0EF2">
        <w:t>uld you have liked to?</w:t>
      </w:r>
      <w:r w:rsidRPr="00BE0EF2">
        <w:br/>
        <w:t>Speaker2: [00:40:01] Well, maybe to do some exercises, yes, it wouldn't have been bad.</w:t>
      </w:r>
      <w:r w:rsidRPr="00BE0EF2">
        <w:br/>
        <w:t xml:space="preserve">Speaker1: [00:40:06] So, do you think that if they had told you something and so on, it </w:t>
      </w:r>
      <w:r w:rsidRPr="00BE0EF2">
        <w:lastRenderedPageBreak/>
        <w:t>would have helped you or it would have been good for you or not?</w:t>
      </w:r>
      <w:r w:rsidRPr="00BE0EF2">
        <w:br/>
        <w:t>Speaker2: [00:40:14] That yes, that yes, that yes, that would have been good for me and I would have practiced it and even practiced something to say, well look, yes I can, yes I can, yes I don't exhaust myself, because maybe there are things that I</w:t>
      </w:r>
      <w:r w:rsidRPr="00BE0EF2">
        <w:t xml:space="preserve"> don't do, because also for fear of exhausting myself, I don't want....</w:t>
      </w:r>
      <w:r w:rsidRPr="00BE0EF2">
        <w:br/>
        <w:t>Speaker3: [00:40:32] That that would have been maybe like a start, so then you follow it up right?</w:t>
      </w:r>
      <w:r w:rsidRPr="00BE0EF2">
        <w:br/>
        <w:t>Speaker:2 [00:40:34] Yeah, to check that I'm not, to prove to myself that I'm not, I'm not drowning and I'm not fatigued enough and I've practiced. Well yeah, maybe doing a pilates class there wouldn't hurt at all.</w:t>
      </w:r>
      <w:r w:rsidRPr="00BE0EF2">
        <w:br/>
        <w:t xml:space="preserve">Speaker1: [00:40:47] Okay. I mean, okay, out of ignorance or out of fear, maybe you don't explore other issues, other avenues </w:t>
      </w:r>
      <w:r w:rsidRPr="00BE0EF2">
        <w:t>of exercise or activity, because it's not normal that it would have been good for you if you had been given a proposal.</w:t>
      </w:r>
      <w:r w:rsidRPr="00BE0EF2">
        <w:br/>
        <w:t>Speaker2: [00:41:03] And I'm telling you, and that pilates is going to be really good for me to do some plank there and see that I didn't fall.</w:t>
      </w:r>
      <w:r w:rsidRPr="00BE0EF2">
        <w:br/>
        <w:t>Speaker1: [00:41:10] So, you think when you've been doing some exercise or activity, you were taking some risk, you had a fear of...?</w:t>
      </w:r>
      <w:r w:rsidRPr="00BE0EF2">
        <w:br/>
        <w:t>Speaker2: [00:41:19] Cel walking, with walking I haven't had any fear. Well, I was taking my cell phone with me.</w:t>
      </w:r>
      <w:r w:rsidRPr="00BE0EF2">
        <w:br/>
        <w:t>S</w:t>
      </w:r>
      <w:r w:rsidRPr="00BE0EF2">
        <w:t>peaker4: [00:41:27] Man right, that's ...</w:t>
      </w:r>
      <w:r w:rsidRPr="00BE0EF2">
        <w:br/>
        <w:t>Speaker3: [00:41:28] Yeah, yeah, just in case anything happened.</w:t>
      </w:r>
      <w:r w:rsidRPr="00BE0EF2">
        <w:br/>
        <w:t>Speaker1: [00:41:31] With the ease of mobile devices.</w:t>
      </w:r>
      <w:r w:rsidRPr="00BE0EF2">
        <w:br/>
        <w:t>Speaker2: [00:41:31] Yeah, yeah, yeah, yeah, yeah. But I want to tell you that maybe, in other times before, I wouldn't have taken the phone, I mean, maybe before the phone I wouldn't have taken the phone, but now I had the mask and the cell phone because I had to call, but I didn't have it. That feeling also had to take my cell phone with me.</w:t>
      </w:r>
      <w:r w:rsidRPr="00BE0EF2">
        <w:br/>
        <w:t>Speak</w:t>
      </w:r>
      <w:r w:rsidRPr="00BE0EF2">
        <w:t>er1: [00:41:51] And have you stopped doing something or haven't you done something more specific or other things whereby I don't know if it's going to be good for me, I don't know if this is going to be good for me...?</w:t>
      </w:r>
      <w:r w:rsidRPr="00BE0EF2">
        <w:br/>
        <w:t>Speaker2: [00:42:05] MMM [thinks] I don't think so.</w:t>
      </w:r>
      <w:r w:rsidRPr="00BE0EF2">
        <w:br/>
        <w:t>Speaker1: [00:42:09] Okay.</w:t>
      </w:r>
      <w:r w:rsidRPr="00BE0EF2">
        <w:br/>
        <w:t>Speaker2: [00:42:09] I don't think so. I think. I just don't know anything. My life is a little bit flat too eh, I haven't done.....</w:t>
      </w:r>
      <w:r w:rsidRPr="00BE0EF2">
        <w:br/>
        <w:t>Speaker1: [00:42:12]. No, no. It's to see if ...</w:t>
      </w:r>
      <w:r w:rsidRPr="00BE0EF2">
        <w:br/>
        <w:t>Speaker2: [00:42:16] No, but wha</w:t>
      </w:r>
      <w:r w:rsidRPr="00BE0EF2">
        <w:t>t I want to tell you I don't think so.</w:t>
      </w:r>
      <w:r w:rsidRPr="00BE0EF2">
        <w:br/>
        <w:t>Speaker4: [00:42:19] No, but if you don't believe it's because you haven't had, because if you had you would remember, you would be clear about it.</w:t>
      </w:r>
      <w:r w:rsidRPr="00BE0EF2">
        <w:br/>
        <w:t>Speaker1: [00:42:24] And other than the healthcare staff at the hospital, has anyone told you anything or have you asked anyone about physical activity, exercise, healthy habits?</w:t>
      </w:r>
      <w:r w:rsidRPr="00BE0EF2">
        <w:br/>
        <w:t>Speaker2: [00:42:33] That I was told that I could do pilates like, Sara told me. But no, I haven't started.</w:t>
      </w:r>
      <w:r w:rsidRPr="00BE0EF2">
        <w:br/>
        <w:t>Speaker1: [00:42:40] Okay, so this we'</w:t>
      </w:r>
      <w:r w:rsidRPr="00BE0EF2">
        <w:t xml:space="preserve">ve been talking about, but if during this process I hadn't been in rehab, covid hadn't been in the way, yeah maybe you would have done </w:t>
      </w:r>
      <w:r w:rsidRPr="00BE0EF2">
        <w:lastRenderedPageBreak/>
        <w:t>something different, like well, different pilates that you were doing before and now you're not?</w:t>
      </w:r>
      <w:r w:rsidRPr="00BE0EF2">
        <w:br/>
        <w:t>Speaker2: [00:42:57] Yeah, sure. And I would have continued. I mean, I would have continued in the gym and maybe also, look, I also wanted to sign up for swimming because a classmate was doing it. I would have done swimming, which I like. Anybody can go in an indoor pool, I go in</w:t>
      </w:r>
      <w:r w:rsidRPr="00BE0EF2">
        <w:t xml:space="preserve"> the sea when there's nobody there.</w:t>
      </w:r>
      <w:r w:rsidRPr="00BE0EF2">
        <w:br/>
        <w:t>Speaker4: [00:43:14] Sure, the covid has cost.</w:t>
      </w:r>
      <w:r w:rsidRPr="00BE0EF2">
        <w:br/>
        <w:t>Speaker2: [00:43:17] So, sure, poof [snorts].</w:t>
      </w:r>
      <w:r w:rsidRPr="00BE0EF2">
        <w:br/>
        <w:t>Speaker1: [00:43:18] So, just to wrap up. The last part of a is a little bit more difficult, right? Of projecting into the future of if as you see, do you think you'll continue to do at least what you were doing, that you'll do more, will you continue with the one hour walks?</w:t>
      </w:r>
      <w:r w:rsidRPr="00BE0EF2">
        <w:br/>
        <w:t>Speaker2: [00:43:33] That that if that's the case, because that is.</w:t>
      </w:r>
      <w:r w:rsidRPr="00BE0EF2">
        <w:br/>
        <w:t xml:space="preserve">Speaker1: [00:43:38] And do you think </w:t>
      </w:r>
      <w:r w:rsidRPr="00BE0EF2">
        <w:t>you'll keep that up, you'll go back to maybe swimming?</w:t>
      </w:r>
      <w:r w:rsidRPr="00BE0EF2">
        <w:br/>
        <w:t>Speaker2: [00:43:45] When the mask comes off. And to swimming... I think it's going to be in the summer already. That I swim in the open water.</w:t>
      </w:r>
      <w:r w:rsidRPr="00BE0EF2">
        <w:br/>
        <w:t>Speaker4: [00:43:58] But I heard that's where the pool is closed.</w:t>
      </w:r>
      <w:r w:rsidRPr="00BE0EF2">
        <w:br/>
        <w:t>Speaker1: [00:44:01] That's why he doesn't want to. [laughs]</w:t>
      </w:r>
      <w:r w:rsidRPr="00BE0EF2">
        <w:br/>
        <w:t>Speaker4: [00:44:03] When there's no covid.</w:t>
      </w:r>
      <w:r w:rsidRPr="00BE0EF2">
        <w:br/>
        <w:t>Speaker3: [00:44:04] A lot of times the water has so much chlorine in it and so many things that it's so disinfected. No, no, so yes, yes, yes</w:t>
      </w:r>
      <w:r w:rsidRPr="00BE0EF2">
        <w:t>, yes, yes, yes.</w:t>
      </w:r>
      <w:r w:rsidRPr="00BE0EF2">
        <w:br/>
        <w:t>Speaker4: [00:44:11] Oh, what's good?</w:t>
      </w:r>
      <w:r w:rsidRPr="00BE0EF2">
        <w:br/>
        <w:t>Speaker2: [00:44:13] And because of the atmosphere, so charged there.</w:t>
      </w:r>
      <w:r w:rsidRPr="00BE0EF2">
        <w:br/>
        <w:t>Speaker1: [00:44:15] Already from the aquatic environment, if only we lived in the aquatic environment.</w:t>
      </w:r>
      <w:r w:rsidRPr="00BE0EF2">
        <w:br/>
        <w:t>Speaker2: [00:44:18] Also, sure, but have you been in the ozone?</w:t>
      </w:r>
      <w:r w:rsidRPr="00BE0EF2">
        <w:br/>
        <w:t>Speaker1: [00:44:22] Not in the ozone, but I've been in others.</w:t>
      </w:r>
      <w:r w:rsidRPr="00BE0EF2">
        <w:br/>
        <w:t>Speaker2: [00:44:24] Have you gone in there in that feeling? I don't go there. It's like a sauna. I just, no, no, no, no, I can't do it.</w:t>
      </w:r>
      <w:r w:rsidRPr="00BE0EF2">
        <w:br/>
        <w:t>Speaker1: [00:44:</w:t>
      </w:r>
      <w:r w:rsidRPr="00BE0EF2">
        <w:t>33] It's not the ideal environment in the current situation, but you have to admit it. So yes this is influencing because.....</w:t>
      </w:r>
      <w:r w:rsidRPr="00BE0EF2">
        <w:br/>
        <w:t>Speaker2: [00:44:39] Yeah, yeah.</w:t>
      </w:r>
      <w:r w:rsidRPr="00BE0EF2">
        <w:br/>
        <w:t>Speaker1: [00:44:39] Maybe, if you haven't already, you would.</w:t>
      </w:r>
      <w:r w:rsidRPr="00BE0EF2">
        <w:br/>
        <w:t>Speaker2: [00:44:43] Yeah yeah, it's more. I had already even bought that robe and everything to go in. And I didn't debut it, I didn't put it on, I'm telling you.</w:t>
      </w:r>
      <w:r w:rsidRPr="00BE0EF2">
        <w:br/>
        <w:t>Speaker1: [00:44:51] Well, let's see if at least in the open sea you can wear it for the first time.</w:t>
      </w:r>
      <w:r w:rsidRPr="00BE0EF2">
        <w:br/>
        <w:t>[All laugh]</w:t>
      </w:r>
      <w:r w:rsidRPr="00BE0EF2">
        <w:br/>
        <w:t>Speaker2: [0</w:t>
      </w:r>
      <w:r w:rsidRPr="00BE0EF2">
        <w:t>0:44:55] In the open sea I don't need it, no, because in the summer.</w:t>
      </w:r>
      <w:r w:rsidRPr="00BE0EF2">
        <w:br/>
        <w:t>[All laugh]</w:t>
      </w:r>
      <w:r w:rsidRPr="00BE0EF2">
        <w:br/>
        <w:t>Speaker1: [00:45:02] So other than the activity normalizing or the covid going away, which would help you do other things, do you think there would be anything else that could help you do more or different other kind of activity?</w:t>
      </w:r>
      <w:r w:rsidRPr="00BE0EF2">
        <w:br/>
      </w:r>
      <w:r w:rsidRPr="00BE0EF2">
        <w:lastRenderedPageBreak/>
        <w:t>Speaker2: [00:45:17] I think for me....</w:t>
      </w:r>
      <w:r w:rsidRPr="00BE0EF2">
        <w:br/>
        <w:t>Speaker4: [00:45:19] Golf, golf, golf. Sign up for golf [laughs].</w:t>
      </w:r>
      <w:r w:rsidRPr="00BE0EF2">
        <w:br/>
        <w:t xml:space="preserve">Speaker1: [00:45:20] I don't know, if you were told for example by your husband or if you were </w:t>
      </w:r>
      <w:r w:rsidRPr="00BE0EF2">
        <w:t>told by, I'm making this up, the cardiologist or whoever, so and so.</w:t>
      </w:r>
      <w:r w:rsidRPr="00BE0EF2">
        <w:br/>
        <w:t>Speaker2: [00:45:29] Let's see if the cardiologist tells me, well, maybe I would have to do it. I would do it if the cardiologist told me, I would do it. But of course, on the condition that the cardiologist.....</w:t>
      </w:r>
      <w:r w:rsidRPr="00BE0EF2">
        <w:br/>
        <w:t>Speaker3: [00:45:20] We need outsiders to listen to them.</w:t>
      </w:r>
      <w:r w:rsidRPr="00BE0EF2">
        <w:br/>
        <w:t>Speaker2: [00:45:41] Some instructions and of course, and that he doesn't tell me to go swim in the indoor pool, because then I tell him I'm going to Guardamar and I'm goin</w:t>
      </w:r>
      <w:r w:rsidRPr="00BE0EF2">
        <w:t>g to swim until I get tired.</w:t>
      </w:r>
      <w:r w:rsidRPr="00BE0EF2">
        <w:br/>
        <w:t>Speaker1: [00:45:52] Okay, okay, okay, okay. So, if apart from, for example, the cardiologist, yeah, apart from the cardiologist telling you something, telling you also, well look, I'm going to, I don't know, on my cell phone I have an app where if you go in I'm going to be able to follow you and I'm going to be able to see what you're doing. We're not going to use it for.</w:t>
      </w:r>
      <w:r w:rsidRPr="00BE0EF2">
        <w:br/>
        <w:t>Speaker2: [00:46:16] See what I'm doing, to some extent right?</w:t>
      </w:r>
      <w:r w:rsidRPr="00BE0EF2">
        <w:br/>
        <w:t>Speaker1: [00:46:19] I mean, no, I'm sending</w:t>
      </w:r>
      <w:r w:rsidRPr="00BE0EF2">
        <w:t xml:space="preserve"> it to you.</w:t>
      </w:r>
      <w:r w:rsidRPr="00BE0EF2">
        <w:br/>
        <w:t>Speaker2: [00:46:21] No, no, because I'm not going to be controlled.</w:t>
      </w:r>
      <w:r w:rsidRPr="00BE0EF2">
        <w:br/>
        <w:t>Speaker1: [00:46:24] Well another thing, I'll mail you whatever, a training plan.</w:t>
      </w:r>
      <w:r w:rsidRPr="00BE0EF2">
        <w:br/>
        <w:t>Speaker3: [00:46:30] Some videos that you have to follow, for example.</w:t>
      </w:r>
      <w:r w:rsidRPr="00BE0EF2">
        <w:br/>
        <w:t>Speaker2: [00:46:35] Yes yes yes yes, I do.</w:t>
      </w:r>
      <w:r w:rsidRPr="00BE0EF2">
        <w:br/>
        <w:t>Speaker1: [00:46:33] Or a link to this platform where you can...</w:t>
      </w:r>
      <w:r w:rsidRPr="00BE0EF2">
        <w:br/>
        <w:t>Speaker2: [00:46:34] Yes I do, and also and the day I didn't I would tell you.</w:t>
      </w:r>
      <w:r w:rsidRPr="00BE0EF2">
        <w:br/>
        <w:t>Speaker3: [00:46:38] The control one means that maybe you tell him today I did it, today I</w:t>
      </w:r>
      <w:r w:rsidRPr="00BE0EF2">
        <w:t xml:space="preserve"> didn't do it, but don't be controlled.</w:t>
      </w:r>
      <w:r w:rsidRPr="00BE0EF2">
        <w:br/>
        <w:t>Speaker2: [00:46:42] That's right, that's right.</w:t>
      </w:r>
      <w:r w:rsidRPr="00BE0EF2">
        <w:br/>
        <w:t>Speaker1: [00:46:43] Or call you or call you from the hospital or call you from the hospital. Aurora, you've done this, how did you feel about this exercise? Do you think that you could...</w:t>
      </w:r>
      <w:r w:rsidRPr="00BE0EF2">
        <w:br/>
        <w:t>Speaker2: [00:46:55] Yes I can, and I would. For me when I...</w:t>
      </w:r>
      <w:r w:rsidRPr="00BE0EF2">
        <w:br/>
        <w:t>Speaker4: [00:46:58] When they control me, I do it more. [laughs]</w:t>
      </w:r>
      <w:r w:rsidRPr="00BE0EF2">
        <w:br/>
        <w:t>Speaker3: [00:47:02] No? And when maybe he tells you that he knows that.</w:t>
      </w:r>
      <w:r w:rsidRPr="00BE0EF2">
        <w:br/>
        <w:t xml:space="preserve">Speaker2: [00:47:05] Man, I know </w:t>
      </w:r>
      <w:r w:rsidRPr="00BE0EF2">
        <w:t>it benefits me, obviously. I mean, whatever he sends me that benefits me, even if it's, what does he want me to do? If he would want me to lift weight, well I lift weight,</w:t>
      </w:r>
      <w:r w:rsidRPr="00BE0EF2">
        <w:br/>
        <w:t>Speaker3: [00:47:17] For example in pilates. Now that you said about lifting weights, when you were going other than planks and stuff, were you also working with rubber, with weights and stuff?</w:t>
      </w:r>
      <w:r w:rsidRPr="00BE0EF2">
        <w:br/>
        <w:t>Speaker2: [00:47:25] Yeah, I would take the smaller weight as well.</w:t>
      </w:r>
      <w:r w:rsidRPr="00BE0EF2">
        <w:br/>
        <w:t>Speaker3: [00:47:30] Well, but it's not weights, it's barbells. And did you li</w:t>
      </w:r>
      <w:r w:rsidRPr="00BE0EF2">
        <w:t>ke that part or ... Was it entertaining?</w:t>
      </w:r>
      <w:r w:rsidRPr="00BE0EF2">
        <w:br/>
        <w:t>Speaker2: [00:47:33] Yeah, yeah, it was entertaining. It wasn't going to be too bad.</w:t>
      </w:r>
      <w:r w:rsidRPr="00BE0EF2">
        <w:br/>
        <w:t>Speaker4: [00:47:37] And the good thing is you do it there with a lot of people.</w:t>
      </w:r>
      <w:r w:rsidRPr="00BE0EF2">
        <w:br/>
        <w:t xml:space="preserve">Speaker2: [00:47:38] And you see one, you see another, it's dynamic and you laugh and </w:t>
      </w:r>
      <w:r w:rsidRPr="00BE0EF2">
        <w:lastRenderedPageBreak/>
        <w:t>that's a way to unwind as well.</w:t>
      </w:r>
      <w:r w:rsidRPr="00BE0EF2">
        <w:br/>
        <w:t>Speaker1: [00:47:45] Going back a little bit that we've already talked about, do you think it would help you do other things as well? The most fun, doing it with people, socializing.</w:t>
      </w:r>
      <w:r w:rsidRPr="00BE0EF2">
        <w:br/>
        <w:t>Spea</w:t>
      </w:r>
      <w:r w:rsidRPr="00BE0EF2">
        <w:t>ker2: [00:47:54] Obviously, obviously, that's for sure.</w:t>
      </w:r>
      <w:r w:rsidRPr="00BE0EF2">
        <w:br/>
        <w:t>Speaker4: [00:47:56]. For me, for me it was important.</w:t>
      </w:r>
      <w:r w:rsidRPr="00BE0EF2">
        <w:br/>
        <w:t>Speaker2: [00:47:58] Yes, yes, yes, yes, yes, yes, yes, yes. Because only in the covid I was doing something, but now, now, now, now I'm not, I was doing because, there was one that was doing.... What did that Chinese guy do? Taichi, things like that, and he did it. And there was another girl who did it with the covid, and now that covid is over, I don't do it anymore. The Chinese guy from Chile th</w:t>
      </w:r>
      <w:r w:rsidRPr="00BE0EF2">
        <w:t>at did Taichi</w:t>
      </w:r>
      <w:r w:rsidRPr="00BE0EF2">
        <w:br/>
        <w:t>Speaker4: [00:48:25] Oh yeah, that taichi, that Chinese guy.</w:t>
      </w:r>
      <w:r w:rsidRPr="00BE0EF2">
        <w:br/>
        <w:t>Speaker2: [00:48:26] And another one that did movements to exercise this, to exercise that. He would put it on TV, he would do it. And that, that's over, the covid, the official covid and I don't have time to put it on TV.</w:t>
      </w:r>
      <w:r w:rsidRPr="00BE0EF2">
        <w:br/>
        <w:t>Speaker1: [00:48:38] Oh so then during these six months you have.</w:t>
      </w:r>
      <w:r w:rsidRPr="00BE0EF2">
        <w:br/>
        <w:t>Speaker4: [00:48:41] I mean yeah, but okay.</w:t>
      </w:r>
      <w:r w:rsidRPr="00BE0EF2">
        <w:br/>
        <w:t>Speaker3: [00:48:42] Six months you're referring to the pandemic, right?</w:t>
      </w:r>
      <w:r w:rsidRPr="00BE0EF2">
        <w:br/>
        <w:t>Speaker2: [00:48:44] I mean the</w:t>
      </w:r>
      <w:r w:rsidRPr="00BE0EF2">
        <w:t xml:space="preserve"> pandemic yes. In the pandemic, not now.</w:t>
      </w:r>
      <w:r w:rsidRPr="00BE0EF2">
        <w:br/>
        <w:t>Speaker1: [00:48:47] So again we're back to before.</w:t>
      </w:r>
      <w:r w:rsidRPr="00BE0EF2">
        <w:br/>
        <w:t>Speaker4: [00:48:50] During the pandemic.</w:t>
      </w:r>
      <w:r w:rsidRPr="00BE0EF2">
        <w:br/>
        <w:t>Speaker1: [00:48:52] From March,March 14, 2020, from then on, we have to do something different.</w:t>
      </w:r>
      <w:r w:rsidRPr="00BE0EF2">
        <w:br/>
        <w:t>Speaker4: [00:48:55] From then on she found out that on TV there was that Chinese guy that was doing and so on and from time to time she would put it on.</w:t>
      </w:r>
      <w:r w:rsidRPr="00BE0EF2">
        <w:br/>
        <w:t>Speaker2: [00:49:01] And the girl who also worked out and said for the buttocks, for I don't know what, for the so and so....</w:t>
      </w:r>
      <w:r w:rsidRPr="00BE0EF2">
        <w:br/>
      </w:r>
      <w:r w:rsidRPr="00BE0EF2">
        <w:t>Speaker1: [00:49:09] When they opened them up, a little bit, was it over?</w:t>
      </w:r>
      <w:r w:rsidRPr="00BE0EF2">
        <w:br/>
        <w:t>Speaker2: [00:49:12] It went away, the girl went away.</w:t>
      </w:r>
      <w:r w:rsidRPr="00BE0EF2">
        <w:br/>
        <w:t>Speaker1: [00:49:14] Well, nothing, here if you want to stop this, yes.</w:t>
      </w:r>
      <w:r w:rsidRPr="00BE0EF2">
        <w:br/>
        <w:t>Final comment after interview</w:t>
      </w:r>
      <w:r w:rsidRPr="00BE0EF2">
        <w:br/>
        <w:t xml:space="preserve">Speaker1: [00:00:01] After the end of the interview, Aurora reports that yes, she would be very interested in receiving information about interventions, exercise programs and the possibility of inviting them to a training session on healthy habits. She is very interested. And the </w:t>
      </w:r>
      <w:r w:rsidRPr="00BE0EF2">
        <w:t>possibility of being able to continue if there is the possibility of an interventional and controlled study. she is also interested.</w:t>
      </w:r>
    </w:p>
    <w:p w14:paraId="08921B68" w14:textId="77777777" w:rsidR="008F469D" w:rsidRPr="00127756" w:rsidRDefault="0057396C">
      <w:pPr>
        <w:pStyle w:val="Ttulo1"/>
      </w:pPr>
      <w:r w:rsidRPr="00127756">
        <w:t>P011-M3</w:t>
      </w:r>
    </w:p>
    <w:p w14:paraId="683216E8" w14:textId="77777777" w:rsidR="008F469D" w:rsidRDefault="0057396C">
      <w:r w:rsidRPr="00BE0EF2">
        <w:t>P011 Interview.m4a</w:t>
      </w:r>
      <w:r w:rsidRPr="00BE0EF2">
        <w:br/>
        <w:t>[Moroccan patient, speaks poor Spanish, comes with her son for translation].</w:t>
      </w:r>
      <w:r w:rsidRPr="00BE0EF2">
        <w:br/>
      </w:r>
      <w:r w:rsidRPr="00127756">
        <w:t>Speaker2: son</w:t>
      </w:r>
      <w:r w:rsidRPr="00127756">
        <w:br/>
        <w:t>Speaker3: patient</w:t>
      </w:r>
      <w:r w:rsidRPr="00127756">
        <w:br/>
        <w:t xml:space="preserve">Speaker1: [00:00:01] Okay then. </w:t>
      </w:r>
      <w:r w:rsidRPr="00BE0EF2">
        <w:t xml:space="preserve">As you told me, I ask you some questions and you answer </w:t>
      </w:r>
      <w:r w:rsidRPr="00BE0EF2">
        <w:lastRenderedPageBreak/>
        <w:t>me. So we're going to divide the questions into three parts. The first part of, if you remember, before I was admitted, before I came to the hospital. The second part will be about the six months or so that we have been seeing each other. And then a little bit of questions from now on, so from before you came to the hospital, do you think it's changed your life?</w:t>
      </w:r>
      <w:r w:rsidRPr="00BE0EF2">
        <w:br/>
        <w:t>Speaker2: [00:00:34] It has to him.</w:t>
      </w:r>
      <w:r w:rsidRPr="00BE0EF2">
        <w:br/>
        <w:t>Speaker1: [00:00:35] Can you translate for me, please?</w:t>
      </w:r>
      <w:r w:rsidRPr="00BE0EF2">
        <w:br/>
      </w:r>
      <w:r w:rsidRPr="00BE0EF2">
        <w:t>[son translates]</w:t>
      </w:r>
      <w:r w:rsidRPr="00BE0EF2">
        <w:br/>
        <w:t>Speaker3: [00:00:43] Yes, very much.</w:t>
      </w:r>
      <w:r w:rsidRPr="00BE0EF2">
        <w:br/>
        <w:t>Speaker2: [00:00:45] It's very good, actually. He used to swell up his legs and everything. And I said Dad, what's wrong with his legs? We didn't know what he had. Suddenly I see his leg swollen and I say, this is sugar or something, we have to go to the doctor. His doctor used to call him, but he wasn't here, he was in Bilbao and he got caught with the pandemic and couldn't come to the appointment. And then, when he came, he came with a swollen leg from</w:t>
      </w:r>
      <w:r w:rsidRPr="00BE0EF2">
        <w:t xml:space="preserve"> Bilbao, I told him there was something wrong with you. That's why the doctor called you, let's go. And when they looked at it, they told her that she needs the operation, that it's a little bit fucked up.</w:t>
      </w:r>
      <w:r w:rsidRPr="00BE0EF2">
        <w:br/>
        <w:t>Speaker1: [00:01:29] So what would you say she's changed before the hospital admission to now, what's the biggest thing, the biggest change?</w:t>
      </w:r>
      <w:r w:rsidRPr="00BE0EF2">
        <w:br/>
        <w:t>Speaker3: [00:01:42] Good heart.</w:t>
      </w:r>
      <w:r w:rsidRPr="00BE0EF2">
        <w:br/>
        <w:t>Speaker2: [00:01:48] Yeah, his heart is very good. Just to say that his legs don't swell up... He's really doing well.</w:t>
      </w:r>
      <w:r w:rsidRPr="00BE0EF2">
        <w:br/>
        <w:t>Speaker3: [00</w:t>
      </w:r>
      <w:r w:rsidRPr="00BE0EF2">
        <w:t>:01:50] All good.</w:t>
      </w:r>
      <w:r w:rsidRPr="00BE0EF2">
        <w:br/>
        <w:t>Speaker4: [00:01:53] And has anything changed with respect to her routine that she did before that she didn't do now, or the other way around?</w:t>
      </w:r>
      <w:r w:rsidRPr="00BE0EF2">
        <w:br/>
      </w:r>
      <w:r w:rsidRPr="00127756">
        <w:t xml:space="preserve">Speaker2: [00:01:59] No, it hasn't changed. </w:t>
      </w:r>
      <w:r w:rsidRPr="00BE0EF2">
        <w:t>He hasn't changed it because he used to work with his colleagues, the same thing hawking. He wanted to help me, the truth. I always daddy I don't need anything, now my wife in major. But since he didn't get a penny, "I was throwing him the non-contributory", and there was no help at home and he was seeing me that I was alone, you know, killing me with the house, rent....</w:t>
      </w:r>
      <w:r w:rsidRPr="00BE0EF2">
        <w:br/>
        <w:t>Speaker1: [00:02:26] This, it's all anonymous. Don't worry about it. So you were working before?</w:t>
      </w:r>
      <w:r w:rsidRPr="00BE0EF2">
        <w:br/>
        <w:t>Speaker2: [00:02:33] Yes.</w:t>
      </w:r>
      <w:r w:rsidRPr="00BE0EF2">
        <w:br/>
        <w:t>Speaker1: [00:0</w:t>
      </w:r>
      <w:r w:rsidRPr="00BE0EF2">
        <w:t>2:34] And now?</w:t>
      </w:r>
      <w:r w:rsidRPr="00BE0EF2">
        <w:br/>
        <w:t>Speaker2: [00:02:35] Not now, not now.</w:t>
      </w:r>
      <w:r w:rsidRPr="00BE0EF2">
        <w:br/>
      </w:r>
      <w:r w:rsidRPr="00127756">
        <w:t xml:space="preserve">Speaker1: [00:02:36] So that would be a change. </w:t>
      </w:r>
      <w:r w:rsidRPr="00BE0EF2">
        <w:t>And so Before at work, yeah you used to move, load, sell...?</w:t>
      </w:r>
      <w:r w:rsidRPr="00BE0EF2">
        <w:br/>
        <w:t>Speaker2: [00:02:44] Yeah yeah, the same thing he's doing now and now with a lot less weight. But what he likes the most is walking. This he's doing right now.</w:t>
      </w:r>
      <w:r w:rsidRPr="00BE0EF2">
        <w:br/>
        <w:t>Speaker3: [00:02:52] I do few things.</w:t>
      </w:r>
      <w:r w:rsidRPr="00BE0EF2">
        <w:br/>
        <w:t>Speaker1: [00:02:54] So, let's say he didn't used to walk that much before, but for his day to day work he did move around.</w:t>
      </w:r>
      <w:r w:rsidRPr="00BE0EF2">
        <w:br/>
        <w:t>Speaker2: [00:03:00] Yeah, he did move around.</w:t>
      </w:r>
      <w:r w:rsidRPr="00BE0EF2">
        <w:br/>
      </w:r>
      <w:r w:rsidRPr="00BE0EF2">
        <w:lastRenderedPageBreak/>
        <w:t>Speaker1: [00:03:02] So you didn't used to go walking before?</w:t>
      </w:r>
      <w:r w:rsidRPr="00BE0EF2">
        <w:br/>
        <w:t>Speaker4: [00:03:06]</w:t>
      </w:r>
      <w:r w:rsidRPr="00BE0EF2">
        <w:t xml:space="preserve"> Did you go out walking in the middle of the day?</w:t>
      </w:r>
      <w:r w:rsidRPr="00BE0EF2">
        <w:br/>
        <w:t>Speaker2: [00:03:09] It used to be a little bit bad.</w:t>
      </w:r>
      <w:r w:rsidRPr="00BE0EF2">
        <w:br/>
        <w:t>Speaker1: [00:03:11] But him on a normal day, he'd pick up and say, "I'm going for a walk"?</w:t>
      </w:r>
      <w:r w:rsidRPr="00BE0EF2">
        <w:br/>
        <w:t>Speaker3: [00:03:15] Yeah, yeah, yeah, yeah.</w:t>
      </w:r>
      <w:r w:rsidRPr="00BE0EF2">
        <w:br/>
        <w:t>Speaker2: [00:03:16] He did it every day. And he still does it every day.</w:t>
      </w:r>
      <w:r w:rsidRPr="00BE0EF2">
        <w:br/>
        <w:t>Speaker1: [00:03:21] Yeah, but I mean, before the hospital admission, he was leaving?</w:t>
      </w:r>
      <w:r w:rsidRPr="00BE0EF2">
        <w:br/>
        <w:t>Speaker2: [00:03:24] If he was leaving.</w:t>
      </w:r>
      <w:r w:rsidRPr="00BE0EF2">
        <w:br/>
        <w:t>Speaker1: [00:03:25] And was he leaving alone or was he leaving with com</w:t>
      </w:r>
      <w:r w:rsidRPr="00BE0EF2">
        <w:t>pany?</w:t>
      </w:r>
      <w:r w:rsidRPr="00BE0EF2">
        <w:br/>
      </w:r>
      <w:r w:rsidRPr="00127756">
        <w:t xml:space="preserve">Speaker2: [00:03:29] With company, his friends, always. </w:t>
      </w:r>
      <w:r w:rsidRPr="00BE0EF2">
        <w:t>Truth be told, with company for almost 25 years or 26 years. The same friends.</w:t>
      </w:r>
      <w:r w:rsidRPr="00BE0EF2">
        <w:br/>
        <w:t>Speaker1: [00:03:38] That's nice.</w:t>
      </w:r>
      <w:r w:rsidRPr="00BE0EF2">
        <w:br/>
        <w:t>Speaker2: [00:03:39] They've been with each other all their lives. They work with each other. They eat with each other. Everything between them. The only thing right now that's separated him is the disease, which now he can't go there anymore. And I'm not going to let him go either.</w:t>
      </w:r>
      <w:r w:rsidRPr="00BE0EF2">
        <w:br/>
        <w:t>Speaker1: [00:03:54] That little by little.</w:t>
      </w:r>
      <w:r w:rsidRPr="00BE0EF2">
        <w:br/>
      </w:r>
      <w:r w:rsidRPr="00127756">
        <w:t xml:space="preserve">Speaker2: [00:03:55] Let it be done here in Alicante. </w:t>
      </w:r>
      <w:r w:rsidRPr="00BE0EF2">
        <w:t>If he wants to sell something, or he wants to walk, let him here, not outside, with us. I have to be behind him. It's not like before.</w:t>
      </w:r>
      <w:r w:rsidRPr="00BE0EF2">
        <w:br/>
        <w:t>Speaker1: [00:04:08] Because before you were going in the market all over Spain?</w:t>
      </w:r>
      <w:r w:rsidRPr="00BE0EF2">
        <w:br/>
      </w:r>
      <w:r w:rsidRPr="00127756">
        <w:t xml:space="preserve">Speaker2: [00:04:13] All over Spain. </w:t>
      </w:r>
      <w:r w:rsidRPr="00BE0EF2">
        <w:t>I have seen with him all over Spain, except Mallorca and Ibiza. I've been with him from Almeria to Figueras, town to town and city to city. I swear.</w:t>
      </w:r>
      <w:r w:rsidRPr="00BE0EF2">
        <w:br/>
        <w:t>Speaker1: [00:04:28] So now it's changed that there used to be that stress. You move around a lot and now you don't.</w:t>
      </w:r>
      <w:r w:rsidRPr="00BE0EF2">
        <w:br/>
      </w:r>
      <w:r w:rsidRPr="00127756">
        <w:t xml:space="preserve">Speaker2: [00:04:35] Now it's quiet here. </w:t>
      </w:r>
      <w:r w:rsidRPr="00BE0EF2">
        <w:t>But thank goodness we have the two mosques next door.</w:t>
      </w:r>
      <w:r w:rsidRPr="00BE0EF2">
        <w:br/>
      </w:r>
      <w:r w:rsidRPr="00127756">
        <w:t xml:space="preserve">Speaker1: [00:04:43] Of course, the habits, the routines. </w:t>
      </w:r>
      <w:r w:rsidRPr="00BE0EF2">
        <w:t>That's not to be lost, of course. And the faith.</w:t>
      </w:r>
      <w:r w:rsidRPr="00BE0EF2">
        <w:br/>
        <w:t>Speaker4: [00:04:46] Always from the same mosque or do you change?</w:t>
      </w:r>
      <w:r w:rsidRPr="00BE0EF2">
        <w:br/>
        <w:t>Speaker2: [00:04:49] They're almost the same, one up there and one down there.</w:t>
      </w:r>
      <w:r w:rsidRPr="00BE0EF2">
        <w:br/>
        <w:t>Speaker1: [00:04:54] And so, going back before, what I was doing was that, going with friends, but I wasn't doing any kind of exercise.</w:t>
      </w:r>
      <w:r w:rsidRPr="00BE0EF2">
        <w:br/>
      </w:r>
      <w:r w:rsidRPr="00127756">
        <w:t>Speaker2: [00:05:03] The only exercise is walking.</w:t>
      </w:r>
      <w:r w:rsidRPr="00127756">
        <w:br/>
        <w:t xml:space="preserve">Speaker1: [00:05:05] Okay. </w:t>
      </w:r>
      <w:r w:rsidRPr="00BE0EF2">
        <w:t>[00:05:03] Perfect. Okay, so now we're going to go through a little bit. From the time you logged in until now. This time that we've been following and talking to you guys. Well it's a little bit, although I've already asked. But how are you feeling, how are you feeling?</w:t>
      </w:r>
      <w:r w:rsidRPr="00BE0EF2">
        <w:br/>
        <w:t>Speaker3: [00:05:20] Good, good. Sleeping well. Eating well.</w:t>
      </w:r>
      <w:r w:rsidRPr="00BE0EF2">
        <w:br/>
        <w:t>Speaker2: [00:05:21] We're looking good too. He sleeps well. He gets up to eat.</w:t>
      </w:r>
      <w:r w:rsidRPr="00BE0EF2">
        <w:br/>
        <w:t>Speaker1: [00:05:32] Because you used to sleep worse than you do now?</w:t>
      </w:r>
      <w:r w:rsidRPr="00BE0EF2">
        <w:br/>
        <w:t>Speaker2: [00:05:35] Yeah, be</w:t>
      </w:r>
      <w:r w:rsidRPr="00BE0EF2">
        <w:t>cause his leg would swell up.</w:t>
      </w:r>
      <w:r w:rsidRPr="00BE0EF2">
        <w:br/>
        <w:t>Speaker1: [00:05:38] Did you have a harder time sleeping before than you do now?</w:t>
      </w:r>
      <w:r w:rsidRPr="00BE0EF2">
        <w:br/>
      </w:r>
      <w:r w:rsidRPr="00127756">
        <w:lastRenderedPageBreak/>
        <w:t xml:space="preserve">Speaker2: [00:05:39] Yes, because his leg was swollen. </w:t>
      </w:r>
      <w:r w:rsidRPr="00BE0EF2">
        <w:t>What happens to him is that he doesn't want to disturb.</w:t>
      </w:r>
      <w:r w:rsidRPr="00BE0EF2">
        <w:br/>
        <w:t>Speaker4: [00:05:46] Since you've been admitted, has the swelling in your leg gone down? Have you been able to do more things now?</w:t>
      </w:r>
      <w:r w:rsidRPr="00BE0EF2">
        <w:br/>
      </w:r>
      <w:r w:rsidRPr="00127756">
        <w:t xml:space="preserve">Speaker2: [00:05:49] It's gone. </w:t>
      </w:r>
      <w:r w:rsidRPr="00BE0EF2">
        <w:t>Yeah, it's much better now, actually. Since the operation that he had, poof [snorts in relief].</w:t>
      </w:r>
      <w:r w:rsidRPr="00BE0EF2">
        <w:br/>
        <w:t>Speaker4: [00:05:57] What exactly did you have surgery for?</w:t>
      </w:r>
      <w:r w:rsidRPr="00BE0EF2">
        <w:br/>
        <w:t>Speaker2: [00:05:59] They did a catheter and then they did something else. Also so that there's a little gadget.</w:t>
      </w:r>
      <w:r w:rsidRPr="00BE0EF2">
        <w:br/>
      </w:r>
      <w:r w:rsidRPr="00127756">
        <w:t xml:space="preserve">Speaker1: [00:06:05] The device. </w:t>
      </w:r>
      <w:r w:rsidRPr="00BE0EF2">
        <w:t>I can't remember what it's called now, but that. Okay. So since you've been in, have you been doing those walks, have you been walking, but have you noticed that you were doing very little walking at first?</w:t>
      </w:r>
      <w:r w:rsidRPr="00BE0EF2">
        <w:br/>
      </w:r>
      <w:r w:rsidRPr="00127756">
        <w:t xml:space="preserve">Speaker2: [00:06:27] The first few days it was scary. </w:t>
      </w:r>
      <w:r w:rsidRPr="00BE0EF2">
        <w:t>He wasn't walking very much, but when he started to get into a rhythm and he started to loosen up and he started to go well, go out.</w:t>
      </w:r>
      <w:r w:rsidRPr="00BE0EF2">
        <w:br/>
        <w:t>Speaker1: [00:06:36] So what you've told me, it's only during these six months that he's been going to pray at the mosque and walking, and usually with friends or mostly alone?</w:t>
      </w:r>
      <w:r w:rsidRPr="00BE0EF2">
        <w:br/>
        <w:t>Speaker2: [00:06:48] Maybe alone, he when he's with his friends it's because he's watching a soccer game.</w:t>
      </w:r>
      <w:r w:rsidRPr="00BE0EF2">
        <w:br/>
        <w:t>Speaker4: [00:06:54] I mean, he doesn't go with friends to pray, he stays with friends to sell o</w:t>
      </w:r>
      <w:r w:rsidRPr="00BE0EF2">
        <w:t>r watch soccer.</w:t>
      </w:r>
      <w:r w:rsidRPr="00BE0EF2">
        <w:br/>
      </w:r>
      <w:r w:rsidRPr="00127756">
        <w:t xml:space="preserve">Speaker2: [00:06:58] Not to sell. </w:t>
      </w:r>
      <w:r w:rsidRPr="00BE0EF2">
        <w:t>When he's at the mosque, you know, he's hanging out with people.</w:t>
      </w:r>
      <w:r w:rsidRPr="00BE0EF2">
        <w:br/>
      </w:r>
      <w:r w:rsidRPr="00127756">
        <w:t xml:space="preserve">Speaker1: [00:07:04] That's normal. </w:t>
      </w:r>
      <w:r w:rsidRPr="00BE0EF2">
        <w:t>So the walks are usually around the neighborhood where you live.</w:t>
      </w:r>
      <w:r w:rsidRPr="00BE0EF2">
        <w:br/>
        <w:t>Speaker2: [00:07:11] Around the neighborhood or down there [points down the street]. Occasionally I would take my mom, but this one is going full throttle [refers to his father walking very fast].</w:t>
      </w:r>
      <w:r w:rsidRPr="00BE0EF2">
        <w:br/>
        <w:t>Speaker4: [00:07:22] You go faster than your wife walking?</w:t>
      </w:r>
      <w:r w:rsidRPr="00BE0EF2">
        <w:br/>
        <w:t>Speaker2: [00:07:25] Yes.</w:t>
      </w:r>
      <w:r w:rsidRPr="00BE0EF2">
        <w:br/>
        <w:t>Speaker1: [00:07:31] I mean, you go a lot of times alone, but there are times when you go with your mother.</w:t>
      </w:r>
      <w:r w:rsidRPr="00BE0EF2">
        <w:br/>
        <w:t>Speaker2: [00:07:35] Yeah, he goes out with my mom for wa</w:t>
      </w:r>
      <w:r w:rsidRPr="00BE0EF2">
        <w:t>lks or shopping.</w:t>
      </w:r>
      <w:r w:rsidRPr="00BE0EF2">
        <w:br/>
        <w:t>Speaker1: [00:07:39] And when you go with her you walk more or less the same?</w:t>
      </w:r>
      <w:r w:rsidRPr="00BE0EF2">
        <w:br/>
        <w:t>Speaker3: [00:07:45] The same.</w:t>
      </w:r>
      <w:r w:rsidRPr="00BE0EF2">
        <w:br/>
        <w:t>Speaker1: [00:07:45] Okay.</w:t>
      </w:r>
      <w:r w:rsidRPr="00BE0EF2">
        <w:br/>
        <w:t>Speaker4: [00:07:47] Yeah, that maybe they always do the same route.</w:t>
      </w:r>
      <w:r w:rsidRPr="00BE0EF2">
        <w:br/>
        <w:t>Speaker2: [00:07:49] Yes, the same route.</w:t>
      </w:r>
      <w:r w:rsidRPr="00BE0EF2">
        <w:br/>
        <w:t>Speaker1: [00:07:50] What I was going to ask you now is whether it's on that loop or that walk. I don't know, you use your cell phone or you see how far you walked or the time.</w:t>
      </w:r>
      <w:r w:rsidRPr="00BE0EF2">
        <w:br/>
        <w:t>[speaks in Arabic and makes head gestures of denial].</w:t>
      </w:r>
      <w:r w:rsidRPr="00BE0EF2">
        <w:br/>
        <w:t>Speaker1: [00:08:</w:t>
      </w:r>
      <w:r w:rsidRPr="00BE0EF2">
        <w:t>03] No, nothing, you go quietly.</w:t>
      </w:r>
      <w:r w:rsidRPr="00BE0EF2">
        <w:br/>
      </w:r>
      <w:r w:rsidRPr="00127756">
        <w:t>Speaker3: [00:08:06] Easy, I'm doing fine.</w:t>
      </w:r>
      <w:r w:rsidRPr="00127756">
        <w:br/>
      </w:r>
      <w:r w:rsidRPr="00127756">
        <w:lastRenderedPageBreak/>
        <w:t xml:space="preserve">Speaker1: [00:08:08:08] Okay. </w:t>
      </w:r>
      <w:r w:rsidRPr="00BE0EF2">
        <w:t>So what do you think the change has done that you didn't go for a walk before and now you do?</w:t>
      </w:r>
      <w:r w:rsidRPr="00BE0EF2">
        <w:br/>
        <w:t>Speaker2: [00:08:26] He notices that he's better, he himself notices that he's better when he walks, when he sleeps, he doesn't have, he doesn't have problems. He's not suffering from something that makes him take away from walking or something. That is the good thing about him, that he feels well. That's why he has the confidence to be able to go walking.</w:t>
      </w:r>
      <w:r w:rsidRPr="00BE0EF2">
        <w:br/>
      </w:r>
      <w:r w:rsidRPr="00127756">
        <w:t xml:space="preserve">Speaker1: [00:08:48] From admission. </w:t>
      </w:r>
      <w:r w:rsidRPr="00BE0EF2">
        <w:t>Little by little he's been walking and he's been feeling better and he's walking more and more.</w:t>
      </w:r>
      <w:r w:rsidRPr="00BE0EF2">
        <w:br/>
        <w:t>Speaker2: [00:08:54] Yes, and he's doing better and he's walking more, he's getting out more.</w:t>
      </w:r>
      <w:r w:rsidRPr="00BE0EF2">
        <w:br/>
        <w:t>Speaker1: [00:08:56] And he didn't before?</w:t>
      </w:r>
      <w:r w:rsidRPr="00BE0EF2">
        <w:br/>
        <w:t>Speaker2: [00:08:58] He was a little bit scared. The first few days.</w:t>
      </w:r>
      <w:r w:rsidRPr="00BE0EF2">
        <w:br/>
        <w:t>Speaker1: [00:09:00] Normal.</w:t>
      </w:r>
      <w:r w:rsidRPr="00BE0EF2">
        <w:br/>
        <w:t>Speaker3: [00:09:02] Always stairs fine, everything fine.</w:t>
      </w:r>
      <w:r w:rsidRPr="00BE0EF2">
        <w:br/>
        <w:t>Speaker1: [00:09:05] So let's say the only concern you've had was in the beginning right, but after that do you think there</w:t>
      </w:r>
      <w:r w:rsidRPr="00BE0EF2">
        <w:t xml:space="preserve"> might be something wrong?</w:t>
      </w:r>
      <w:r w:rsidRPr="00BE0EF2">
        <w:br/>
        <w:t>Speaker2: [00:09:15] I don't think I, being in your hands... [relief] I don't think so, really. And I say that from my heart, I'm not telling you that because you're here or her, because I know she's in good hands. They have done it like children. When the doctor came in it looks like it was her father or her mother.</w:t>
      </w:r>
      <w:r w:rsidRPr="00BE0EF2">
        <w:br/>
      </w:r>
      <w:r w:rsidRPr="00127756">
        <w:t xml:space="preserve">Speaker1: [00:09:34] Did they take good care of you then? </w:t>
      </w:r>
      <w:r w:rsidRPr="00BE0EF2">
        <w:t>And have they given you any instructions, any orders to walk or exercise?</w:t>
      </w:r>
      <w:r w:rsidRPr="00BE0EF2">
        <w:br/>
        <w:t>Speaker2: [00:09:45] Just about food, that I don't eat nonsense and that's it. That's what the doctor told me, to be careful about your food.</w:t>
      </w:r>
      <w:r w:rsidRPr="00BE0EF2">
        <w:br/>
        <w:t>Speaker4: [00:09:54] And did they give you any nutritional guidelines? This you can eat, this you can't eat....</w:t>
      </w:r>
      <w:r w:rsidRPr="00BE0EF2">
        <w:br/>
        <w:t>Speaker2: [00:10:00] No, for us, those of us who know that you can't eat a lot of meat, little bit, even if it's just once a week. And you don't eat things that has fat, you eat vegeta</w:t>
      </w:r>
      <w:r w:rsidRPr="00BE0EF2">
        <w:t>bles, not heavy things, eat fish. The right thing to do. We're clear on these things.</w:t>
      </w:r>
      <w:r w:rsidRPr="00BE0EF2">
        <w:br/>
        <w:t>Speaker3: [00:10:22] The doctor has told me nothing about eating meat.</w:t>
      </w:r>
      <w:r w:rsidRPr="00BE0EF2">
        <w:br/>
        <w:t>Speaker2: [00:10:26] I did before, I don't now.</w:t>
      </w:r>
      <w:r w:rsidRPr="00BE0EF2">
        <w:br/>
        <w:t>Speaker3: [00:10:28] Not now, not now. Eating meat a little bit.</w:t>
      </w:r>
      <w:r w:rsidRPr="00BE0EF2">
        <w:br/>
        <w:t>Speaker1: [00:10:31] And here the from nursing, they've given you advice of "do these exercises or walk so much".</w:t>
      </w:r>
      <w:r w:rsidRPr="00BE0EF2">
        <w:br/>
        <w:t>Speaker2: [00:10:42] Walk.</w:t>
      </w:r>
      <w:r w:rsidRPr="00BE0EF2">
        <w:br/>
        <w:t>Speaker1: [00:10:43] The only thing they've told you is to walk.</w:t>
      </w:r>
      <w:r w:rsidRPr="00BE0EF2">
        <w:br/>
        <w:t xml:space="preserve">Speaker2: [00:10:44] The only thing </w:t>
      </w:r>
      <w:r w:rsidRPr="00BE0EF2">
        <w:t>they told us is to walk. That it doesn't have to stand still. You know what I mean? It just sits there limp. As long as it moves, it's better.</w:t>
      </w:r>
      <w:r w:rsidRPr="00BE0EF2">
        <w:br/>
        <w:t>Speaker1: [00:10:52] Well, so you think you think this is good?</w:t>
      </w:r>
      <w:r w:rsidRPr="00BE0EF2">
        <w:br/>
        <w:t>Speaker2: [00:10:55] I tell you walking is good.</w:t>
      </w:r>
      <w:r w:rsidRPr="00BE0EF2">
        <w:br/>
        <w:t>Speaker1: [00:10:57] And do you think there are other issues that might be good from doing other exercise things and so on, or not?</w:t>
      </w:r>
      <w:r w:rsidRPr="00BE0EF2">
        <w:br/>
      </w:r>
      <w:r w:rsidRPr="008C1203">
        <w:rPr>
          <w:lang w:val="es-ES"/>
        </w:rPr>
        <w:t xml:space="preserve">Speaker2: [00:11:04] I don't want him to carry weight. </w:t>
      </w:r>
      <w:r w:rsidRPr="00BE0EF2">
        <w:t xml:space="preserve">I don't want it to carry anything </w:t>
      </w:r>
      <w:r w:rsidRPr="00BE0EF2">
        <w:lastRenderedPageBreak/>
        <w:t>much and that's it. I don't want hi</w:t>
      </w:r>
      <w:r w:rsidRPr="00BE0EF2">
        <w:t>m to carry weight or he goes to the market and... No. That didn't leave him. I leave him little thing. Because he goes to the consum and buys a little bag like that and that's it. I don't want him to carry weight.</w:t>
      </w:r>
      <w:r w:rsidRPr="00BE0EF2">
        <w:br/>
        <w:t>Speaker3: [00:11:21] 10-15 kilos.</w:t>
      </w:r>
      <w:r w:rsidRPr="00BE0EF2">
        <w:br/>
        <w:t>Speaker2: [00:11:22] Ten or eight kilos like that, spread out in his hands, that's all.</w:t>
      </w:r>
      <w:r w:rsidRPr="00BE0EF2">
        <w:br/>
        <w:t>Speaker1: [00:11:26] And why?</w:t>
      </w:r>
      <w:r w:rsidRPr="00BE0EF2">
        <w:br/>
        <w:t>Speaker2: [00:11:29] Because of the operation, you know, the catheters... Right now it's got to be quiet.</w:t>
      </w:r>
      <w:r w:rsidRPr="00BE0EF2">
        <w:br/>
        <w:t>Speaker3: [00:11:35] I'm fine.</w:t>
      </w:r>
      <w:r w:rsidRPr="00BE0EF2">
        <w:br/>
        <w:t>Speaker4:</w:t>
      </w:r>
      <w:r w:rsidRPr="00BE0EF2">
        <w:t xml:space="preserve"> [00:11:37] How long ago did you have surgery, six months ago?</w:t>
      </w:r>
      <w:r w:rsidRPr="00BE0EF2">
        <w:br/>
        <w:t>Speaker1: [00:11:40] A little bit longer. But yeah.</w:t>
      </w:r>
      <w:r w:rsidRPr="00BE0EF2">
        <w:br/>
        <w:t>Speaker3: [00:11:45] The first one six months or more, the second one no, four months or three months.</w:t>
      </w:r>
      <w:r w:rsidRPr="00BE0EF2">
        <w:br/>
        <w:t>Speaker2: [00:11:52] From there it was going well, actually.</w:t>
      </w:r>
      <w:r w:rsidRPr="00BE0EF2">
        <w:br/>
        <w:t>Speaker1: [00:11:55] Right, right. I was saying from when we first met it was a little over six months.</w:t>
      </w:r>
      <w:r w:rsidRPr="00BE0EF2">
        <w:br/>
      </w:r>
      <w:r w:rsidRPr="008C1203">
        <w:rPr>
          <w:lang w:val="es-ES"/>
        </w:rPr>
        <w:t>Speaker3: [00:12:00] First yes [since the first yes].</w:t>
      </w:r>
      <w:r w:rsidRPr="008C1203">
        <w:rPr>
          <w:lang w:val="es-ES"/>
        </w:rPr>
        <w:br/>
        <w:t xml:space="preserve">Speaker1: [00:12:02] Okay. </w:t>
      </w:r>
      <w:r w:rsidRPr="00BE0EF2">
        <w:t>Well, carrying a little bit more weight you were</w:t>
      </w:r>
      <w:r w:rsidRPr="00BE0EF2">
        <w:t xml:space="preserve"> telling me, do you think it can play a bad trick on him or can it be a detriment, can it be a bad thing for him?</w:t>
      </w:r>
      <w:r w:rsidRPr="00BE0EF2">
        <w:br/>
        <w:t>Speaker2: [00:12:26] It can be a bad thing if he's carrying weight. Also because of the age. He's almost 69, he's getting to 69, he's not there to carry weight.</w:t>
      </w:r>
      <w:r w:rsidRPr="00BE0EF2">
        <w:br/>
      </w:r>
      <w:r w:rsidRPr="00127756">
        <w:t xml:space="preserve">Speaker3: [00:12:35] There's nothing wrong with the weight. </w:t>
      </w:r>
      <w:r w:rsidRPr="00BE0EF2">
        <w:t>I well. [He feels strong and doesn't mind carrying more weight].</w:t>
      </w:r>
      <w:r w:rsidRPr="00BE0EF2">
        <w:br/>
        <w:t>Speaker4: [00:12:39] You look good to carry weight? You think it would be good to carry weight?</w:t>
      </w:r>
      <w:r w:rsidRPr="00BE0EF2">
        <w:br/>
        <w:t>[the son translates in Arabic]</w:t>
      </w:r>
      <w:r w:rsidRPr="00BE0EF2">
        <w:br/>
        <w:t>Speaker3: [00:12:46] I think, I think. I don't know. I'm sure it would.</w:t>
      </w:r>
      <w:r w:rsidRPr="00BE0EF2">
        <w:br/>
        <w:t>Speaker1: [00:12:49] Is it also because of what they call you Moha or Rebecca?</w:t>
      </w:r>
      <w:r w:rsidRPr="00BE0EF2">
        <w:br/>
        <w:t>Speaker4: [00:12:54] You may think one thing and your son may think another, it's just to comment on that.</w:t>
      </w:r>
      <w:r w:rsidRPr="00BE0EF2">
        <w:br/>
      </w:r>
      <w:r w:rsidRPr="00127756">
        <w:t xml:space="preserve">Speaker2: [00:12:56] He says he can be confident carrying weight. </w:t>
      </w:r>
      <w:r w:rsidRPr="00BE0EF2">
        <w:t>What happens is he hesitates, he says "let's see if something happens to me".</w:t>
      </w:r>
      <w:r w:rsidRPr="00BE0EF2">
        <w:br/>
        <w:t>Speaker3: [00:13:06] From 20 kilos down, more than 20 I don't know, more already?</w:t>
      </w:r>
      <w:r w:rsidRPr="00BE0EF2">
        <w:br/>
        <w:t>Speaker4: [00:13:11] I mean, you look good to carry 20 kilos or less, then you don't know more...</w:t>
      </w:r>
      <w:r w:rsidRPr="00BE0EF2">
        <w:br/>
        <w:t>Speaker2: [00:13:14] 20 or more is already... [implies that that's a lot] And you don't have to prove it either [she laughs, the son is afraid that he might gain weight and hurt himself].</w:t>
      </w:r>
      <w:r w:rsidRPr="00BE0EF2">
        <w:br/>
        <w:t>Speaker3: [00:13:20] No, no. I don't test.</w:t>
      </w:r>
      <w:r w:rsidRPr="00BE0EF2">
        <w:br/>
        <w:t>Speaker1: [00:13:22] Ok</w:t>
      </w:r>
      <w:r w:rsidRPr="00BE0EF2">
        <w:t>ay,</w:t>
      </w:r>
      <w:r w:rsidRPr="00BE0EF2">
        <w:br/>
        <w:t>Speaker3: [00:13:23] More than 20 I don't test.</w:t>
      </w:r>
      <w:r w:rsidRPr="00BE0EF2">
        <w:br/>
        <w:t>Speaker1: [00:13:23] And so here, have you guys come to the hospital to do any kind of rehab? Have you been invited?</w:t>
      </w:r>
      <w:r w:rsidRPr="00BE0EF2">
        <w:br/>
      </w:r>
      <w:r w:rsidRPr="00543BA9">
        <w:lastRenderedPageBreak/>
        <w:t xml:space="preserve">Speaker2: [00:13:34] No, no. </w:t>
      </w:r>
      <w:r w:rsidRPr="00BE0EF2">
        <w:t>I had an appointment, don't know when and they didn't call us, and I didn't remember. I think they told my wife and I think she forgot or something. And the doctor told me today, "I'm going to give you a flyer for another appointment, let her come". Because the truth is we didn't really notice.</w:t>
      </w:r>
      <w:r w:rsidRPr="00BE0EF2">
        <w:br/>
        <w:t>Speaker1: [00:13:54] But to come here to what the gym is, you didn't come. And you would have liked that?</w:t>
      </w:r>
      <w:r w:rsidRPr="00BE0EF2">
        <w:br/>
        <w:t>Speaker2: [00:14:01] We never came.</w:t>
      </w:r>
      <w:r w:rsidRPr="00BE0EF2">
        <w:br/>
        <w:t>[Translates to the father]</w:t>
      </w:r>
      <w:r w:rsidRPr="00BE0EF2">
        <w:br/>
        <w:t>Speaker3: [00:14:07] No, to the street. [that h</w:t>
      </w:r>
      <w:r w:rsidRPr="00BE0EF2">
        <w:t>e wouldn't be particularly excited about coming to the hospital for rehab, he prefers to go outside and walk].</w:t>
      </w:r>
      <w:r w:rsidRPr="00BE0EF2">
        <w:br/>
        <w:t>Speaker2: [00:14:09] He likes to be outdoors more.</w:t>
      </w:r>
      <w:r w:rsidRPr="00BE0EF2">
        <w:br/>
        <w:t>Speaker1: [00:14:13] And would you have liked to have been told about activities to do outdoors or outside?</w:t>
      </w:r>
      <w:r w:rsidRPr="00BE0EF2">
        <w:br/>
      </w:r>
      <w:r w:rsidRPr="008C1203">
        <w:rPr>
          <w:lang w:val="es-ES"/>
        </w:rPr>
        <w:t>[son translates]</w:t>
      </w:r>
      <w:r w:rsidRPr="008C1203">
        <w:rPr>
          <w:lang w:val="es-ES"/>
        </w:rPr>
        <w:br/>
        <w:t xml:space="preserve">Speaker3: [00:14:27] One day a week. </w:t>
      </w:r>
      <w:r w:rsidRPr="00BE0EF2">
        <w:t>[he doesn't understand the question because he answers something else]</w:t>
      </w:r>
      <w:r w:rsidRPr="00BE0EF2">
        <w:br/>
        <w:t xml:space="preserve">Speaker2: [00:14:28] Once in a while he goes to the park where there are some machines. When he finds an empty park, </w:t>
      </w:r>
      <w:r w:rsidRPr="00BE0EF2">
        <w:t>he does go.</w:t>
      </w:r>
      <w:r w:rsidRPr="00BE0EF2">
        <w:br/>
        <w:t>Speaker1: [00:14:40] Yes but, for example, if they had told you "try to do, I make it up, two days a week these exercises" would it have been good for him?.</w:t>
      </w:r>
      <w:r w:rsidRPr="00BE0EF2">
        <w:br/>
        <w:t>[son translates]</w:t>
      </w:r>
      <w:r w:rsidRPr="00BE0EF2">
        <w:br/>
        <w:t>Speaker2: [00:14:50] He says no. That he likes walking the most.</w:t>
      </w:r>
      <w:r w:rsidRPr="00BE0EF2">
        <w:br/>
        <w:t>Speaker3: [00:14:57] I just like to walk.</w:t>
      </w:r>
      <w:r w:rsidRPr="00BE0EF2">
        <w:br/>
        <w:t>Speaker1: [00:15:00] Okay, so would you say that the hospital has helped you or helped you with physical activity and so on?</w:t>
      </w:r>
      <w:r w:rsidRPr="00BE0EF2">
        <w:br/>
        <w:t>Speaker2: [00:15:07] Quite a lot [states it emphatically and with conviction].</w:t>
      </w:r>
      <w:r w:rsidRPr="00BE0EF2">
        <w:br/>
      </w:r>
      <w:r w:rsidRPr="00543BA9">
        <w:t>Speaker1: [00:15:09] How have we helped you?</w:t>
      </w:r>
      <w:r w:rsidRPr="00543BA9">
        <w:br/>
        <w:t xml:space="preserve">Speaker2: [00:15:11] Everything. </w:t>
      </w:r>
      <w:r w:rsidRPr="00BE0EF2">
        <w:t>Advising how he can go, how he has to eat... The truth is that the mouth, the tongue cannot justify what you do. [means there are no words to express all that you have done for them].</w:t>
      </w:r>
      <w:r w:rsidRPr="00BE0EF2">
        <w:br/>
        <w:t>Speaker1: [00:15:21] But from what you've told me no, what you've been told comrades, is to walk.</w:t>
      </w:r>
      <w:r w:rsidRPr="00BE0EF2">
        <w:br/>
        <w:t>Speaker2: [00:15:28] Walking and eating healthy.</w:t>
      </w:r>
      <w:r w:rsidRPr="00BE0EF2">
        <w:br/>
        <w:t>Speaker1: [00:15:29] I mean physical activity.</w:t>
      </w:r>
      <w:r w:rsidRPr="00BE0EF2">
        <w:br/>
        <w:t>Speaker2: [00:15:34] Physical activity they haven't said anything.</w:t>
      </w:r>
      <w:r w:rsidRPr="00BE0EF2">
        <w:br/>
        <w:t>Speaker1: [00:15:34] I mean, just walking?</w:t>
      </w:r>
      <w:r w:rsidRPr="00BE0EF2">
        <w:br/>
        <w:t>Speaker2: [00:15:36] Jus</w:t>
      </w:r>
      <w:r w:rsidRPr="00BE0EF2">
        <w:t>t walking.</w:t>
      </w:r>
      <w:r w:rsidRPr="00BE0EF2">
        <w:br/>
        <w:t>Speaker1: [00:15:38] So, what I was trying to ask is if you would have liked, had a little bit more information about this.</w:t>
      </w:r>
      <w:r w:rsidRPr="00BE0EF2">
        <w:br/>
        <w:t>[translates]</w:t>
      </w:r>
      <w:r w:rsidRPr="00BE0EF2">
        <w:br/>
        <w:t>Speaker4: [00:15:46] Knowing how many days you have to walk or at what intensity or if you have to climb stairs, you have to. In case you would have liked more information.</w:t>
      </w:r>
      <w:r w:rsidRPr="00BE0EF2">
        <w:br/>
        <w:t>[translates]</w:t>
      </w:r>
      <w:r w:rsidRPr="00BE0EF2">
        <w:br/>
      </w:r>
      <w:r w:rsidRPr="00BE0EF2">
        <w:lastRenderedPageBreak/>
        <w:t>Speaker3: [00:16:10] I walk well.</w:t>
      </w:r>
      <w:r w:rsidRPr="00BE0EF2">
        <w:br/>
        <w:t>Speaker2: [00:16:11] He walks well. He walks up the stairs fine.</w:t>
      </w:r>
      <w:r w:rsidRPr="00BE0EF2">
        <w:br/>
        <w:t>Speaker1: [00:16:13] But, for example, now, if you could ask something would yo</w:t>
      </w:r>
      <w:r w:rsidRPr="00BE0EF2">
        <w:t>u like to know something that they would tell you about doing some kind of activity, for example, I'm making this up, "I really like cycling and I want to know if I can cycle" is there a question or something about this that you would have liked?</w:t>
      </w:r>
      <w:r w:rsidRPr="00BE0EF2">
        <w:br/>
        <w:t>[translates]</w:t>
      </w:r>
      <w:r w:rsidRPr="00BE0EF2">
        <w:br/>
        <w:t>Speaker3: [00:16:39] I don't like cycling.</w:t>
      </w:r>
      <w:r w:rsidRPr="00BE0EF2">
        <w:br/>
        <w:t>Speaker1: [00:16:41] It's an example. He's clear that walking is the only thing he likes.</w:t>
      </w:r>
      <w:r w:rsidRPr="00BE0EF2">
        <w:br/>
        <w:t>Speaker3: [00:16:53] Walking, going back to the house, nothing else.</w:t>
      </w:r>
      <w:r w:rsidRPr="00BE0EF2">
        <w:br/>
        <w:t>Speaker1: [00:16:55] Okay, okay, great.</w:t>
      </w:r>
      <w:r w:rsidRPr="00BE0EF2">
        <w:br/>
        <w:t xml:space="preserve">Speaker2: </w:t>
      </w:r>
      <w:r w:rsidRPr="00BE0EF2">
        <w:t>[00:16:58] His idea is that he just says that what he sees good for him, what feels good about walking outdoors. And being entertained by people.</w:t>
      </w:r>
      <w:r w:rsidRPr="00BE0EF2">
        <w:br/>
      </w:r>
      <w:r w:rsidRPr="008C1203">
        <w:rPr>
          <w:lang w:val="es-ES"/>
        </w:rPr>
        <w:t xml:space="preserve">Speaker1: [00:17:06] Okay. </w:t>
      </w:r>
      <w:r w:rsidRPr="00BE0EF2">
        <w:t>And do you think the covid has had any influence on you doing more, walking more or walking less?</w:t>
      </w:r>
      <w:r w:rsidRPr="00BE0EF2">
        <w:br/>
        <w:t>Speaker3: [00:17:16] Same.</w:t>
      </w:r>
      <w:r w:rsidRPr="00BE0EF2">
        <w:br/>
        <w:t>Speaker2: [00:17:19] We are not afraid of covid.</w:t>
      </w:r>
      <w:r w:rsidRPr="00BE0EF2">
        <w:br/>
        <w:t>Speaker1: [00:17:23] Okay, so walking, would you have walked the same with or without covid?</w:t>
      </w:r>
      <w:r w:rsidRPr="00BE0EF2">
        <w:br/>
        <w:t>Speaker3: [00:17:31] Yeah, same same same.</w:t>
      </w:r>
      <w:r w:rsidRPr="00BE0EF2">
        <w:br/>
        <w:t xml:space="preserve">Speaker2: [00:17:32] We wash </w:t>
      </w:r>
      <w:r w:rsidRPr="00BE0EF2">
        <w:t>five times a day. We wash almost all of us, our hands, our mouth, our nose, our face, our ears, our feet.... We have to be clean five times a day, every day. [he means they have to be clean the 5 times they pray every day].</w:t>
      </w:r>
      <w:r w:rsidRPr="00BE0EF2">
        <w:br/>
      </w:r>
      <w:r w:rsidRPr="008C1203">
        <w:rPr>
          <w:lang w:val="es-ES"/>
        </w:rPr>
        <w:t xml:space="preserve">Speaker1: [00:17:51] I understand. </w:t>
      </w:r>
      <w:r w:rsidRPr="00BE0EF2">
        <w:t>Well now, for the last part, to finish is, from now on, how do you see yourself? So the question would be, will you continue to walk from now on and do what you're doing?</w:t>
      </w:r>
      <w:r w:rsidRPr="00BE0EF2">
        <w:br/>
        <w:t>Speaker3: [00:18:09] Yes.</w:t>
      </w:r>
      <w:r w:rsidRPr="00BE0EF2">
        <w:br/>
        <w:t>Speaker2: [00:18:11] That's for sure, it's in the genes.</w:t>
      </w:r>
      <w:r w:rsidRPr="00BE0EF2">
        <w:br/>
        <w:t>Speaker1: [00:18:14] Do you think you're going to do more things, like walking more?9</w:t>
      </w:r>
      <w:r w:rsidRPr="00BE0EF2">
        <w:br/>
        <w:t>[translates]</w:t>
      </w:r>
      <w:r w:rsidRPr="00BE0EF2">
        <w:br/>
        <w:t>Speaker2: [00:18:21] Yes, he can do everything. As long as it looks like he's okay. He goes on. He's not afraid of anything. So walking, he can go shopping.....</w:t>
      </w:r>
      <w:r w:rsidRPr="00BE0EF2">
        <w:br/>
        <w:t>Speaker1: [00:18:38] And why do you like it?</w:t>
      </w:r>
      <w:r w:rsidRPr="00BE0EF2">
        <w:br/>
        <w:t>Speaker3: [00:18:40] For the heart.</w:t>
      </w:r>
      <w:r w:rsidRPr="00BE0EF2">
        <w:br/>
      </w:r>
      <w:r w:rsidRPr="008C1203">
        <w:rPr>
          <w:lang w:val="es-ES"/>
        </w:rPr>
        <w:t xml:space="preserve">Speaker4: [00:18:42] But do you have fun walking? </w:t>
      </w:r>
      <w:r w:rsidRPr="00BE0EF2">
        <w:t>I mean, does it make you happy to go for a walk.</w:t>
      </w:r>
      <w:r w:rsidRPr="00BE0EF2">
        <w:br/>
        <w:t>Speaker3: [00:18:46] Yes, happy.</w:t>
      </w:r>
      <w:r w:rsidRPr="00BE0EF2">
        <w:br/>
        <w:t xml:space="preserve">Speaker2: [00:18:47] If he stayed two </w:t>
      </w:r>
      <w:r w:rsidRPr="00BE0EF2">
        <w:t>days in the house, he almost jumped off the balcony [laughs]. The first days, when he was afraid to go down or up the stairs fresh from surgery....</w:t>
      </w:r>
      <w:r w:rsidRPr="00BE0EF2">
        <w:br/>
        <w:t>Speaker4: [00:18:57] And now just the opposite.</w:t>
      </w:r>
      <w:r w:rsidRPr="00BE0EF2">
        <w:br/>
        <w:t>Speaker3: [00:18:59] I'm climbing up and down the stairs fine now.</w:t>
      </w:r>
      <w:r w:rsidRPr="00BE0EF2">
        <w:br/>
        <w:t>Speaker4: [00:19:01] Do you have an elevator at home?</w:t>
      </w:r>
      <w:r w:rsidRPr="00BE0EF2">
        <w:br/>
        <w:t>Speaker3: [00:19:04] No, no. Third floor.</w:t>
      </w:r>
      <w:r w:rsidRPr="00BE0EF2">
        <w:br/>
      </w:r>
      <w:r w:rsidRPr="00BE0EF2">
        <w:lastRenderedPageBreak/>
        <w:t>Speaker2: [00:19:05] But it's like outside a second, but because we have first floor, then we.</w:t>
      </w:r>
      <w:r w:rsidRPr="00BE0EF2">
        <w:br/>
        <w:t>Speaker1: [00:19:10] And it goes up and down every floor e</w:t>
      </w:r>
      <w:r w:rsidRPr="00BE0EF2">
        <w:t>very day.</w:t>
      </w:r>
      <w:r w:rsidRPr="00BE0EF2">
        <w:br/>
        <w:t>Speaker3: [00:19:13] [Rapid forced breathing gesture] I don't [implies that he doesn't get fatigued going up the stairs].</w:t>
      </w:r>
      <w:r w:rsidRPr="00BE0EF2">
        <w:br/>
        <w:t>Speaker4: [00:19:19] But you can get fatigued at first too if you're not used to it.</w:t>
      </w:r>
      <w:r w:rsidRPr="00BE0EF2">
        <w:br/>
      </w:r>
      <w:r w:rsidRPr="008C1203">
        <w:rPr>
          <w:lang w:val="es-ES"/>
        </w:rPr>
        <w:t xml:space="preserve">Speaker2: [00:19:23] Yes, yes, my mother goes out very little. </w:t>
      </w:r>
      <w:r w:rsidRPr="00BE0EF2">
        <w:t>If it wasn't for him, she hardly goes out at all.</w:t>
      </w:r>
      <w:r w:rsidRPr="00BE0EF2">
        <w:br/>
        <w:t xml:space="preserve">Speaker1: </w:t>
      </w:r>
      <w:r w:rsidRPr="00BE0EF2">
        <w:t>[00:19:28] Okay, well, well then sometimes it's the other way around.</w:t>
      </w:r>
      <w:r w:rsidRPr="00BE0EF2">
        <w:br/>
        <w:t>Speaker2: [00:19:34] Yeah, it's not the same, really. My dad is much more active than my mom.</w:t>
      </w:r>
      <w:r w:rsidRPr="00BE0EF2">
        <w:br/>
      </w:r>
      <w:r w:rsidRPr="008C1203">
        <w:rPr>
          <w:lang w:val="es-ES"/>
        </w:rPr>
        <w:t xml:space="preserve">Speaker1: [00:19:38] Okay, okay. </w:t>
      </w:r>
      <w:r w:rsidRPr="00BE0EF2">
        <w:t>Although you've told me something before that might give me some clue, going forward. Other than walking in terms of physical activity and exercise, would you like to do something else, something different?</w:t>
      </w:r>
      <w:r w:rsidRPr="00BE0EF2">
        <w:br/>
        <w:t>[translates]</w:t>
      </w:r>
      <w:r w:rsidRPr="00BE0EF2">
        <w:br/>
        <w:t>Speaker3: [00:19:59] Something different nothing [no].</w:t>
      </w:r>
      <w:r w:rsidRPr="00BE0EF2">
        <w:br/>
        <w:t>Speaker2: [00:20:01] Walking, back and h</w:t>
      </w:r>
      <w:r w:rsidRPr="00BE0EF2">
        <w:t>ome.</w:t>
      </w:r>
      <w:r w:rsidRPr="00BE0EF2">
        <w:br/>
        <w:t>Speaker1: [00:20:07] It's very clear to him.</w:t>
      </w:r>
      <w:r w:rsidRPr="00BE0EF2">
        <w:br/>
        <w:t>Speaker2: [00:20:10] When he goes to pray, in prayer, it's like it's like training in prayer, because you get up, you pray, you go down, and then you stretch on the floor....</w:t>
      </w:r>
      <w:r w:rsidRPr="00BE0EF2">
        <w:br/>
        <w:t>Speaker1: [00:20:28] Three or four times a day.</w:t>
      </w:r>
      <w:r w:rsidRPr="00BE0EF2">
        <w:br/>
        <w:t>Speaker2: [00:20:32] Five times a day.</w:t>
      </w:r>
      <w:r w:rsidRPr="00BE0EF2">
        <w:br/>
        <w:t>Speaker1: [00:20:35] Pretty much. Some stretching. And postural habits.</w:t>
      </w:r>
      <w:r w:rsidRPr="00BE0EF2">
        <w:br/>
        <w:t>Speaker2: [00:20:38] Yeah.</w:t>
      </w:r>
      <w:r w:rsidRPr="00BE0EF2">
        <w:br/>
        <w:t>Speaker1: [00:20:40] Okay, five times.</w:t>
      </w:r>
      <w:r w:rsidRPr="00BE0EF2">
        <w:br/>
        <w:t xml:space="preserve">Speaker2: [00:20:41] And when you have your head on the floor </w:t>
      </w:r>
      <w:r w:rsidRPr="00BE0EF2">
        <w:t>as well it's a just a thing that poof [puffing like wellness] really, if you try it it's a release, it's a ritual, looping, muscular that you inhibit.</w:t>
      </w:r>
      <w:r w:rsidRPr="00BE0EF2">
        <w:br/>
        <w:t>Speaker3: [00:21:00] Mental.</w:t>
      </w:r>
      <w:r w:rsidRPr="00BE0EF2">
        <w:br/>
        <w:t>Speaker2: [00:21:02] And spiritual.</w:t>
      </w:r>
      <w:r w:rsidRPr="00BE0EF2">
        <w:br/>
        <w:t>Speaker1: [00:21:07] Which is very good.</w:t>
      </w:r>
      <w:r w:rsidRPr="00BE0EF2">
        <w:br/>
      </w:r>
      <w:r w:rsidRPr="008C1203">
        <w:rPr>
          <w:lang w:val="es-ES"/>
        </w:rPr>
        <w:t>Speaker2: [00:21:07] Very good.</w:t>
      </w:r>
      <w:r w:rsidRPr="008C1203">
        <w:rPr>
          <w:lang w:val="es-ES"/>
        </w:rPr>
        <w:br/>
        <w:t xml:space="preserve">Speaker1: [00:21:08] I understand. </w:t>
      </w:r>
      <w:r w:rsidRPr="00BE0EF2">
        <w:t xml:space="preserve">Great. Okay, so then I'd like to ask you if, for example, you had an app or a cell phone that would give you some information, for example "you've been standing still for a long time, get </w:t>
      </w:r>
      <w:r w:rsidRPr="00BE0EF2">
        <w:t>moving." Or tell you how many kilometers you have done. Would these devices help you do the physical activity?</w:t>
      </w:r>
      <w:r w:rsidRPr="00BE0EF2">
        <w:br/>
      </w:r>
      <w:r w:rsidRPr="008C1203">
        <w:rPr>
          <w:lang w:val="es-ES"/>
        </w:rPr>
        <w:t xml:space="preserve">Speaker2: [00:21:34] Well, it will. </w:t>
      </w:r>
      <w:r w:rsidRPr="00BE0EF2">
        <w:t>I'm going to put it on. [doesn't understand the question and answers something else, he thinks it's a recommendation for him to do it, and not a question that if he had that tool, if it would be useful to him]</w:t>
      </w:r>
      <w:r w:rsidRPr="00BE0EF2">
        <w:br/>
        <w:t>[translates]</w:t>
      </w:r>
      <w:r w:rsidRPr="00BE0EF2">
        <w:br/>
        <w:t>Speaker2: [00:22:03] It can take from time to time an hour and a half.</w:t>
      </w:r>
      <w:r w:rsidRPr="00BE0EF2">
        <w:br/>
        <w:t>Speaker1: [00:22:07] What I mean is that with a cell phone or a watch t</w:t>
      </w:r>
      <w:r w:rsidRPr="00BE0EF2">
        <w:t>hat told you things, would you do the same thing?</w:t>
      </w:r>
      <w:r w:rsidRPr="00BE0EF2">
        <w:br/>
        <w:t>Speaker3: [00:22:16] The same thing.</w:t>
      </w:r>
      <w:r w:rsidRPr="00BE0EF2">
        <w:br/>
      </w:r>
      <w:r w:rsidRPr="00BE0EF2">
        <w:lastRenderedPageBreak/>
        <w:t>Speaker4: [00:22:20] There's a lot of people who say, "I need something to tell me to move or to alert me."</w:t>
      </w:r>
      <w:r w:rsidRPr="00BE0EF2">
        <w:br/>
      </w:r>
      <w:r w:rsidRPr="008C1203">
        <w:rPr>
          <w:lang w:val="es-ES"/>
        </w:rPr>
        <w:t xml:space="preserve">Speaker2: [00:22:25] But he doesn't need it. </w:t>
      </w:r>
      <w:r w:rsidRPr="00BE0EF2">
        <w:t>He knows when he comes in and when he goes out. He has about three or four hours a day.</w:t>
      </w:r>
      <w:r w:rsidRPr="00BE0EF2">
        <w:br/>
        <w:t>Speaker3: [00:22:32] If you're well he does [that when he's well he does do that].</w:t>
      </w:r>
      <w:r w:rsidRPr="00BE0EF2">
        <w:br/>
        <w:t>Speaker2: [00:22:34] When he's not well he says he walks a little less, an hour and a half or somethi</w:t>
      </w:r>
      <w:r w:rsidRPr="00BE0EF2">
        <w:t>ng. But when he's well, he walks more.</w:t>
      </w:r>
      <w:r w:rsidRPr="00BE0EF2">
        <w:br/>
        <w:t>Speaker1: [00:22:44] Okay. So. do you think that going with other people besides the wife, going to some park, or other issues would make him walk more? I mean, for example, with the issue of people, if there was somebody, some friend, some family member or your son could have more time, do you think that would help you get out more?</w:t>
      </w:r>
      <w:r w:rsidRPr="00BE0EF2">
        <w:br/>
        <w:t>[translates]</w:t>
      </w:r>
      <w:r w:rsidRPr="00BE0EF2">
        <w:br/>
        <w:t>Speaker3: [00:23:21] Yeah, yeah. With my wife, yeah.</w:t>
      </w:r>
      <w:r w:rsidRPr="00BE0EF2">
        <w:br/>
        <w:t>Speaker1: [00:23:25] And with other people, for example, do you think i</w:t>
      </w:r>
      <w:r w:rsidRPr="00BE0EF2">
        <w:t>t would help you, for example, if your son could or had more time, would you like to or do you think you would go out more?</w:t>
      </w:r>
      <w:r w:rsidRPr="00BE0EF2">
        <w:br/>
      </w:r>
      <w:r w:rsidRPr="008C1203">
        <w:rPr>
          <w:lang w:val="es-ES"/>
        </w:rPr>
        <w:t>Speaker3: [00:23:39] With my wife.</w:t>
      </w:r>
      <w:r w:rsidRPr="008C1203">
        <w:rPr>
          <w:lang w:val="es-ES"/>
        </w:rPr>
        <w:br/>
        <w:t xml:space="preserve">Speaker1: [00:23:40] You like your wife. </w:t>
      </w:r>
      <w:r w:rsidRPr="00BE0EF2">
        <w:t>I understand. Okay, so if your wife was more active, which you told me she wasn't much, she'd go out. Maybe she'd go for more walks?</w:t>
      </w:r>
      <w:r w:rsidRPr="00BE0EF2">
        <w:br/>
        <w:t>Speaker2: [00:23:49] Yeah, yeah, yeah, yeah, yeah, yeah, yeah. The thing is the other one doesn't get out as much. Because she gets tired when she goes out with him, because he pu</w:t>
      </w:r>
      <w:r w:rsidRPr="00BE0EF2">
        <w:t>ts the batteries in her, she goes out with him four times a week and she says, "I don't want to go out anymore." She doesn't even want two days anymore, she ends up dead.</w:t>
      </w:r>
      <w:r w:rsidRPr="00BE0EF2">
        <w:br/>
        <w:t>Speaker1: [00:24:06] And why do you like going out with your wife?</w:t>
      </w:r>
      <w:r w:rsidRPr="00BE0EF2">
        <w:br/>
        <w:t>Speaker2: [00:24:10] If the air passes over my mother's and she's already jealous. Imagine, my mother is her life.</w:t>
      </w:r>
      <w:r w:rsidRPr="00BE0EF2">
        <w:br/>
        <w:t>Speaker1: [00:24:22] So you love her too in those walking moments.</w:t>
      </w:r>
      <w:r w:rsidRPr="00BE0EF2">
        <w:br/>
        <w:t>Speaker4: [00:24:24:24] Do you get happy walking with her?</w:t>
      </w:r>
      <w:r w:rsidRPr="00BE0EF2">
        <w:br/>
        <w:t>Speaker3: [00:24:27] Sure, walkin</w:t>
      </w:r>
      <w:r w:rsidRPr="00BE0EF2">
        <w:t>g, and then latte.</w:t>
      </w:r>
      <w:r w:rsidRPr="00BE0EF2">
        <w:br/>
        <w:t>Speaker2: [00:24:29] Then you go for a drink with her.</w:t>
      </w:r>
      <w:r w:rsidRPr="00BE0EF2">
        <w:br/>
        <w:t>Speaker3: [00:24:32] And then home.</w:t>
      </w:r>
      <w:r w:rsidRPr="00BE0EF2">
        <w:br/>
        <w:t>Speaker2: [00:24:36] She gets some squeals from my mom, and she's like, "what's wrong with you, such and such, I don't know what..."</w:t>
      </w:r>
      <w:r w:rsidRPr="00BE0EF2">
        <w:br/>
        <w:t>[laughs]</w:t>
      </w:r>
      <w:r w:rsidRPr="00BE0EF2">
        <w:br/>
        <w:t>Speaker2: [00:24:41] He's used to this, he's used to this.</w:t>
      </w:r>
      <w:r w:rsidRPr="00BE0EF2">
        <w:br/>
        <w:t>Speaker1: [00:24:48] Okay, okay, so if you guys want to finish up here and nothing, thank you very much.</w:t>
      </w:r>
    </w:p>
    <w:p w14:paraId="4CF3609C" w14:textId="77777777" w:rsidR="00BE0EF2" w:rsidRPr="00BE0EF2" w:rsidRDefault="00BE0EF2" w:rsidP="00BE0EF2">
      <w:pPr>
        <w:pStyle w:val="Ttulo1"/>
      </w:pPr>
      <w:r w:rsidRPr="00BE0EF2">
        <w:t>P013-M3</w:t>
      </w:r>
    </w:p>
    <w:p w14:paraId="2FCE2FDE" w14:textId="77777777" w:rsidR="00BE0EF2" w:rsidRPr="00500250" w:rsidRDefault="00BE0EF2" w:rsidP="00BE0EF2">
      <w:r w:rsidRPr="00BE0EF2">
        <w:t>P013-M3 Interview.m4a</w:t>
      </w:r>
      <w:r w:rsidRPr="00BE0EF2">
        <w:br/>
        <w:t xml:space="preserve">Speaker1: [00:00:00:00] Good Mercedes, I'll tell you a little bit about the interview. We're going to try to be brief and what I'm trying to ask is in three parts. One related to before the </w:t>
      </w:r>
      <w:r w:rsidRPr="00BE0EF2">
        <w:lastRenderedPageBreak/>
        <w:t>event, a little bit about your day to day life before you joined. Then during these six months and a few small questions about how we see ourselves in the future. And all trying to focus that on nutrition and physical activity. So, I would like to start by asking you if anything has changed in your life from before the event, before the admission to now. If anything has changed in your life.</w:t>
      </w:r>
      <w:r w:rsidRPr="00BE0EF2">
        <w:br/>
        <w:t>Speaker2: [00:00:41] Well yes, life more relaxed, more sedentary, more at home I'm on leave without working and that's it. My house, my kids and little else.</w:t>
      </w:r>
      <w:r w:rsidRPr="00BE0EF2">
        <w:br/>
        <w:t>Speaker1: [00:00:54] I remember we talked about, your job used to be quite stressful, I remember. So could you tell me a little bit about this job, how stressful it was, what did you do?</w:t>
      </w:r>
      <w:r w:rsidRPr="00BE0EF2">
        <w:br/>
        <w:t>Speaker2: [00:01:08] Well I was working from the morning. I would get up in the morning, I would take the little girl to school, to the center where she goes, who has Down syndrome, to the center and I would go to work. I was working in Tangier, and I was working in a kitchen giving an average of 150 menus during the week and 300 or so at the weekend with two other people. And then I would leave at 18:00 in the evening to go home and stay home.</w:t>
      </w:r>
      <w:r w:rsidRPr="00BE0EF2">
        <w:br/>
        <w:t>Speaker1: [00:01:32] And what was the kitchen work like?</w:t>
      </w:r>
      <w:r w:rsidRPr="00BE0EF2">
        <w:br/>
        <w:t>Speaker2: [00:01:35] Non-stop, I would stop for half an hour for lunch and that was it. It was a lot of work for not enough staff yet.</w:t>
      </w:r>
      <w:r w:rsidRPr="00BE0EF2">
        <w:br/>
        <w:t>Speaker1: [00:01:42] And then I understand that you would come home and.....</w:t>
      </w:r>
      <w:r w:rsidRPr="00BE0EF2">
        <w:br/>
        <w:t>Speaker2: [00:01:44] Then I was still at home. Picking up the little girl, taking her to IT or whatever she was due that day. And I'd walk in the door of my house at 21:00 at night.</w:t>
      </w:r>
      <w:r w:rsidRPr="00BE0EF2">
        <w:br/>
        <w:t>Speaker1: [00:01:54] And I understand I was pretty exhausted.</w:t>
      </w:r>
      <w:r w:rsidRPr="00BE0EF2">
        <w:br/>
        <w:t>Speaker2: [00:01:56] Exhausted, but to make dinner and to put her [your daughter is referring to] to bed.</w:t>
      </w:r>
      <w:r w:rsidRPr="00BE0EF2">
        <w:br/>
        <w:t>Speaker1: [00:01:59] But it had to be done of course.</w:t>
      </w:r>
      <w:r w:rsidRPr="00BE0EF2">
        <w:br/>
        <w:t>Speaker2: [00:02:00] It had to be done, of course.</w:t>
      </w:r>
      <w:r w:rsidRPr="00BE0EF2">
        <w:br/>
        <w:t>Speaker1: [00:02:02] Okay.</w:t>
      </w:r>
      <w:r w:rsidRPr="00BE0EF2">
        <w:br/>
        <w:t>Speaker2: [00:02:05] And it's changed 100%, because now it's far from that. Now I get up in the morning, I walk her to the center because that's how I exercise and walk too. I'm not stuck in here, I take her to the center....</w:t>
      </w:r>
      <w:r w:rsidRPr="00BE0EF2">
        <w:br/>
        <w:t>Speaker1: [00:02:17] If you want, now as we're going to talk about these six months I'll try to ask you about that. I think, from what we talked about, some questions I'll ask again, but I'd like to get your feedback again. So I think before in the physical activity of yours was based on what you did at work and housework.</w:t>
      </w:r>
      <w:r w:rsidRPr="00BE0EF2">
        <w:br/>
        <w:t>Speaker2: [00:02:38] Yeah, yeah yeah yeah [says emphatically].</w:t>
      </w:r>
      <w:r w:rsidRPr="00BE0EF2">
        <w:br/>
        <w:t>Speaker1: [00:02:40] So let's say when you would come back during the week, go after work to do some walking or do some specific exercise, nothing.</w:t>
      </w:r>
      <w:r w:rsidRPr="00BE0EF2">
        <w:br/>
        <w:t>Speaker2: [00:02:44] Not at all. The best walking that I did was, for example, have you seen the Mercadona? So I would go running [not literally] if I needed something and I didn't take the car to go there, or go to the store up the street or that's it. But to go walking, no. No way, no way!</w:t>
      </w:r>
      <w:r w:rsidRPr="00BE0EF2">
        <w:br/>
        <w:t>Speaker1: [00:03:03] Grocery shopping [as a physical activity] and in your free time?</w:t>
      </w:r>
      <w:r w:rsidRPr="00BE0EF2">
        <w:br/>
        <w:t>Speaker2: [00:03:08] I didn't have any free time, but if I work....</w:t>
      </w:r>
      <w:r w:rsidRPr="00BE0EF2">
        <w:br/>
      </w:r>
      <w:r w:rsidRPr="00BE0EF2">
        <w:lastRenderedPageBreak/>
        <w:t>Speaker1: [00:03:11] Saturday and Sunday too?</w:t>
      </w:r>
      <w:r w:rsidRPr="00BE0EF2">
        <w:br/>
        <w:t>Speaker2: [00:03:12] Saturday and Sunday more work. We didn't free. We didn't work at night, we finished at five o'clock and that's it.</w:t>
      </w:r>
      <w:r w:rsidRPr="00BE0EF2">
        <w:br/>
        <w:t>Speaker1: [00:03:18] Got it.</w:t>
      </w:r>
      <w:r w:rsidRPr="00BE0EF2">
        <w:br/>
        <w:t>Speaker2: [00:03:19] Now that yes, if I had to go to a doctor or something, I would ask for the day, but by release yes, but by release no.</w:t>
      </w:r>
      <w:r w:rsidRPr="00BE0EF2">
        <w:br/>
        <w:t>Speaker1: [00:03:30] So it's clear then that you had the work environment, with co-workers and then here. So that's it, and could it be that you were spending a lot of time on your daughter's homework?</w:t>
      </w:r>
      <w:r w:rsidRPr="00BE0EF2">
        <w:br/>
        <w:t>Speaker2: [00:03:46] On Nerea, on Aroa.</w:t>
      </w:r>
      <w:r w:rsidRPr="00BE0EF2">
        <w:br/>
        <w:t>[Pause because speaker1 crosses out on the sheet]</w:t>
      </w:r>
      <w:r w:rsidRPr="00BE0EF2">
        <w:br/>
        <w:t>Speaker1: [00:03:53] Well, I think that part is pretty much identified. So, since you joined, how have you been feeling and how are you doing?</w:t>
      </w:r>
      <w:r w:rsidRPr="00BE0EF2">
        <w:br/>
        <w:t>Speaker2: [00:04:09] I was really bad at first. Also, you saw me. I was very bad, very down. I didn't feel like getting up. I just didn't have the strength. I just felt very bad. Very bad. My daughter said that it was all here [she points to her head as if to imply that this tiredness was mostly mental], and no. I felt bad, because from having that activity that I had before to not doing anything, the truth is that I felt bad, I didn't feel like going out in the street. Then I was down to 50 kilos. It was similar, I looked like a corpse.</w:t>
      </w:r>
      <w:r w:rsidRPr="00BE0EF2">
        <w:br/>
        <w:t>Speaker1: [00:04:34] We'll see about that later.</w:t>
      </w:r>
      <w:r w:rsidRPr="00BE0EF2">
        <w:br/>
        <w:t>Speaker2: [00:04:38] I would get up in the morning and I would just burst into tears. It was cry, cry, cry, cry. And one day when I went downstairs, I got caught by a Victoria. I don't know if you know her.</w:t>
      </w:r>
      <w:r w:rsidRPr="00BE0EF2">
        <w:br/>
        <w:t>Speaker1: [00:04:48] But in a hospital you say?</w:t>
      </w:r>
      <w:r w:rsidRPr="00BE0EF2">
        <w:br/>
        <w:t>Speaker2: [00:04:50] In the hospital yes.</w:t>
      </w:r>
      <w:r w:rsidRPr="00BE0EF2">
        <w:br/>
        <w:t>Speaker1: [00:04:48] The cardiac rehab nurse.</w:t>
      </w:r>
      <w:r w:rsidRPr="00BE0EF2">
        <w:br/>
        <w:t>Speaker2: [00:04:52] And she gave me a talk that I came out of there, I don't know if she enlightened me or what. And that's when I started to bounce back a little bit.</w:t>
      </w:r>
      <w:r w:rsidRPr="00BE0EF2">
        <w:br/>
      </w:r>
      <w:r w:rsidRPr="00073744">
        <w:t>Speaker1: [00:04:59] What did he say to you?</w:t>
      </w:r>
      <w:r w:rsidRPr="00073744">
        <w:br/>
        <w:t>Speaker2: [00:05:01] Because he said that I had a very heavy backpack, that I had a lot of problems, that it showed. That the pain that I had here [points to the heart] was the pinch and she recommended me a book, that I have it somewhere, that I read it and that she wanted to see me more and that when I went to the physio to see if I could go and see her, and that I had to keep going for my daughter. She told me "you have to think that there are worse people". So, that helped me a lot.</w:t>
      </w:r>
      <w:r w:rsidRPr="00073744">
        <w:br/>
        <w:t>Speaker1: [00:05:28] The psychological support was great.</w:t>
      </w:r>
      <w:r w:rsidRPr="00073744">
        <w:br/>
        <w:t xml:space="preserve">Speaker2: [00:05:31] My Nerea came with me to the hospital, and she said "Mom, everything she told you is true. Will you please get up in the morning, get ready? Now you can go have breakfast with your friends, now that you have time, you've never done that in your life." I've never done that. And he said "and you want to do the favor now". My ex, who has been very supportive, came to call me and said "we are all there for you, you have a little girl". Well, one morning I started to go to breakfast and of course, the first thing that people had not seen me. I had been working for four years and nobody had seen me outside of </w:t>
      </w:r>
      <w:r w:rsidRPr="00073744">
        <w:lastRenderedPageBreak/>
        <w:t>work, going out or anything like that. When they saw me so thin. "And what's wrong with you? What's wrong with you? Are you sick? What's happened to you? And you have to see..." And all the friends I had put aside practically because I couldn't go out, there I saw them. And even now I still have breakfast with them every morning. I take the little girl to the center at nine o'clock and I go to breakfast with them. And that has given me a bit of a new lease on life, I've gained weight. I've put on weight. I think I'm a little better now. A little bit better.</w:t>
      </w:r>
      <w:r w:rsidRPr="00073744">
        <w:br/>
        <w:t>Speaker1: [00:06:46] You're looking better, you're feeling better too. From what you told me about the changes, that stress, that calmness, that calmness that you told me too. Would the social part be a change?</w:t>
      </w:r>
      <w:r w:rsidRPr="00073744">
        <w:br/>
        <w:t>Speaker2: [00:07:04] Yes, yes.</w:t>
      </w:r>
      <w:r w:rsidRPr="00073744">
        <w:br/>
        <w:t>Speaker1: [00:07:04] There has been a very important change there.</w:t>
      </w:r>
      <w:r w:rsidRPr="00073744">
        <w:br/>
        <w:t>Speaker2: [00:07:07] The going out, the talking, that everything was phone and when you could pick it up I've had four years that it was work, home, work, home, work, home, work, home. I also separated, then I had to work, there was no other way.</w:t>
      </w:r>
      <w:r w:rsidRPr="00073744">
        <w:br/>
        <w:t>Speaker1: [00:07:20] I understand. And from what you told me, from the psychological support, I don't know if they told you or if you had the opportunity to attend the talks.</w:t>
      </w:r>
      <w:r w:rsidRPr="00073744">
        <w:br/>
        <w:t>Speaker2: [00:07:31] Yes, it was Wednesday mornings. Yeah, it was Wednesday mornings. I would go from nine to ten, then I would have lunch there and at 10:30 I would go in with Laura, to physio. I was going to the lectures.</w:t>
      </w:r>
      <w:r w:rsidRPr="00073744">
        <w:br/>
        <w:t>Speaker1: [00:07:47] And the talks those. I think Carlos was giving them?</w:t>
      </w:r>
      <w:r w:rsidRPr="00073744">
        <w:br/>
        <w:t>Speaker2: [00:07:51] No, it was a girl.</w:t>
      </w:r>
      <w:r w:rsidRPr="00073744">
        <w:br/>
        <w:t>Speaker1: [00:07:53] That would be Purification then.</w:t>
      </w:r>
      <w:r w:rsidRPr="00073744">
        <w:br/>
        <w:t>Speaker2: [00:07:54] A girl.</w:t>
      </w:r>
      <w:r w:rsidRPr="00073744">
        <w:br/>
        <w:t>Speaker1: [00:07:54] More, shorter and brunette, I think.</w:t>
      </w:r>
      <w:r w:rsidRPr="00073744">
        <w:br/>
        <w:t>Speaker2: [00:07:59] Yeah, she was like that. It's just that she was there in the distance hahaha [laughs]. Yeah, with hair like that [makes hair length gesture].</w:t>
      </w:r>
      <w:r w:rsidRPr="00073744">
        <w:br/>
        <w:t>Speaker1: [00:08:03] So were those talks helpful, did you apply them?</w:t>
      </w:r>
      <w:r w:rsidRPr="00073744">
        <w:br/>
        <w:t>Speaker2: [00:08:07] I don't know, I felt better talking to Victoria than talking to her.</w:t>
      </w:r>
      <w:r w:rsidRPr="00073744">
        <w:br/>
        <w:t>Speaker1: [00:08:12] I guess because just to put us in the situation, those talks that I was telling you about at the beginning, I think they're very generic.</w:t>
      </w:r>
      <w:r w:rsidRPr="00073744">
        <w:br/>
        <w:t>Speaker2: [00:08:21] There were a lot of people there and people of all ages and I don't know, and I was walking in with Victoria and I was on the treadmill and she came in and she was like, "How is my girl today? Today you are more dressed up. Come on, you look good today". And all that cheered you up a little more. Then the confidence you gain with her. Sara who was there, Dr. Quiles. And the psychologist's talk, well, I said, "yes, they are talking about things that..." but maybe that man [another colleague attending the talk] has something else that is not me. The truth is that I was going.</w:t>
      </w:r>
      <w:r w:rsidRPr="00073744">
        <w:br/>
        <w:t>Speaker1: [00:08:53] And what you're telling me about the tapes, which I understand was the part of the rehab that you were doing with Victoria, you saw Laura and also Juan Dr. Quiles.</w:t>
      </w:r>
      <w:r w:rsidRPr="00073744">
        <w:br/>
        <w:t>Speaker2: [00:09:02] There was Dr. Quiles and Sara and then Laura. And Victoria who would stop by every once in a while to go for a walk.</w:t>
      </w:r>
      <w:r w:rsidRPr="00073744">
        <w:br/>
      </w:r>
      <w:r w:rsidRPr="00073744">
        <w:lastRenderedPageBreak/>
        <w:t>Speaker1: [00:09:12] And about how long have you been there?</w:t>
      </w:r>
      <w:r w:rsidRPr="00073744">
        <w:br/>
        <w:t xml:space="preserve">Speaker2: [00:09:14] I've been eight sessions, eight Wednesdays The dates I can't tell you. </w:t>
      </w:r>
      <w:r w:rsidRPr="00500250">
        <w:t>I can't remember.</w:t>
      </w:r>
      <w:r w:rsidRPr="00500250">
        <w:br/>
        <w:t>Speaker1: [00:09:21] Well, because obviously, when we saw each other in July, it wasn't.</w:t>
      </w:r>
      <w:r w:rsidRPr="00500250">
        <w:br/>
        <w:t>Speaker2: [00:09:27] No, no.</w:t>
      </w:r>
      <w:r w:rsidRPr="00500250">
        <w:br/>
        <w:t>Speaker1: [00:09:27] Then we met again in September. I understand that it must have been...</w:t>
      </w:r>
      <w:r w:rsidRPr="00500250">
        <w:br/>
        <w:t>Speaker2: [00:09:32] I finished a month or so ago.</w:t>
      </w:r>
      <w:r w:rsidRPr="00500250">
        <w:br/>
        <w:t>Speaker1: [00:09:33] Right, I wasn't going to tell you. I understand you've gone between September and now.</w:t>
      </w:r>
      <w:r w:rsidRPr="00500250">
        <w:br/>
        <w:t>Speaker2: [00:09:36] Eight Wednesdays I've been.</w:t>
      </w:r>
      <w:r w:rsidRPr="00500250">
        <w:br/>
        <w:t>Speaker1: [00:09:39] Okay. And what were you doing there?</w:t>
      </w:r>
      <w:r w:rsidRPr="00500250">
        <w:br/>
        <w:t>Speaker2: [00:09:42] Well we were doing what we could stand on tape. I've been mostly nothing on the treadmill. Doing treadmill, doing arm exercises, leg exercises... An hour.</w:t>
      </w:r>
      <w:r w:rsidRPr="00500250">
        <w:br/>
        <w:t>Speaker1: [00:09:55] So, were you using any kind of equipment, like rubber bands, weights?</w:t>
      </w:r>
      <w:r w:rsidRPr="00500250">
        <w:br/>
        <w:t>Speaker2: [00:09:57] No, no, tape. I was treadmill. I had to push my heart rate, and the arm thing, nothing. It was warm up. That was it. I was just doing that. And when she got a good look at me, she saw me. Of course, since there is such a long waiting list. Well, she saw me, she said "look, I see you are holding up and so on. I'm going to discharge you, if you feel bad or something, come this way". The tingling in my feet has not gone away. Now I'm going to see the endocrinologist to do some tests, because they say it could be the sugar and the fingers, he says that maybe I'm starting to get rheumatism. But well, I've put on so much weight in the last few years. And maybe now that I have lost so much weight. And I get up in the morning and there is no way. And it hurts. And they sent me another medication, the lyrica, to see if the tingling goes away and it is going well. Otherwise I'm feeling much better.</w:t>
      </w:r>
      <w:r w:rsidRPr="00500250">
        <w:br/>
        <w:t>Speaker1: [00:10:58] I remember once when we met you told me that you were walking, that you were feeling better and better. So I would like to know if apart from walking after going to rehab sessions, have you implemented any changes in terms of activity and exercise or not?</w:t>
      </w:r>
      <w:r w:rsidRPr="00500250">
        <w:br/>
        <w:t>Speaker2: [00:11:18] No, what I do now is walk, I start walking, I take the little girl with me. I go "pa'lante" up. Now in the afternoon, when the other one (daughter) comes, she's working, I take her, I go, I do my lottery, but I go to the farthest administration there is, so I walk. Look next door, here I have a room where I have a treadmill and a bicycle and when I feel like it I get on and do it, but my legs hurt a lot. I can't live with the tingling.</w:t>
      </w:r>
      <w:r w:rsidRPr="00500250">
        <w:br/>
        <w:t>Speaker1: [00:11:42] It's constant and it's annoying. So, from this last week that you've been wearing the device?</w:t>
      </w:r>
      <w:r w:rsidRPr="00500250">
        <w:br/>
        <w:t>Speaker2: [00:11:55] One Friday I was there and I put it on in the afternoon. I don't know if I put it on in the afternoon when I showered or Saturday morning I don't remember anymore and I took it off last Friday. Yes.</w:t>
      </w:r>
      <w:r w:rsidRPr="00500250">
        <w:br/>
        <w:t>Speaker1: [00:12:04] And so it's about that week did you walk every day?</w:t>
      </w:r>
      <w:r w:rsidRPr="00500250">
        <w:br/>
        <w:t>Speaker2: [00:12:10] Yeah, yeah, yeah, I've done the same thing, that like I haven't worn it. Me in my normal, everyday life.</w:t>
      </w:r>
      <w:r w:rsidRPr="00500250">
        <w:br/>
        <w:t>Speaker1: [00:12:15] Yeah, yeah.</w:t>
      </w:r>
      <w:r w:rsidRPr="00500250">
        <w:br/>
      </w:r>
      <w:r w:rsidRPr="00500250">
        <w:lastRenderedPageBreak/>
        <w:t>Speaker2: [00:12:15] Carrying the little girl. Yeah, yeah, same thing.</w:t>
      </w:r>
      <w:r w:rsidRPr="00500250">
        <w:br/>
        <w:t>Speaker1: [00:12:17] And that's in the morning you would go out, you would go for a walk and about how long did you go for a walk?</w:t>
      </w:r>
      <w:r w:rsidRPr="00500250">
        <w:br/>
        <w:t>Speaker2: [00:12:24] It takes me half an hour up and half an hour down.</w:t>
      </w:r>
      <w:r w:rsidRPr="00500250">
        <w:br/>
        <w:t>Speaker1: [00:12:27] Okay.</w:t>
      </w:r>
      <w:r w:rsidRPr="00500250">
        <w:br/>
        <w:t>Speaker2: [00:12:30] Then she leaves at 13:30, we both get off, one thirty and then in the afternoons when she has workshop I take her too.</w:t>
      </w:r>
      <w:r w:rsidRPr="00500250">
        <w:br/>
        <w:t>Speaker1: [00:12:42] So, twice to go back, that's two hours.</w:t>
      </w:r>
      <w:r w:rsidRPr="00500250">
        <w:br/>
        <w:t>Speaker2: [00:12:45] Two hours or four hours depending on what day it's my turn. Because I go to the workshop on Monday, Tuesday and Friday.</w:t>
      </w:r>
      <w:r w:rsidRPr="00500250">
        <w:br/>
        <w:t>Speaker1: [00:12:53] And then the housework.</w:t>
      </w:r>
      <w:r w:rsidRPr="00500250">
        <w:br/>
        <w:t>Speaker2: [00:12:55] And then the housework.</w:t>
      </w:r>
      <w:r w:rsidRPr="00500250">
        <w:br/>
        <w:t>Speaker1: [00:12:58] But for example meeting up with some friends to go for a walk and stuff.</w:t>
      </w:r>
      <w:r w:rsidRPr="00500250">
        <w:br/>
        <w:t>Speaker2: [00:13:01] No, no, no, no, no, I don't meet anyone to go for a walk. I just can't keep up with the pace that normal people do. Until now I couldn't keep up.</w:t>
      </w:r>
      <w:r w:rsidRPr="00500250">
        <w:br/>
        <w:t>Speaker1: [00:13:16] Have you noticed that you've improved compared to before?</w:t>
      </w:r>
      <w:r w:rsidRPr="00500250">
        <w:br/>
        <w:t>Speaker2: [00:13:19] Yes, yes, yes, yes, of course, of course. It used to take me an hour to take the child, and it's in the middle of town. So maybe the day I'm feeling well, it'll take me ten minutes. But before, it used to take me an hour. It took me forever. Sara would say to me, "Have you taken the little girl to the center? And I say "yes". I'm afraid to take the car because I panic, so I walk with her, but I have to take her earlier because the little girl comes in at nine o'clock and I have to get her up at seven o'clock to shower her and not be late. And now it takes me half an hour. [PAUSE] To tell me the little girl "Mom, I'm going alone, I'm going alone, she's going alone and she's coming, but I do it to walk.</w:t>
      </w:r>
      <w:r w:rsidRPr="00500250">
        <w:br/>
        <w:t>Speaker1: [00:13:59] Also.</w:t>
      </w:r>
      <w:r w:rsidRPr="00500250">
        <w:br/>
        <w:t>Speaker2: [00:13:59] "No no, I'll walk with you, I'll walk with you" But I could see that I couldn't, hahaha, my God.</w:t>
      </w:r>
      <w:r w:rsidRPr="00500250">
        <w:br/>
        <w:t>Speaker1: [00:14:06] Well, so let's say that one of the aspects that have helped me to be active is to accompany your daughter.</w:t>
      </w:r>
      <w:r w:rsidRPr="00500250">
        <w:br/>
        <w:t>Speaker2: [00:14:13] Yeah, yeah, yeah, yeah.</w:t>
      </w:r>
      <w:r w:rsidRPr="00500250">
        <w:br/>
        <w:t>Speaker1: [00:14:15] And anything else? I guess Victoria's or Laura's support, maybe, or has that only been when you've gone there?</w:t>
      </w:r>
      <w:r w:rsidRPr="00500250">
        <w:br/>
        <w:t>Speaker2: [00:14:23] Man, it's been when I've gone there. I haven't seen her anymore. Well, the day I went to your thing, yeah, I saw them over there, but not anymore.</w:t>
      </w:r>
      <w:r w:rsidRPr="00500250">
        <w:br/>
        <w:t>Speaker1: [00:14:30] But of all the advice that they've given you, let's say you applied it those days, but you don't apply it anymore. or do you?</w:t>
      </w:r>
      <w:r w:rsidRPr="00500250">
        <w:br/>
        <w:t>Speaker2: [00:14:37] Yeah, yeah.</w:t>
      </w:r>
      <w:r w:rsidRPr="00500250">
        <w:br/>
        <w:t>Speaker1: [00:14:37] I mean the physical activity.</w:t>
      </w:r>
      <w:r w:rsidRPr="00500250">
        <w:br/>
        <w:t>Speaker2: [00:14:39] Yeah, yeah, yeah, yeah, yeah, yeah. I have the bike there, which I used to take it less and the arm exercises in the mornings and everything.</w:t>
      </w:r>
      <w:r w:rsidRPr="00500250">
        <w:br/>
        <w:t>Speaker1: [00:14:45] So, apart from walking and taking Aroa, do you also do cycling?</w:t>
      </w:r>
      <w:r w:rsidRPr="00500250">
        <w:br/>
        <w:t>Speaker2: [00:14:51] Yeah, yeah. And treadmill.</w:t>
      </w:r>
      <w:r w:rsidRPr="00500250">
        <w:br/>
      </w:r>
      <w:r w:rsidRPr="00500250">
        <w:lastRenderedPageBreak/>
        <w:t>Speaker1: [00:14:52] Okay. And do you do that every day now?</w:t>
      </w:r>
      <w:r w:rsidRPr="00500250">
        <w:br/>
        <w:t>Speaker2: [00:14:55] Yeah, even if it's 15 minutes. Yeah, yeah, yeah, yeah, yeah, yeah, yeah.</w:t>
      </w:r>
      <w:r w:rsidRPr="00500250">
        <w:br/>
        <w:t>Speaker1: [00:14:59] Good, that's good.</w:t>
      </w:r>
      <w:r w:rsidRPr="00500250">
        <w:br/>
        <w:t>Speaker2: [00:15:00] But you know it's really good for the tingling in my legs. They just hurt. They just didn't believe it. It's just my legs hurt. It bothers me to wear my sneakers.</w:t>
      </w:r>
      <w:r w:rsidRPr="00500250">
        <w:br/>
        <w:t>Speaker1: [00:15:07] Cycling is also very good because there's no impact. Walking doesn't generate a lot of impact either.</w:t>
      </w:r>
      <w:r w:rsidRPr="00500250">
        <w:br/>
        <w:t>Speaker2: [00:15:14] It's just that in the morning, when I go to bed at night, I cry because of the tingling and the pain that I have in my legs. And that's never happened to me before.</w:t>
      </w:r>
      <w:r w:rsidRPr="00500250">
        <w:br/>
        <w:t>Speaker1: [00:15:28] Okay. So were you worried about doing the physical activity before, taking those walks, or was it because of the admission?</w:t>
      </w:r>
      <w:r w:rsidRPr="00500250">
        <w:br/>
        <w:t>Speaker2: [00:15:38] I've never done sports before. I didn't like it. Yes, I weighed 100 kilos. That tells you everything.</w:t>
      </w:r>
      <w:r w:rsidRPr="00500250">
        <w:br/>
        <w:t>Speaker1: [00:15:44] But then right now you're worried about it?</w:t>
      </w:r>
      <w:r w:rsidRPr="00500250">
        <w:br/>
        <w:t>Speaker2: [00:15:46] I do now, now. I'd like to stay as I am right now. Yes, I do now.</w:t>
      </w:r>
      <w:r w:rsidRPr="00500250">
        <w:br/>
        <w:t>Speaker1: [00:15:50] I have to say when we were starting out you were about BMI, which is body mass index below normal. And now you're between 20 and 25, which is normal.</w:t>
      </w:r>
      <w:r w:rsidRPr="00500250">
        <w:br/>
        <w:t>Speaker2: [00:16:02] One good thing. I just got really skinny.</w:t>
      </w:r>
      <w:r w:rsidRPr="00500250">
        <w:br/>
        <w:t>Speaker1: [00:16:07] Why do you worry about being physically active or exercising?</w:t>
      </w:r>
      <w:r w:rsidRPr="00500250">
        <w:br/>
        <w:t>Speaker2: [00:16:14] Because I feel good now and now I don't want to get fat. I'm getting older and I'm getting older.</w:t>
      </w:r>
      <w:r w:rsidRPr="00500250">
        <w:br/>
        <w:t>Speaker1: [00:16:21] And aside from the physical issue, is there a reason?</w:t>
      </w:r>
      <w:r w:rsidRPr="00500250">
        <w:br/>
        <w:t>Speaker2: [00:16:23] Because now I feel good. I look good now.</w:t>
      </w:r>
      <w:r w:rsidRPr="00500250">
        <w:br/>
        <w:t>Speaker1: [00:16:26] Not just seeing you anymore, but feeling you.</w:t>
      </w:r>
      <w:r w:rsidRPr="00500250">
        <w:br/>
        <w:t>Speaker2: [00:16:28] That was Victoria....</w:t>
      </w:r>
      <w:r w:rsidRPr="00500250">
        <w:br/>
        <w:t>Speaker1: [00:16:32] And you feel, no longer just seeing you, you feel good too don't you?</w:t>
      </w:r>
      <w:r w:rsidRPr="00500250">
        <w:br/>
        <w:t>Speaker2: [00:16:35] I do.</w:t>
      </w:r>
      <w:r w:rsidRPr="00500250">
        <w:br/>
        <w:t>Speaker1: [00:16:39] So do you think the activity and exercise has helped you in these six months?</w:t>
      </w:r>
      <w:r w:rsidRPr="00500250">
        <w:br/>
        <w:t>Speaker2: [00:16:48] Yes. Look, tomorrow I'm going to a lunch with my friends and we're having coffee, because we all have children with problems and I'm 52 years old, another one today is 54 years old. I feel the best of all of us. We are going to eat on the terrace because I have said that I don't go anywhere closed. I'm not going, I'm not going. I'm afraid of how things are. And my daughter, my Nerae, says "mom says but you look like a little girl next to them", I say, "have you seen?". [laughs] That's why I tell you that now I feel fine. I'm going now.</w:t>
      </w:r>
      <w:r w:rsidRPr="00500250">
        <w:br/>
        <w:t>Speaker1: [00:17:27] It makes you feel good to get together with your friends.</w:t>
      </w:r>
      <w:r w:rsidRPr="00500250">
        <w:br/>
        <w:t>Speaker2: [00:17:31] Just like I'm going to tell you that three months ago, I didn't even feel like living, now I feel good.</w:t>
      </w:r>
      <w:r w:rsidRPr="00500250">
        <w:br/>
        <w:t>Speaker1: [00:17:45] I can tell.</w:t>
      </w:r>
      <w:r w:rsidRPr="00500250">
        <w:br/>
        <w:t>Speaker2: [00:17:47]. And I come to tell you that Laura and Victoria have helped me a lot, a lot. Especially Victoria. Because Laura was gymnastics.</w:t>
      </w:r>
      <w:r w:rsidRPr="00500250">
        <w:br/>
        <w:t>Speaker1: [00:17:57] But Victoria was more on top of it.</w:t>
      </w:r>
      <w:r w:rsidRPr="00500250">
        <w:br/>
      </w:r>
      <w:r w:rsidRPr="00500250">
        <w:lastRenderedPageBreak/>
        <w:t>Speaker2: [00:17:59] But Victoria did, she helped me a lot the three times she's taken me on the sidelines.</w:t>
      </w:r>
      <w:r w:rsidRPr="00500250">
        <w:br/>
        <w:t>Speaker1: [00:18:07] Victoria would empathize with you, what do you think helped you the most or how did she help you?</w:t>
      </w:r>
      <w:r w:rsidRPr="00500250">
        <w:br/>
        <w:t>Speaker2: [00:18:19] No, just that. I don't know if she would have any psychology or experience. Because she saw me and she said "you're in a bad way", she just looked at me. She told me "oh how bad you look, what's wrong with you". And of course, I'm not going to tell my life to a person you know from the beginning. I arrived very closed, but he started to talk to me, to tell me, to tell me... He made me cry [crying] and in the end you open up.</w:t>
      </w:r>
      <w:r w:rsidRPr="00500250">
        <w:br/>
        <w:t>Speaker1: [00:18:52] Part of her job is to accompany you and try to give you advice. And to give advice you need to really know each other.</w:t>
      </w:r>
      <w:r w:rsidRPr="00500250">
        <w:br/>
        <w:t>Speaker2: [00:19:05] Because she saw me with my Nerea and she saw me one day when we went to a talk and she said "I don't know why they sent you here" and she saw me so bad and she called me at 15:00 in the afternoon, one day alone. She said "get off, what time can you get off, 15:00 in the afternoon?" I say "yes" and she said "then get off, I want to talk to you". And that's where he caught me. We were the two of us alone and of course, you are sincere because you see that he wants to help you and you say, it is true what you are telling me. I was talking to him about my daughter and I said, Victoria, there are things that when my daughter was born and they took her to La Fe in Valencia, when she had heart surgery, I said "there are some things I don't remember, I have a lot of gaps".</w:t>
      </w:r>
      <w:r w:rsidRPr="00500250">
        <w:br/>
        <w:t>Speaker1: [00:19:43] Shock.</w:t>
      </w:r>
      <w:r w:rsidRPr="00500250">
        <w:br/>
        <w:t>Speaker2: [00:19:44] A lot of gaps, she says "you have to get all that out, you have to get all that out. The relationship with your husband, the problems, all that stuff you have to get out. I'm not going to solve it for you. If they are monetary, etc., but you have to get it out, talk about it, share it. I mean I have been working a lot since I separated. I mean yes, I have girlfriends, but you know what a town is like when you tell one, and everything runs. [She gives to understand that she couldn't unburden herself to anyone, because she didn't trust people because they would tell her their problems.] I don't have a family here, they are all outside, they know what happens to me because I talk a lot with my sister, but....</w:t>
      </w:r>
      <w:r w:rsidRPr="00500250">
        <w:br/>
        <w:t>Speaker1: [00:20:19] Where are you from?</w:t>
      </w:r>
      <w:r w:rsidRPr="00500250">
        <w:br/>
        <w:t>Speaker2: [00:20:20] From Granada. But I don't call my sister to tell her my problems when they have their life and theirs. So my parents are very old now. I can't talk to my parents. My father is 94 years old. And all that was she was pulling me out, she was pulling me out, she was pulling me out, she was pulling me out and I was coming out of the hospital and it seemed like I was coming in on a cloud.</w:t>
      </w:r>
      <w:r w:rsidRPr="00500250">
        <w:br/>
        <w:t>Speaker1: [00:20:39] Getting it out and sharing it.</w:t>
      </w:r>
      <w:r w:rsidRPr="00500250">
        <w:br/>
        <w:t>Speaker2: [00:20:42] And it helped me tremendously. And the change has been because of Victoria. Yes.</w:t>
      </w:r>
      <w:r w:rsidRPr="00500250">
        <w:br/>
        <w:t>Speaker1: [00:20:47] So good, so glad to hear this. Nothing. Going back a little bit to physical activity and exercise, I'd like to ask you if you think it can harm you or are you a little bit afraid of it.</w:t>
      </w:r>
      <w:r w:rsidRPr="00500250">
        <w:br/>
        <w:t>Speaker2: [00:21:03] No, because when I get tired I stop. I'm not going to have a heart attack.</w:t>
      </w:r>
      <w:r w:rsidRPr="00500250">
        <w:br/>
      </w:r>
      <w:r w:rsidRPr="00500250">
        <w:lastRenderedPageBreak/>
        <w:t>Speaker1: [00:21:09]Understood So you don't think you take risk by doing it?</w:t>
      </w:r>
      <w:r w:rsidRPr="00500250">
        <w:br/>
        <w:t>Speaker2: [00:21:16]No. I just don't do anything hard either.</w:t>
      </w:r>
      <w:r w:rsidRPr="00500250">
        <w:br/>
        <w:t>Speaker1: [00:21:17]That's what now what I want to ask you is I mean, everything that you've been telling me about, it's with little to no weight, not a lot of intensity. In fact, the little bit that we'll now see you've been doing, those walks and that exercise that you've done in the previous times, it's been at very light intensity, right?</w:t>
      </w:r>
      <w:r w:rsidRPr="00500250">
        <w:br/>
        <w:t>Speaker2: [00:21:42] Very slowly I've been doing it.</w:t>
      </w:r>
      <w:r w:rsidRPr="00500250">
        <w:br/>
        <w:t>Speaker1: [00:21:44] I'd like to ask you about this, do you think maybe giving you some guidelines of doing some kind of exercise that's a little bit more intense, do you think that would be good for you?</w:t>
      </w:r>
      <w:r w:rsidRPr="00500250">
        <w:br/>
        <w:t>Speaker2: [00:21:57] I don't know. Like I've never done it.</w:t>
      </w:r>
      <w:r w:rsidRPr="00500250">
        <w:br/>
        <w:t>Speaker1: [00:22:00] So, if you were told by Victoria or whoever about cardio, or given some material or some tips or some exercises, a chart would you do it?</w:t>
      </w:r>
      <w:r w:rsidRPr="00500250">
        <w:br/>
        <w:t>Speaker2: [00:22:15] Well yes.</w:t>
      </w:r>
      <w:r w:rsidRPr="00500250">
        <w:br/>
        <w:t>Speaker1: [00:22:17] Where for example, you would have to do something, some more weight, for example on some bands or that you have to do squats.</w:t>
      </w:r>
      <w:r w:rsidRPr="00500250">
        <w:br/>
        <w:t>Speaker2: [00:22:27] Yeah. Because look, this thing that I had it all down [points out arm] harder since I've been doing weights and since I little by little I'm doing.</w:t>
      </w:r>
      <w:r w:rsidRPr="00500250">
        <w:br/>
        <w:t>Speaker1: [00:22:34] But you told me that the only thing that you do is not arm exercises, not weights, right? Or do you do?</w:t>
      </w:r>
      <w:r w:rsidRPr="00500250">
        <w:br/>
        <w:t>Speaker2: [00:22:39] Yeah, you told us to start with a pound, then a pound.</w:t>
      </w:r>
      <w:r w:rsidRPr="00500250">
        <w:br/>
        <w:t>Speaker1: [00:22:43] Okay, okay.</w:t>
      </w:r>
      <w:r w:rsidRPr="00500250">
        <w:br/>
        <w:t>Speaker2: [00:22:44] That I have there's everything. I do a little bit of everything.</w:t>
      </w:r>
      <w:r w:rsidRPr="00500250">
        <w:br/>
        <w:t>Speaker1: [00:22:48] Okay, okay, okay, okay. I had understood that you didn't do that.</w:t>
      </w:r>
      <w:r w:rsidRPr="00500250">
        <w:br/>
        <w:t>Speaker2: [00:22:50] To harden my legs and he told me to keep doing it and as soon as you get tired you stop and if you get exhausted he comes that maybe we have a problem, but I when I get tired, plus I'm not here for an hour either.</w:t>
      </w:r>
      <w:r w:rsidRPr="00500250">
        <w:br/>
        <w:t>Speaker1: [00:23:05] So if they give you a service and they give you a more personalized follow-up, I mean, I give you a sheet with exercises and I tell you okay, in two months we'll see if you've been able to do it and we'll change it a little bit. Would you value that, would you like that?</w:t>
      </w:r>
      <w:r w:rsidRPr="00500250">
        <w:br/>
        <w:t>Speaker2: [00:23:20] I don't like gym, I don't like it.</w:t>
      </w:r>
      <w:r w:rsidRPr="00500250">
        <w:br/>
        <w:t>Speaker1: [00:23:21] But get some tips. It's the same thing that Laura or Victoria were doing, but more individualized and following up.</w:t>
      </w:r>
      <w:r w:rsidRPr="00500250">
        <w:br/>
        <w:t>Speaker2: [00:23:32] I would do it if I felt like it.</w:t>
      </w:r>
      <w:r w:rsidRPr="00500250">
        <w:br/>
        <w:t>Speaker1: [00:23:33] Okay okay,</w:t>
      </w:r>
      <w:r w:rsidRPr="00500250">
        <w:br/>
        <w:t>Speaker2: [00:23:34] I'm just very lazy, I don't do that. I do it because I'm telling you I was finding my arms embarrassing.</w:t>
      </w:r>
      <w:r w:rsidRPr="00500250">
        <w:br/>
        <w:t>Speaker1: [00:23:41] Okay, okay. So just to wrap up the six months that we've been looking at, how do you think covid has influenced this rehabilitation process of yours?</w:t>
      </w:r>
      <w:r w:rsidRPr="00500250">
        <w:br/>
        <w:t>Speaker2: [00:23:55] I just haven't been out on the streets or going to big events or anything like that. I just buy my coffee in the morning on the terrace and that's it. I'm telling you, I haven't gone out.</w:t>
      </w:r>
      <w:r w:rsidRPr="00500250">
        <w:br/>
      </w:r>
      <w:r w:rsidRPr="00500250">
        <w:lastRenderedPageBreak/>
        <w:t>Speaker1: [00:24:06] Do you think if there was no covid it would have made a difference?</w:t>
      </w:r>
      <w:r w:rsidRPr="00500250">
        <w:br/>
        <w:t>Speaker2: [00:24:10] I would have gone out more. Of course, because with my daughter I would go out every Saturday night to dinner with the little girl, even if it was a hamburger. I didn't go out anywhere, I have a hamburger place below me and I haven't seen it yet. It's just that I'm scared.</w:t>
      </w:r>
      <w:r w:rsidRPr="00500250">
        <w:br/>
        <w:t>Speaker1: [00:24:23] I understand. So maybe without pandemic there would have been more situations where you would have walked more, because maybe to go, to go out to the mall.</w:t>
      </w:r>
      <w:r w:rsidRPr="00500250">
        <w:br/>
        <w:t>Speaker2: [00:24:34] Yeah yeah yeah yeah, of course. I haven't seen the Christmas lights yet, and my Nerea said to me, "let's take the car and I'll give you a ride," and I said, "since the fools carry them underneath, you see the lights, they turn around and you lock her in." It's very scary, very scary.</w:t>
      </w:r>
      <w:r w:rsidRPr="00500250">
        <w:br/>
        <w:t>Speaker1: [00:24:47] What's scary to you?</w:t>
      </w:r>
      <w:r w:rsidRPr="00500250">
        <w:br/>
        <w:t>Speaker2: [00:24:49] To take the covid.</w:t>
      </w:r>
      <w:r w:rsidRPr="00500250">
        <w:br/>
        <w:t>Speaker1: [00:24:53] I understand.</w:t>
      </w:r>
      <w:r w:rsidRPr="00500250">
        <w:br/>
        <w:t>Speaker2: [00:24:53] And more so with the little one. And look I was going to the center and I'm taking her. But I don't know whether to listen to the TV, if I don't put the TV on, I'm really scared, really scared. Now yes, I'm more afraid now than when she came out and they locked us up. I'm more scared now.</w:t>
      </w:r>
      <w:r w:rsidRPr="00500250">
        <w:br/>
        <w:t>Speaker1: [00:25:11] The severity part, the severity.</w:t>
      </w:r>
      <w:r w:rsidRPr="00500250">
        <w:br/>
        <w:t>Speaker2: [00:25:14] And if I had them in the center like they have them, my daughter doesn't take her mask off. She so with you she would be with the mask on. You can see that there she has them to rajatabla, to rajatabla. On Sunday she was in the bullring where they took them for a walk and she came saying "mom, people were without masks", and I said "and you have taken them off? And he says "no, I didn't!</w:t>
      </w:r>
      <w:r w:rsidRPr="00500250">
        <w:br/>
        <w:t>Speaker1: [00:25:39] That's because they educate them very well.</w:t>
      </w:r>
      <w:r w:rsidRPr="00500250">
        <w:br/>
        <w:t>Speaker2: [00:25:42] If they're all messed up, the one that doesn't have Down syndrome, is autistic, or has a heart... They have them protected. And this [the covid situation] to the little kids, whatever they say, it's stuck with them.</w:t>
      </w:r>
      <w:r w:rsidRPr="00500250">
        <w:br/>
        <w:t>Speaker1: [00:25:55] Well, just to finish up a little bit, I have a few questions about the future. Going back to the same thing, will you continue to do physical activity and exercise?</w:t>
      </w:r>
      <w:r w:rsidRPr="00500250">
        <w:br/>
        <w:t>Speaker2: [00:26:07] I will as long as I can.</w:t>
      </w:r>
      <w:r w:rsidRPr="00500250">
        <w:br/>
        <w:t>Speaker1: [00:26:08] Would you like to do something different or do more?</w:t>
      </w:r>
      <w:r w:rsidRPr="00500250">
        <w:br/>
        <w:t>Speaker2: [00:26:14] I would like to go back to work [long silence] Not in the kitchen because I won't be able to. Because I don't see myself, but me to get discharged and be able to work.</w:t>
      </w:r>
      <w:r w:rsidRPr="00500250">
        <w:br/>
        <w:t>Speaker1: [00:26:24] And would you like to work somewhere more lively or quieter?</w:t>
      </w:r>
      <w:r w:rsidRPr="00500250">
        <w:br/>
        <w:t>Speaker2: [00:26:30] I don't know. Get out of the house now.</w:t>
      </w:r>
      <w:r w:rsidRPr="00500250">
        <w:br/>
        <w:t>Speaker1: [00:26:33] I understand. Having a routine outside of the house and with remuneration. And for example, regarding what I was talking about with the bike and with weights and stuff, I don't know, would you like to, if you feel good, continue to improve? Well look, I used to lift a bottle of water or a packet of rice and now I use dumbbells.</w:t>
      </w:r>
      <w:r w:rsidRPr="00500250">
        <w:br/>
        <w:t>Speaker2: [00:26:58] Sure, the more strength I get the better.</w:t>
      </w:r>
      <w:r w:rsidRPr="00500250">
        <w:br/>
      </w:r>
      <w:r w:rsidRPr="00500250">
        <w:lastRenderedPageBreak/>
        <w:t>Speaker1: [00:27:03] And why, why would you like that?</w:t>
      </w:r>
      <w:r w:rsidRPr="00500250">
        <w:br/>
        <w:t>Speaker2: [00:27:07] Well, it's a sign that I'm getting stronger. Because before I couldn't put the 20 liter aqua carafe, that one that comes I couldn't put it in the pot, in a tube and now I can put it in.</w:t>
      </w:r>
      <w:r w:rsidRPr="00500250">
        <w:br/>
        <w:t>Speaker1: [00:27:19] And for example walking, would you like to walk longer or faster?</w:t>
      </w:r>
      <w:r w:rsidRPr="00500250">
        <w:br/>
        <w:t>Speaker2: [00:27:26] I don't care about that. It's just like always, I'm going to go with her when I'm coming down I go faster and I take less time, but when I'm going up as I'm going with her I'm pulling and I take more time.</w:t>
      </w:r>
      <w:r w:rsidRPr="00500250">
        <w:br/>
        <w:t>Speaker1: [00:27:33] And do you see any of that on the clock? I mean, how long it takes you to get there, for example.</w:t>
      </w:r>
      <w:r w:rsidRPr="00500250">
        <w:br/>
        <w:t>Speaker2: [00:27:41] At first when I was leaving, not anymore.</w:t>
      </w:r>
      <w:r w:rsidRPr="00500250">
        <w:br/>
        <w:t>Speaker1: [00:27:44] Steps and so on, now I don't. And when you were wearing it did it motivate you a little bit?</w:t>
      </w:r>
      <w:r w:rsidRPr="00500250">
        <w:br/>
        <w:t>Speaker2: [00:27:51] Sometimes I would come in and I didn't remember to take it off and it was there all day [she left her watch on, she laughs] I'm very absent-minded about that, because I don't understand technology.</w:t>
      </w:r>
      <w:r w:rsidRPr="00500250">
        <w:br/>
        <w:t>Speaker1: [00:28:00] But well, sometimes it's not useful for you, but for us it helps us to set goals, right? I mean, "Come on Mercedes, this week at least X days you have to do so many steps". Well, imagine that, right? When I look at this now, I know if those goals have been done or not.</w:t>
      </w:r>
      <w:r w:rsidRPr="00500250">
        <w:br/>
        <w:t>Speaker2: [00:28:18] I think Nerea bought it for me for the same thing and I think I set it for two days and that's it.</w:t>
      </w:r>
      <w:r w:rsidRPr="00500250">
        <w:br/>
        <w:t>Speaker1: [00:28:23] That to you, well sometimes it's been useful to give you an indicator, a number, but it's not really useful to do more or less.</w:t>
      </w:r>
      <w:r w:rsidRPr="00500250">
        <w:br/>
        <w:t>Speaker2: [00:28:31] No, I didn't even know how to put it.</w:t>
      </w:r>
      <w:r w:rsidRPr="00500250">
        <w:br/>
        <w:t>Speaker1: [00:28:37] So the use of technology and so on doesn't increase, no less, no more, indifferent. Okay, and do you think, if covid wasn't around, would there be some situations where you would want to be with other people to do some more activity? I think if I had such a person, I would go more walking with them, or do you walk just to take Aroa?</w:t>
      </w:r>
      <w:r w:rsidRPr="00500250">
        <w:br/>
        <w:t>Speaker2: [00:29:24] I go out, the outings, I have is with my daughter and outside, and me when I go out there by myself.</w:t>
      </w:r>
      <w:r w:rsidRPr="00500250">
        <w:br/>
        <w:t>Speaker1: [00:29:29] So going with other people wouldn't help. Maybe the issue of what you've commented to me, the covid issue does play a role in that. You told me that maybe if the pandemic wasn't there you would go out, right? Maybe not to walk.</w:t>
      </w:r>
      <w:r w:rsidRPr="00500250">
        <w:br/>
        <w:t>Speaker2: [00:29:47] That's what I was going to say, not to walk. What the pandemic has done to us is to lock us in more and not go out. But I used to work and yes, I used to go out on a Saturday night, I'm telling you I had the nights off, but during the week I never went out either. On a Friday night or when the little girl came over, maybe we would go out for a walk, or on Saturdays. Because the older one would go with her boyfriend and I would take Aroa out, but that's it.</w:t>
      </w:r>
      <w:r w:rsidRPr="00500250">
        <w:br/>
        <w:t>Speaker1: [00:30:14] Well, a little bit.</w:t>
      </w:r>
      <w:r w:rsidRPr="00500250">
        <w:br/>
        <w:t>Speaker2: [00:30:16] I'm not one to party or anything.</w:t>
      </w:r>
      <w:r w:rsidRPr="00500250">
        <w:br/>
        <w:t xml:space="preserve">Speaker1: [00:30:18] No, but well, maybe going out to dinner. Like I was telling you, if you </w:t>
      </w:r>
      <w:r w:rsidRPr="00500250">
        <w:lastRenderedPageBreak/>
        <w:t>go somewhere.</w:t>
      </w:r>
      <w:r w:rsidRPr="00500250">
        <w:br/>
        <w:t>Speaker2: [00:30:23] We did have that. On Saturdays it was the same thing she and I would spend the night. At the Chinese place over there or up there, around here, but no more.</w:t>
      </w:r>
      <w:r w:rsidRPr="00500250">
        <w:br/>
        <w:t>Speaker1: [00:30:31] And where you live, which is, I think, an area where you have easy access to do some walking a little bit open. And you think that helps you get out?</w:t>
      </w:r>
      <w:r w:rsidRPr="00500250">
        <w:br/>
        <w:t>Speaker2: [00:30:42] Yeah, I have a really big park over there. The university is right next to it. When I was out walking by myself or so, in the afternoons, I've taken and walked to the mall. I got there, turned around, and got on and it's 3/4 of an hour. That's what I did. Well, that's what I do, I haven't done it, now I do it, because I go where there are not many people. I don't get into the middle of town or anything. That I go down there.</w:t>
      </w:r>
      <w:r w:rsidRPr="00500250">
        <w:br/>
        <w:t>Speaker1: [00:31:12] And just to finish what I was wondering a little bit, how do you think this covid situation might affect you in the future? In terms of that, getting out, doing things, walking?</w:t>
      </w:r>
      <w:r w:rsidRPr="00500250">
        <w:br/>
        <w:t>Speaker2: [00:31:24] It's not going to affect me very much, it's as soon as we can and things are calmer, we'll go out again. But me and everybody, I think psychologically it hasn't affected me that much.</w:t>
      </w:r>
      <w:r w:rsidRPr="00500250">
        <w:br/>
        <w:t>Speaker1: [00:31:38] So in terms of going out and walking, cycling and so on, it hasn't affected you.</w:t>
      </w:r>
      <w:r w:rsidRPr="00500250">
        <w:br/>
        <w:t>Speaker2: [00:31:42] I wasn't one to have much of a street life. The only thing it wasn't the covid, I was the one that locked myself in, I locked myself in more than I did with the covid.</w:t>
      </w:r>
      <w:r w:rsidRPr="00500250">
        <w:br/>
        <w:t>Speaker1: [00:31:50] Got it. Right. But well, if it's okay with you let's wrap it up and thank you very much.</w:t>
      </w:r>
    </w:p>
    <w:p w14:paraId="140F2068" w14:textId="77777777" w:rsidR="00BE0EF2" w:rsidRPr="00500250" w:rsidRDefault="00BE0EF2" w:rsidP="00BE0EF2">
      <w:pPr>
        <w:pStyle w:val="Ttulo1"/>
      </w:pPr>
      <w:r w:rsidRPr="00500250">
        <w:t>P016-M3</w:t>
      </w:r>
    </w:p>
    <w:p w14:paraId="235AF792" w14:textId="77777777" w:rsidR="00BE0EF2" w:rsidRPr="00500250" w:rsidRDefault="00BE0EF2" w:rsidP="00BE0EF2">
      <w:r w:rsidRPr="00500250">
        <w:t>P016-M3 Interview.m4a</w:t>
      </w:r>
      <w:r w:rsidRPr="00500250">
        <w:br/>
        <w:t>Speaker1: [00:00:01] Okay, so none of that. David, we're recording. We already know that this is anonymous. And if at any point you would like us to delete the recording or anything, you tell us. It's erased. All we do is transcribe it so we have more information. Then, so that I don't have to write it down now, it stays there and I will ask you questions. What are we going to do? We are going to look at three periods. We are going to talk about physical activity before admission, after admission and in the future as you would see it. Then I'm going to read the questions, even though I'm going to ask them a little bit more colloquially. So prior to this, in relation to the admission, how has your life changed?</w:t>
      </w:r>
      <w:r w:rsidRPr="00500250">
        <w:br/>
        <w:t>Speaker2: [00:00:48] Radically. Completely. Completely.</w:t>
      </w:r>
      <w:r w:rsidRPr="00500250">
        <w:br/>
        <w:t>Speaker1: [00:00:52] Job issue?</w:t>
      </w:r>
      <w:r w:rsidRPr="00500250">
        <w:br/>
        <w:t>Speaker2: [00:00:53] No, I work the same. What daily life is, quitting smoking, changes, like for example eating habits, sedentary. It changes everything.</w:t>
      </w:r>
      <w:r w:rsidRPr="00500250">
        <w:br/>
        <w:t>Speaker1: [00:01:05] Now do you think you're more sedentary or less sedentary?</w:t>
      </w:r>
      <w:r w:rsidRPr="00500250">
        <w:br/>
        <w:t>Speaker2: [00:01:07] Now? Yeah, but because I've gotten lazy. But no, no, I move more than before. Before I used to go out to work in the afternoon, I used to lay on the couch and spend the whole time on the couch and nothing else. And on weekends, yes, on weekends I did move around. We went out. But come on weekdays that.</w:t>
      </w:r>
      <w:r w:rsidRPr="00500250">
        <w:br/>
      </w:r>
      <w:r w:rsidRPr="00500250">
        <w:lastRenderedPageBreak/>
        <w:t>Speaker1: [00:01:25] That weekday routine. All right. So prior to admission, were you physically active?</w:t>
      </w:r>
      <w:r w:rsidRPr="00500250">
        <w:br/>
        <w:t>Speaker2: [00:01:33] Going out walking [pause thinking]. Going out walking, going out hunting, going out in the country, hiking. That yeah, that's what I did on the weekends.</w:t>
      </w:r>
      <w:r w:rsidRPr="00500250">
        <w:br/>
        <w:t>Speaker1: [00:01:42] Yeah, that's right. You told us about hunting.</w:t>
      </w:r>
      <w:r w:rsidRPr="00500250">
        <w:br/>
        <w:t>Speaker2: [00:01:44] Yeah, that's right, I haven't been in the field in two years.</w:t>
      </w:r>
      <w:r w:rsidRPr="00500250">
        <w:br/>
        <w:t>Speaker1: [00:01:48] Are you looking forward to going back?</w:t>
      </w:r>
      <w:r w:rsidRPr="00500250">
        <w:br/>
        <w:t>Speaker2: [00:01:50] Yeah, to get out in the field. Yes. I'm looking forward to going out. I'm looking forward to going out.</w:t>
      </w:r>
      <w:r w:rsidRPr="00500250">
        <w:br/>
        <w:t>Speaker1: [00:01:56] Okay. And then what kind of activity? Well, you said. Hunting, walking and so on. Where did you used to do it, out in the country?</w:t>
      </w:r>
      <w:r w:rsidRPr="00500250">
        <w:br/>
        <w:t>Speaker2: [00:02:05] Yeah, yeah, around the area of Ibi, Alcoi, this whole area.</w:t>
      </w:r>
      <w:r w:rsidRPr="00500250">
        <w:br/>
        <w:t>Speaker1: [00:02:08] Did you go with other people, did you have a little group?</w:t>
      </w:r>
      <w:r w:rsidRPr="00500250">
        <w:br/>
        <w:t>Speaker2: [00:02:10] Yes, normally yes. Yeah, a little group of friends, usually together. Not all of them all the time, but okay. Yes</w:t>
      </w:r>
      <w:r w:rsidRPr="00500250">
        <w:br/>
        <w:t>Speaker1: [00:02:17] And for example, since the admission have you seen them again?</w:t>
      </w:r>
      <w:r w:rsidRPr="00500250">
        <w:br/>
        <w:t>Speaker2: [00:02:22] Yeah, yeah, we've seen each other, but not exercising. We keep in touch and that's it. [her cat comes and sits next to the interviewer] I've stayed next to you [referring to the cat].</w:t>
      </w:r>
      <w:r w:rsidRPr="00500250">
        <w:br/>
        <w:t>Speaker1: [00:02:33] Yeah, yeah, yeah, yeah, yeah, yeah, yeah.</w:t>
      </w:r>
      <w:r w:rsidRPr="00500250">
        <w:br/>
        <w:t>Speaker2: [00:02:34] You just relax, it's not going to do anything to you.</w:t>
      </w:r>
      <w:r w:rsidRPr="00500250">
        <w:br/>
        <w:t>Speaker1: [00:02:34] No, no, the dogs scare me a little bit more because they bit me .</w:t>
      </w:r>
      <w:r w:rsidRPr="00500250">
        <w:br/>
        <w:t>Speaker2: [00:02:39] If it bothers you or anything I'll take him off of there, but that's just the way he is [still referring to the cat]. Right now he's not trying to get on top of it because he's still like "is he who he is?" [laughs].</w:t>
      </w:r>
      <w:r w:rsidRPr="00500250">
        <w:br/>
        <w:t>Speaker1: [00:02:46] Okay. And so now, for example, the rehab process, once we've already started that, how have you been feeling during these six months? Speaking in general terms.</w:t>
      </w:r>
      <w:r w:rsidRPr="00500250">
        <w:br/>
        <w:t>Speaker2: [00:02:59] Well, I mean, compared to before, better. What happened is that when I came out of anemia, it was difficult... I hit a slump, but when I was exercising I noticed that I wasn't drowning.</w:t>
      </w:r>
      <w:r w:rsidRPr="00500250">
        <w:br/>
        <w:t>Speaker1: [00:03:10] And emotionally?</w:t>
      </w:r>
      <w:r w:rsidRPr="00500250">
        <w:br/>
        <w:t>Speaker2: [00:03:12] Emotionally well, now I'm a little bit annoyed because I feel annoyed, but well, the truth is that emotionally well because of that, because I didn't drown. You saw that if you get tired of the muscle legs, but you weren't drowning. You notice something different. You certainly don't, you're not as bad as you were before.</w:t>
      </w:r>
      <w:r w:rsidRPr="00500250">
        <w:br/>
        <w:t>Speaker1: [00:03:27] But taking away the physical activity part, which we'll ask that now. Before your current state of mind, how were you feeling? Not just in relation to depre activity anymore.</w:t>
      </w:r>
      <w:r w:rsidRPr="00500250">
        <w:br/>
        <w:t>Speaker2: [00:03:45] Depre, depre. It changes you so much... So many years doing the same thing, that suddenly in six months you don't assimilate the change yet, you don't get used to it, you don't get used to it, you don't get used to it. It's not easy, you think it's less... Well, a change of life, of menu, of such and such. No, it is not that easy. It's many years doing it.</w:t>
      </w:r>
      <w:r w:rsidRPr="00500250">
        <w:br/>
        <w:t>Speaker1: [00:04:02] In the end it changes a routine that you were doing.</w:t>
      </w:r>
      <w:r w:rsidRPr="00500250">
        <w:br/>
      </w:r>
      <w:r w:rsidRPr="00500250">
        <w:lastRenderedPageBreak/>
        <w:t>Speaker2: [00:04:03] Exactly. The routine that you don't even think about it, that's what you do every day unconsciously and all of a sudden, hell no, I can't do this. You'd get up and you'd smoke the cigarette, and then, hell no now.</w:t>
      </w:r>
      <w:r w:rsidRPr="00500250">
        <w:br/>
        <w:t>Speaker1: [00:04:14] No, right. And on top of that it's not a progressive thing, it's a radical dry stop.</w:t>
      </w:r>
      <w:r w:rsidRPr="00500250">
        <w:br/>
        <w:t>Speaker2: [00:04:19] Exactly. So if you notice it, what I was saying, what you didn't do before that you didn't even realize. Now you do host, no, I can't do this. Oh shit, I can't eat this cupcake, I can't eat the steak, I'm going to quit.</w:t>
      </w:r>
      <w:r w:rsidRPr="00500250">
        <w:br/>
        <w:t>Speaker1: [00:04:32] You have to think about everything a lot now,</w:t>
      </w:r>
      <w:r w:rsidRPr="00500250">
        <w:br/>
        <w:t>Speaker2: [00:04:35] Exactly what you didn't think about before, you did, now you do think about it.</w:t>
      </w:r>
      <w:r w:rsidRPr="00500250">
        <w:br/>
        <w:t>Speaker1: [00:04:37] Now you do.</w:t>
      </w:r>
      <w:r w:rsidRPr="00500250">
        <w:br/>
        <w:t>Speaker2: [00:04:38] It does change, it does, it does change everything, yes [he says it whispering as if with longing].</w:t>
      </w:r>
      <w:r w:rsidRPr="00500250">
        <w:br/>
        <w:t>Speaker1: [00:04:44] And when did you start rehab?</w:t>
      </w:r>
      <w:r w:rsidRPr="00500250">
        <w:br/>
        <w:t>Speaker2: [00:04:47] Three months, I think. Two. Three months...</w:t>
      </w:r>
      <w:r w:rsidRPr="00500250">
        <w:br/>
        <w:t>Speaker1: [00:04:52] It wasn't right away?</w:t>
      </w:r>
      <w:r w:rsidRPr="00500250">
        <w:br/>
        <w:t>Speaker2: [00:04:54] No, no, no, no, no, no, no, it was a period that also, since it was in July, vacation....</w:t>
      </w:r>
      <w:r w:rsidRPr="00500250">
        <w:br/>
        <w:t>Speaker1: [00:04:58] Right, right.</w:t>
      </w:r>
      <w:r w:rsidRPr="00500250">
        <w:br/>
        <w:t>Speaker2: [00:05:00] It was July 6th or about July 6th around there. Same thing as now, on vacation, so that's, you want to, there was three months there that we didn't do anything.</w:t>
      </w:r>
      <w:r w:rsidRPr="00500250">
        <w:br/>
        <w:t>Speaker1: [00:05:12] And with covid and so on it was a little bit slower.</w:t>
      </w:r>
      <w:r w:rsidRPr="00500250">
        <w:br/>
        <w:t>Speaker2: [00:05:14] So that's why the anemia happened a little bit. It was a surprise because when I started rehab, and they did the blood work, that's when it came out.</w:t>
      </w:r>
      <w:r w:rsidRPr="00500250">
        <w:br/>
        <w:t>Speaker1: [00:05:21] That's true.</w:t>
      </w:r>
      <w:r w:rsidRPr="00500250">
        <w:br/>
        <w:t>Speaker2: [00:05:21] Because up until then since the heart attack, I hadn't had any blood work done. They'd see me in the last rehab classes and they'd say "David you're knackered" and I say "yeah, I'm knackered, and yeah I'm tired and such." I was constipated for a few days and I said, well, constipation is fine, but no way, no way! The next day in rehab I couldn't even get on the bicycle. And then in the blood test it came out.</w:t>
      </w:r>
      <w:r w:rsidRPr="00500250">
        <w:br/>
        <w:t>Speaker1: [00:05:43] Yes, that's why many times, in the end this study is also useful for that, to have more control.</w:t>
      </w:r>
      <w:r w:rsidRPr="00500250">
        <w:br/>
        <w:t>Speaker2: [00:05:48] Yes, because I'm telling you, I hadn't had any blood work done since I was admitted and I don't know how long I had been anemic.</w:t>
      </w:r>
      <w:r w:rsidRPr="00500250">
        <w:br/>
        <w:t>Speaker1: [00:05:55] Well, the normal thing is one blood test a year to see how you're doing, and then they send them again. Just to keep track.</w:t>
      </w:r>
      <w:r w:rsidRPr="00500250">
        <w:br/>
        <w:t>Speaker2: [00:06:01] Exactly.</w:t>
      </w:r>
      <w:r w:rsidRPr="00500250">
        <w:br/>
        <w:t>Speaker1: [00:06:02] And what kind of physical exercise have you been doing in rehab?</w:t>
      </w:r>
      <w:r w:rsidRPr="00500250">
        <w:br/>
        <w:t>Speaker2: [00:06:11] Poof eh [snorts in thought because he can't remember] Walking and cycling.</w:t>
      </w:r>
      <w:r w:rsidRPr="00500250">
        <w:br/>
        <w:t>Speaker1: [00:06:14] And how have you been feeling?</w:t>
      </w:r>
      <w:r w:rsidRPr="00500250">
        <w:br/>
        <w:t xml:space="preserve">Speaker2: [00:06:14] Treadmill and bike. Well, the treadmill was a little bit more difficult </w:t>
      </w:r>
      <w:r w:rsidRPr="00500250">
        <w:lastRenderedPageBreak/>
        <w:t>because of my calves, because I'm a mess. But the bike I was fine with it. Yeah, I loved the bike. They told me that I was going to run on a bike from pedaling hahaha.</w:t>
      </w:r>
      <w:r w:rsidRPr="00500250">
        <w:br/>
        <w:t>Speaker1: [00:06:29] But your calves still hurt?</w:t>
      </w:r>
      <w:r w:rsidRPr="00500250">
        <w:br/>
        <w:t>Speaker2: [00:06:31] Yeah, yeah, yeah, yeah, yeah, yeah, maybe they do. I have an appointment in vascular surgery now, in January. Let's see...</w:t>
      </w:r>
      <w:r w:rsidRPr="00500250">
        <w:br/>
        <w:t>Speaker1: [00:06:36] Let's see what they say. Right? Let's see what solution they give you.</w:t>
      </w:r>
      <w:r w:rsidRPr="00500250">
        <w:br/>
        <w:t>Speaker2: [00:06:39] You're supposed to have some clogged artery in there too [sighs] What can you do....</w:t>
      </w:r>
      <w:r w:rsidRPr="00500250">
        <w:br/>
        <w:t>Speaker1: [00:06:44] And when you're out walking in the afternoon or so. You sounded like you told me that you were using some kind of device, cell phone maybe?</w:t>
      </w:r>
      <w:r w:rsidRPr="00500250">
        <w:br/>
        <w:t>Speaker2: [00:06:51] Yeah, I usually use my watch. One of these watches... [pauses to find out what they're called] A smartphone.</w:t>
      </w:r>
      <w:r w:rsidRPr="00500250">
        <w:br/>
        <w:t>Speaker1: [00:06:56] Yeah. What about? What do you look at, the steps, the frequency...?</w:t>
      </w:r>
      <w:r w:rsidRPr="00500250">
        <w:br/>
        <w:t>Speaker2: [00:07:02] Usually the weather. The time I usually look more at the time I'm on. There are days that it's faster, that I'm going faster, that I'm doing better. And there are days that, well, it follows the line [he means that he marks the target that the cell phone gives him, that he doesn't overdo it].</w:t>
      </w:r>
      <w:r w:rsidRPr="00500250">
        <w:br/>
        <w:t>Speaker1: [00:07:11] Okay, so maybe you look at how many kilometers you've done in 20 minutes, right?</w:t>
      </w:r>
      <w:r w:rsidRPr="00500250">
        <w:br/>
        <w:t>Speaker2: [00:07:15] And the stops in the 20 minutes. See if I stopped or didn't stop, when I stopped.... That's what I look at, rather than the distance that I do. [cat meows] "Nigger, don't be a pain. Now he'll play with you if he wants to" [speaks to the cat].</w:t>
      </w:r>
      <w:r w:rsidRPr="00500250">
        <w:br/>
        <w:t>Speaker1: [00:07:33] Okay. And what aspects have made it easier or harder for you to exercise?</w:t>
      </w:r>
      <w:r w:rsidRPr="00500250">
        <w:br/>
      </w:r>
      <w:r>
        <w:t>Speaker2: [00:07:40] Anemia.</w:t>
      </w:r>
      <w:r>
        <w:br/>
        <w:t>Speaker1: [00:07:41] The twins?</w:t>
      </w:r>
      <w:r>
        <w:br/>
        <w:t xml:space="preserve">Speaker2: [00:07:44] The twins. </w:t>
      </w:r>
      <w:r w:rsidRPr="00500250">
        <w:t>That instead of walking they had to take bicycle or something like that. Otherwise, nothing else. My wife's the one that's just kind of squeezing me "you're on the couch all day".</w:t>
      </w:r>
      <w:r w:rsidRPr="00500250">
        <w:br/>
        <w:t>Speaker1: [00:07:53] And for example, has dating been good for you? Maybe dating your wife.</w:t>
      </w:r>
      <w:r w:rsidRPr="00500250">
        <w:br/>
        <w:t>Speaker2: [00:07:58] Yeah, yeah. At first we were both going out together. Sometimes when she's working she can't make it, and I go out to the garden, as I say. But normally yes, she accompanies me and she pushes me to go out. Not since anemia, because she sees that I'm soft and lazy and that no, that I go out of the garden to the street and I get exhausted quickly and I have to sit down.</w:t>
      </w:r>
      <w:r w:rsidRPr="00500250">
        <w:br/>
        <w:t>Speaker1: [00:08:17] But well, it's a support for you.</w:t>
      </w:r>
      <w:r w:rsidRPr="00500250">
        <w:br/>
        <w:t>Speaker2: [00:08:18] [cat moves] "Don't be a pain in the ass, if I knew I wouldn't let you go."</w:t>
      </w:r>
      <w:r w:rsidRPr="00500250">
        <w:br/>
        <w:t>Speaker1: [00:08:23] [Cat sits on top of the table] "On the sheet you can't sit down, otherwise I can't see the next question." What's this one called?</w:t>
      </w:r>
      <w:r w:rsidRPr="00500250">
        <w:br/>
        <w:t>Speaker2: [00:08:29] This Chimo.</w:t>
      </w:r>
      <w:r w:rsidRPr="00500250">
        <w:br/>
        <w:t>Speaker1: [00:08:30] What about the other one?</w:t>
      </w:r>
      <w:r w:rsidRPr="00500250">
        <w:br/>
        <w:t xml:space="preserve">Speaker2: [00:08:31] The other black guy [removes the shitter on top of the sheets] "No </w:t>
      </w:r>
      <w:r w:rsidRPr="00500250">
        <w:lastRenderedPageBreak/>
        <w:t>man man, he has to read the questions. Come here, dummy." That you're a woman and hala, he wants to get next to you.</w:t>
      </w:r>
      <w:r w:rsidRPr="00500250">
        <w:br/>
        <w:t>Speaker1: [00:08:51] So David, is there anything that worries you about doing physical activity or exercise?</w:t>
      </w:r>
      <w:r w:rsidRPr="00500250">
        <w:br/>
        <w:t>Speaker2: [00:08:56] Mmm, no. Because I go as far as I can and that's it. And that's it. And tomorrow more, well more. Tomorrow less, so less. Well, one day less. But it's not something I'm worried about.</w:t>
      </w:r>
      <w:r w:rsidRPr="00500250">
        <w:br/>
        <w:t>Speaker1: [00:09:08] And do you have a goal or do you go according to your body?</w:t>
      </w:r>
      <w:r w:rsidRPr="00500250">
        <w:br/>
        <w:t>Speaker2: [00:09:12] No, I mean, depending on my body, moving forward, I mean, going back to what I was, let's say. My goal is to go back to how I was, just.</w:t>
      </w:r>
      <w:r w:rsidRPr="00500250">
        <w:br/>
        <w:t>Speaker1: [00:09:20] Because when, for example, when you go out hunting, do you stay still for a long time or do you walk a lot?</w:t>
      </w:r>
      <w:r w:rsidRPr="00500250">
        <w:br/>
        <w:t>Speaker2: [00:09:28] It depends on what you hunt.  It depends on what you hunt, you walk a lot, a lot. Do you know Ibi more or less? Well Foieteses is where the climb to the red spring is, but behind by Bañeres, because there if you kill a goat, you have to drag it to Ibi, and it will weigh 30kg. After having climbed loaded with rifle, loaded with more things .... So that's it. At that time I was not weak.</w:t>
      </w:r>
      <w:r w:rsidRPr="00500250">
        <w:br/>
        <w:t>Speaker1: [00:09:59] That's true, my boss hunted too and then he told me about it and that, that then he had to transport the critter.</w:t>
      </w:r>
      <w:r w:rsidRPr="00500250">
        <w:br/>
        <w:t>Speaker2: [00:10:08] When you go on a hunt or things like that, that's in common with other people, you always go several, you take turns and so on. But if you go on a stalking trip, you go with your rifle, binoculars, you're on your own and you're out in the field by yourself.</w:t>
      </w:r>
      <w:r w:rsidRPr="00500250">
        <w:br/>
        <w:t>Speaker1: [00:10:21] Did you do that by yourself?</w:t>
      </w:r>
      <w:r w:rsidRPr="00500250">
        <w:br/>
        <w:t>Speaker2: [00:10:23] Yeah, most of these yeah, yeah, I usually do. I like that. I go out in the field by myself, I go around, I sit in a huddle.... Usually stalking is like going for a walk, but I take my binoculars with me.</w:t>
      </w:r>
      <w:r w:rsidRPr="00500250">
        <w:br/>
        <w:t>Speaker1: [00:10:37] Just in case hahahaha</w:t>
      </w:r>
      <w:r w:rsidRPr="00500250">
        <w:br/>
        <w:t>Speaker2: [00:10:38] And you're looking, you're looking for something, you're looking for the tracks, "Ah, this way they've moved, this way I'll stay this way."</w:t>
      </w:r>
      <w:r w:rsidRPr="00500250">
        <w:br/>
        <w:t>Speaker1: [00:10:43] Of course, because many times not the same day you're hunting, you're investigating where it moves....</w:t>
      </w:r>
      <w:r w:rsidRPr="00500250">
        <w:br/>
        <w:t>Speaker2: [00:10:49] Maybe you've been seeing some of them all week, from some people, that day there's a storm, you go out and there's not a single one. They're goats, they're animals. One day they're here, tomorrow they're there, the next day they're there, and you take a short walk and you say "oh I got them there" and when you get there there's not a single one and you have to go to the other side.</w:t>
      </w:r>
      <w:r w:rsidRPr="00500250">
        <w:br/>
        <w:t>Speaker1: [00:11:09] How far could you walk in a day of hunting?</w:t>
      </w:r>
      <w:r w:rsidRPr="00500250">
        <w:br/>
        <w:t>Speaker2: [00:11:11:11] 30 or 40 kilometers.</w:t>
      </w:r>
      <w:r w:rsidRPr="00500250">
        <w:br/>
        <w:t>Speaker1: [00:11:13] Really? That's a lot, isn't it? So you were in good shape.</w:t>
      </w:r>
      <w:r w:rsidRPr="00500250">
        <w:br/>
        <w:t>Speaker2: [00:11:17] Keep in mind that you don't do a straight line.</w:t>
      </w:r>
      <w:r w:rsidRPr="00500250">
        <w:br/>
        <w:t>Speaker1: [00:11:19] Right.</w:t>
      </w:r>
      <w:r w:rsidRPr="00500250">
        <w:br/>
        <w:t xml:space="preserve">Speaker2: [00:11:20] It's not taking a trail that you're going from one place to another on </w:t>
      </w:r>
      <w:r w:rsidRPr="00500250">
        <w:lastRenderedPageBreak/>
        <w:t>the trail walking. You're going through the middle of the bush without a trail, where the animals are. So what is a straight line you never do it. The kilometer of the trail, you turn it into three. This way, that way, oh, a ravine, you have to turn around to come out on the other side.</w:t>
      </w:r>
      <w:r w:rsidRPr="00500250">
        <w:br/>
        <w:t>Speaker1: [00:11:39] Because that was all day long?</w:t>
      </w:r>
      <w:r w:rsidRPr="00500250">
        <w:br/>
        <w:t>Speaker2: [00:11:42] Yeah yeah, you would go out from dawn to dusk. And sometimes when you got a little bit more lost. That some of it happened to me hahaha.</w:t>
      </w:r>
      <w:r w:rsidRPr="00500250">
        <w:br/>
        <w:t>Speaker1: [00:11:51] I mean, you must have missed a few times.</w:t>
      </w:r>
      <w:r w:rsidRPr="00500250">
        <w:br/>
        <w:t>Speaker2: [00:11:54] Before GPS yes, yes, the days were bad.</w:t>
      </w:r>
      <w:r w:rsidRPr="00500250">
        <w:br/>
        <w:t>Speaker1: [00:12:00] Well, but you got through it.</w:t>
      </w:r>
      <w:r w:rsidRPr="00500250">
        <w:br/>
        <w:t>Speaker2: [00:12:01] If you know where you are, you know you're between Ibi, Tibi, Onil... At some point you'll show up. Any roadside booth you can go, there's everywhere here some, that's not a problem.</w:t>
      </w:r>
      <w:r w:rsidRPr="00500250">
        <w:br/>
        <w:t>Speaker1: [00:12:15] And in terms of rehabilitation, do you think that physical activity that you had before has helped you in your rehabilitation process?</w:t>
      </w:r>
      <w:r w:rsidRPr="00500250">
        <w:br/>
        <w:t>Speaker2: [00:12:25] Yes. Yes, yes it has. Little bit, but yes. But yeah.</w:t>
      </w:r>
      <w:r w:rsidRPr="00500250">
        <w:br/>
        <w:t>Speaker1: [00:12:31] If maybe you had never done it, maybe it would have cost you more too. Maybe psychologically.</w:t>
      </w:r>
      <w:r w:rsidRPr="00500250">
        <w:br/>
        <w:t>Speaker2: [00:12:36] Yeah, because I'm used to doing that and that's what most motivates me to do it again.</w:t>
      </w:r>
      <w:r w:rsidRPr="00500250">
        <w:br/>
        <w:t>Speaker1: [00:12:42] A motivation of I want to be well so then I can do it again.</w:t>
      </w:r>
      <w:r w:rsidRPr="00500250">
        <w:br/>
        <w:t>Speaker2: [00:12:45] I used to climb a mountain in five minutes and now it takes me an hour, so I want to take five minutes again. I'm never going to take five minutes again [laughs].</w:t>
      </w:r>
      <w:r w:rsidRPr="00500250">
        <w:br/>
        <w:t>Speaker1: [00:12:56] And does that rehab bring you anything positive, have you seen any changes?</w:t>
      </w:r>
      <w:r w:rsidRPr="00500250">
        <w:br/>
        <w:t>Speaker2: [00:13:02] Man, it's hard because since I was really messed up and you see little progress, sometimes it depresses you more than it helps you, but yeah, you know you have to do it and that's it. And then that's the motivation that you have. I want to get back on the field again, so even if my legs hurt, I have to do it.</w:t>
      </w:r>
      <w:r w:rsidRPr="00500250">
        <w:br/>
        <w:t>Speaker1: [00:13:20] That's your goal, to get back to how you were before to keep doing the things that you loved to do.</w:t>
      </w:r>
      <w:r w:rsidRPr="00500250">
        <w:br/>
        <w:t>Speaker2: [00:13:26] Exactly.to get back to normal life, which I know is never going to be the same.</w:t>
      </w:r>
      <w:r w:rsidRPr="00500250">
        <w:br/>
        <w:t>Speaker1: [00:13:30] But at least that there's not that much difference.</w:t>
      </w:r>
      <w:r w:rsidRPr="00500250">
        <w:br/>
        <w:t>Speaker2: [00:13:32] That's right. That I've been since it hit me, not stepping on the field. That's what I want to avoid.</w:t>
      </w:r>
      <w:r w:rsidRPr="00500250">
        <w:br/>
        <w:t>Speaker1: [00:13:38] That you know you're not going to be able to do a marathon, but at least go out and take the walk.</w:t>
      </w:r>
      <w:r w:rsidRPr="00500250">
        <w:br/>
        <w:t>Speaker2: [00:13:45] Same thing I was doing before, no way. But well, exactly. Instead of the rifle, the baton.</w:t>
      </w:r>
      <w:r w:rsidRPr="00500250">
        <w:br/>
        <w:t>Speaker1: [00:13:49] In the end it's not just because of this disease anymore. As time goes on we can do less things compared to before.</w:t>
      </w:r>
      <w:r w:rsidRPr="00500250">
        <w:br/>
      </w:r>
      <w:r w:rsidRPr="00500250">
        <w:lastRenderedPageBreak/>
        <w:t>Speaker2: [00:14:00] I started out bow hunting. Now the bow is much more difficult for me. I've gone to the comfortable. So that's exactly it. We're getting older [laughs].</w:t>
      </w:r>
      <w:r w:rsidRPr="00500250">
        <w:br/>
        <w:t>Speaker1: [00:14:08] But that it's just because we're getting older, that it's not because there's another handicap or anything. And on the contrary, do you think that doing physical exercise is detrimental to you?</w:t>
      </w:r>
      <w:r w:rsidRPr="00500250">
        <w:br/>
        <w:t>Speaker2: [00:14:20] No, no, not really. I'm lazy, it's hard for me, especially getting started.</w:t>
      </w:r>
      <w:r w:rsidRPr="00500250">
        <w:br/>
        <w:t>Speaker1: [00:14:25] Willpower, it's hard for all of us at the beginning.</w:t>
      </w:r>
      <w:r w:rsidRPr="00500250">
        <w:br/>
        <w:t>Speaker2: [00:14:29] With the cold weather now, go out and hunt, you do it.... You do it in the end. And to hunt worse, you get up without the animal showing up, plus it snows, it rains, and whatever it does you spend all day in the field. Now I think about it and say "I was crazy" [all laugh].</w:t>
      </w:r>
      <w:r w:rsidRPr="00500250">
        <w:br/>
        <w:t>[all laugh]</w:t>
      </w:r>
      <w:r w:rsidRPr="00500250">
        <w:br/>
        <w:t>Speaker2: [00:14:46] I got a screw loose one of these days, because it can't be.</w:t>
      </w:r>
      <w:r w:rsidRPr="00500250">
        <w:br/>
        <w:t>Speaker1: [00:14:51] But because they're things that you like and at the time you enjoy them a lot and you don't care about that little risk. Do you think you take risks doing physical exercise? In the field we know you do, but now?</w:t>
      </w:r>
      <w:r w:rsidRPr="00500250">
        <w:br/>
        <w:t>Speaker2: [00:15:04] No. Not now, not now, no risk at all. Even what I would do before without even thinking about it, now I think about it, I say, "Ugh, I have to go back". That yes, hell, if I fall and I break something or I can't crawl back to the car.</w:t>
      </w:r>
      <w:r w:rsidRPr="00500250">
        <w:br/>
        <w:t>Speaker1: [00:15:21] Yeah, but there's a lot of people that tell us for example, "I don't want to do too much exercise in case I have a heart attack".</w:t>
      </w:r>
      <w:r w:rsidRPr="00500250">
        <w:br/>
        <w:t>Speaker2: [00:15:28] That happened to me during the first months, when they told me to stay still, calm down, until we start the rehabilitation, I was saying "oh, I don't move even by the cup, lest..." But the truth is that after two or three months you realize that no, that it's the opposite, that you have to move to get things going.</w:t>
      </w:r>
      <w:r w:rsidRPr="00500250">
        <w:br/>
        <w:t>Speaker1: [00:15:46] Would you have liked to start rehab earlier?</w:t>
      </w:r>
      <w:r w:rsidRPr="00500250">
        <w:br/>
        <w:t>Speaker2: [00:15:49] No. I think when I started it was fine.</w:t>
      </w:r>
      <w:r w:rsidRPr="00500250">
        <w:br/>
        <w:t>Speaker1: [00:15:51] That date okay?</w:t>
      </w:r>
      <w:r w:rsidRPr="00500250">
        <w:br/>
        <w:t>Speaker2: [00:15:52] Yeah, yeah, yeah, yeah, yeah, yeah, yeah. That time to stop, to reflect, to adapt was good.</w:t>
      </w:r>
      <w:r w:rsidRPr="00500250">
        <w:br/>
        <w:t>Speaker1: [00:15:59] On a psychological level maybe?</w:t>
      </w:r>
      <w:r w:rsidRPr="00500250">
        <w:br/>
        <w:t>Speaker2: [00:16:01] Yes, yes, yes, yes, yes, I'm telling you, yes.</w:t>
      </w:r>
      <w:r w:rsidRPr="00500250">
        <w:br/>
        <w:t>Speaker1: [00:16:05] Okay, okay, okay. And did the healthcare staff give you instructions on physical activity?</w:t>
      </w:r>
      <w:r w:rsidRPr="00500250">
        <w:br/>
        <w:t>Speaker2: [00:16:09] Yes, yes, yes, yes, yes, yes. And nutrition and everything. Yes.</w:t>
      </w:r>
      <w:r w:rsidRPr="00500250">
        <w:br/>
        <w:t>Speaker1: [00:16:13] Who, the doctor, the physios?</w:t>
      </w:r>
      <w:r w:rsidRPr="00500250">
        <w:br/>
        <w:t>Speaker2: [00:16:17] Uh, the physios, the physios rather. They're the ones that have been telling me, "well look, you walk, you've got it bad, take the bike, it's better than walking". Always looking for an alternative so you don't get stuck.</w:t>
      </w:r>
      <w:r w:rsidRPr="00500250">
        <w:br/>
        <w:t>Speaker1: [00:16:26] And for example, that in rehabilitation, right? And at home did they send you exercises for once you finished rehab? So that you can continue to do some exercises.</w:t>
      </w:r>
      <w:r w:rsidRPr="00500250">
        <w:br/>
        <w:t xml:space="preserve">Speaker2: [00:16:34] Only during rehab. In the morning you have to do some exercises like </w:t>
      </w:r>
      <w:r w:rsidRPr="00500250">
        <w:lastRenderedPageBreak/>
        <w:t>neck exercises, stretching... Mostly stretching and warming up, mostly that.</w:t>
      </w:r>
      <w:r w:rsidRPr="00500250">
        <w:br/>
        <w:t>Speaker1: [00:16:44] And anything else? An example, squat exercises, getting up from the chair?</w:t>
      </w:r>
      <w:r w:rsidRPr="00500250">
        <w:br/>
        <w:t>Speaker2: [00:16:51] No, not that kind of exercise. That you do.</w:t>
      </w:r>
      <w:r w:rsidRPr="00500250">
        <w:br/>
        <w:t>Speaker1: [00:16:53] Ah, okay, I mean, they tell you you have to exercise but they don't tell you maybe what.</w:t>
      </w:r>
      <w:r w:rsidRPr="00500250">
        <w:br/>
        <w:t>Speaker2: [00:16:58] Yes, they will teach you how to warm up and so on so that you don't have any problems, but that you do, whatever, but that you move, that you walk.</w:t>
      </w:r>
      <w:r w:rsidRPr="00500250">
        <w:br/>
        <w:t>Speaker1: [00:17:07] Get moving, right? They do encourage you to move.</w:t>
      </w:r>
      <w:r w:rsidRPr="00500250">
        <w:br/>
        <w:t>Speaker2: [00:17:11] I mean, they look for when you're there the first few days what you're better at and then you're worse at, so look, since you're better at this, you try at home to continue with this.</w:t>
      </w:r>
      <w:r w:rsidRPr="00500250">
        <w:br/>
        <w:t>Speaker1: [00:17:21] Okay. And has anyone helped you to do physical activity? We're talking about hospital staff or externally, like maybe your wife, who's been helping you out.</w:t>
      </w:r>
      <w:r w:rsidRPr="00500250">
        <w:br/>
        <w:t>Speaker2: [00:17:31] My wife when it comes to getting into the weeds.</w:t>
      </w:r>
      <w:r w:rsidRPr="00500250">
        <w:br/>
        <w:t>Speaker1: [00:17:36] Okay. And she helps you with that. She ticks you off and she also goes with you to sometimes when she can.</w:t>
      </w:r>
      <w:r w:rsidRPr="00500250">
        <w:br/>
        <w:t>Speaker2: [00:17:40] Yeah. It's appreciated. He's got enough trouble.</w:t>
      </w:r>
      <w:r w:rsidRPr="00500250">
        <w:br/>
        <w:t>Speaker1: [00:17:46] And what would you have liked to, for example, get more support as well?</w:t>
      </w:r>
      <w:r w:rsidRPr="00500250">
        <w:br/>
        <w:t>Speaker2: [00:17:50] Actually, it was good. No, no, I didn't miss anything. Quite the contrary, they've been concerned every time I said hey, my calf hurts. Well, look, I'll make an appointment for this. On the contrary, whatever I commented, they were immediately concerned. No, they didn't just brush it aside.</w:t>
      </w:r>
      <w:r w:rsidRPr="00500250">
        <w:br/>
        <w:t>Speaker1: [00:18:04] Not just on the physical activity or the nutrition thing anymore, but on the appointments, like you just told me.</w:t>
      </w:r>
      <w:r w:rsidRPr="00500250">
        <w:br/>
        <w:t>Speaker2: [00:18:08] Exactly in dating. So "hey, this is happening to me", "well I'm going to make an appointment with this guy with such and such". No, no, actually that's great.</w:t>
      </w:r>
      <w:r w:rsidRPr="00500250">
        <w:br/>
        <w:t>Speaker1: [00:18:16] And then, for example, this is a section that we've obviously put in these times. How has covid influenced that physical activity? Do you think if it hadn't been there, would you do more? Would you do less? Would you do a different kind of activity?</w:t>
      </w:r>
      <w:r w:rsidRPr="00500250">
        <w:br/>
        <w:t>Speaker2: [00:18:31] No, because the activity was usually done outside. So it's not a thing that covid exactly influenced. It didn't affect me, not in that, in other things yes, but not in exercise.</w:t>
      </w:r>
      <w:r w:rsidRPr="00500250">
        <w:br/>
        <w:t>Speaker1: [00:18:44] That if you were recovered the covid wouldn't influence you going out hunting.</w:t>
      </w:r>
      <w:r w:rsidRPr="00500250">
        <w:br/>
        <w:t>Speaker2: [00:18:50] Exactly, mask and be done with it. Absurd for the middle of the bush. But good.</w:t>
      </w:r>
      <w:r w:rsidRPr="00500250">
        <w:br/>
        <w:t>Speaker1: [00:18:54] Yeah, well, now yeah, well, we're not going to talk about that because it would be a speech, but yeah.</w:t>
      </w:r>
      <w:r w:rsidRPr="00500250">
        <w:br/>
        <w:t>Speaker2: [00:19:01] Absurdities of this [wearing the mask in the bush].</w:t>
      </w:r>
      <w:r w:rsidRPr="00500250">
        <w:br/>
        <w:t xml:space="preserve">Speaker1: [00:19:04] Alright, and now we're past the second period and we're thinking about the future, do you think you'll continue to be physically active once you're done with </w:t>
      </w:r>
      <w:r w:rsidRPr="00500250">
        <w:lastRenderedPageBreak/>
        <w:t>cardiac rehab, do you think so?</w:t>
      </w:r>
      <w:r w:rsidRPr="00500250">
        <w:br/>
        <w:t>Speaker2: [00:19:22] Yes, yes, yes, yes, yes.</w:t>
      </w:r>
      <w:r w:rsidRPr="00500250">
        <w:br/>
        <w:t>Speaker1: [00:19:23] From what you've told me yes.</w:t>
      </w:r>
      <w:r w:rsidRPr="00500250">
        <w:br/>
        <w:t>Speaker2: [00:19:24] Yeah, yeah, yeah, yeah. Come on, I don't even doubt it. Yeah, yeah yeah yeah. I'm looking forward to recovering so I can do what I was doing and what I was doing takes physical activity yes or yes.</w:t>
      </w:r>
      <w:r w:rsidRPr="00500250">
        <w:br/>
        <w:t>Speaker1: [00:19:34] And so would you like to increase those physical activity levels?</w:t>
      </w:r>
      <w:r w:rsidRPr="00500250">
        <w:br/>
        <w:t>Speaker2: [00:19:38] Yes.</w:t>
      </w:r>
      <w:r w:rsidRPr="00500250">
        <w:br/>
        <w:t>Speaker1: [00:19:39] Progressively, right?</w:t>
      </w:r>
      <w:r w:rsidRPr="00500250">
        <w:br/>
        <w:t>Speaker2: [00:19:41] Yeah. This little break has been really good for me because I know I've been living a crazy life. This little break has really been great. More please. But well, we have to keep up, otherwise we're going to die.</w:t>
      </w:r>
      <w:r w:rsidRPr="00500250">
        <w:br/>
        <w:t>Speaker1: [00:19:55] And how do you deal with it now? Because, for example, once you've finished cardiac rehab to get back to how you were before, what are you going to do to get to that? I mean, are you going to keep walking, do you plan on asking anybody?</w:t>
      </w:r>
      <w:r w:rsidRPr="00500250">
        <w:br/>
        <w:t>Speaker2: [00:20:10] Do more exercise than I was doing before. Not asking anybody. Just what I didn't do before during the week, I do now. Instead of sitting on the couch all afternoon, I'm going out shopping or going for a walk, which before I usually only did on the weekends. Now it's a little bit more physical activity in the evenings, since I don't work, because otherwise I don't even get back to the shadow of what I used to do.</w:t>
      </w:r>
      <w:r w:rsidRPr="00500250">
        <w:br/>
        <w:t>Speaker1: [00:20:35] Yeah, a progression. Get into a routine.</w:t>
      </w:r>
      <w:r w:rsidRPr="00500250">
        <w:br/>
        <w:t>Speaker2: [00:20:38] Exactly. Not going back to the routine of before, but just doing a little bit more during the week that I wasn't doing anything, doing something.</w:t>
      </w:r>
      <w:r w:rsidRPr="00500250">
        <w:br/>
        <w:t>Speaker1: [00:20:46] And another type of exercise other than, for example, hunting, do you have anything in mind what would you like?</w:t>
      </w:r>
      <w:r w:rsidRPr="00500250">
        <w:br/>
        <w:t>Speaker2: [00:20:51] No, I'm not a sportsman at all.</w:t>
      </w:r>
      <w:r w:rsidRPr="00500250">
        <w:br/>
        <w:t>Speaker1: [00:20:54] Well, I was going to tell you that you are a sportsman, because in the end hunting is something where you move around a lot.</w:t>
      </w:r>
      <w:r w:rsidRPr="00500250">
        <w:br/>
        <w:t>Speaker2: [00:20:59] Yeah, but you don't look at what the sport itself is, what you do walking and such. Yeah, when you get to the end of the day that you're like, "Fuck I can't stand up." Yeah, it's a beating, but that's not why you do it.</w:t>
      </w:r>
      <w:r w:rsidRPr="00500250">
        <w:br/>
        <w:t>Speaker1: [00:21:10] And getting into a gym, for example, don't you look forward to it?</w:t>
      </w:r>
      <w:r w:rsidRPr="00500250">
        <w:br/>
        <w:t>Speaker2: [00:21:12] No.</w:t>
      </w:r>
      <w:r w:rsidRPr="00500250">
        <w:br/>
        <w:t>Speaker1: [00:21:14] You're not thinking about it?</w:t>
      </w:r>
      <w:r w:rsidRPr="00500250">
        <w:br/>
        <w:t>Speaker2: [00:21:15] I did swimming many years ago. I've done everything. Everything, everything. I'm just not a sportsman. Sports is not something that I like. I the couch, the TV, kittens lying on top. So that's it.</w:t>
      </w:r>
      <w:r w:rsidRPr="00500250">
        <w:br/>
        <w:t>Speaker1: [00:21:27] Why did you call him Chimo?</w:t>
      </w:r>
      <w:r w:rsidRPr="00500250">
        <w:br/>
        <w:t>Speaker2: [00:21:29] They called him that, when I adopted him he already had that name and I didn't change it.</w:t>
      </w:r>
      <w:r w:rsidRPr="00500250">
        <w:br/>
        <w:t>Speaker1: [00:21:33] Oh, okay, okay.</w:t>
      </w:r>
      <w:r w:rsidRPr="00500250">
        <w:br/>
        <w:t>Speaker2: [00:21:35] No, I didn't want to change it.</w:t>
      </w:r>
      <w:r w:rsidRPr="00500250">
        <w:br/>
        <w:t>Speaker1: [00:21:37] Because a very human name, I think it's funny.</w:t>
      </w:r>
      <w:r w:rsidRPr="00500250">
        <w:br/>
      </w:r>
      <w:r w:rsidRPr="00500250">
        <w:lastRenderedPageBreak/>
        <w:t>Speaker2: [00:21:40] Those who like animals, they give them human names. You realize that those who like animals a lot, they give them human names.</w:t>
      </w:r>
      <w:r w:rsidRPr="00500250">
        <w:br/>
        <w:t>Speaker1: [00:21:50] Well look, I'll check it out.</w:t>
      </w:r>
      <w:r w:rsidRPr="00500250">
        <w:br/>
        <w:t>Speaker2: [00:21:51] They humanize them.</w:t>
      </w:r>
      <w:r w:rsidRPr="00500250">
        <w:br/>
        <w:t>Speaker1: [00:21:53] Yeah, okay, nothing. We're down to two little questions. If I were to provide you with, for example, some device or some chart or even from the hospital saying "look David, since we know you like to hunt and get to those levels, this training plan is proposed to you" and maybe from home it's just a squat routine, then go for a five minute walk, even with some elastics or something like that". Would you like to maybe be proposed that? Would you comply with it? Honestly.</w:t>
      </w:r>
      <w:r w:rsidRPr="00500250">
        <w:br/>
        <w:t>Speaker2: [00:22:35] Man, it would be an encouragement to do it. Yeah, it's always uncomfortable for a bum to be moved, but it would be an incentive just to not sit still. Now you, they call you on the phone "get up, come on squats".</w:t>
      </w:r>
      <w:r w:rsidRPr="00500250">
        <w:br/>
        <w:t>Speaker1: [00:22:48] Someone to keep an eye on you.</w:t>
      </w:r>
      <w:r w:rsidRPr="00500250">
        <w:br/>
        <w:t>Speaker2: [00:22:50] It's like signing up for the gym to force you to do something. Since I'm paying for it...</w:t>
      </w:r>
      <w:r w:rsidRPr="00500250">
        <w:br/>
        <w:t>Speaker1: [00:22:54] So I'm doing it.</w:t>
      </w:r>
      <w:r w:rsidRPr="00500250">
        <w:br/>
        <w:t>Speaker2: [00:22:56] Well, the same thing.</w:t>
      </w:r>
      <w:r w:rsidRPr="00500250">
        <w:br/>
        <w:t>Speaker1: [00:22:57] So that's why, to keep it in mind like that.</w:t>
      </w:r>
      <w:r w:rsidRPr="00500250">
        <w:br/>
        <w:t>Speaker2: [00:23:01] It's always a help. Some people are more active. I'm not very active. And for those of us who are not active we need people on top of it. It's always, it's always helpful.</w:t>
      </w:r>
      <w:r w:rsidRPr="00500250">
        <w:br/>
        <w:t>Speaker1: [00:23:12] And what would you need maybe to do that, material or a person on top of you?</w:t>
      </w:r>
      <w:r w:rsidRPr="00500250">
        <w:br/>
        <w:t>Speaker2: [00:23:18] A person more on top of you than anything else.</w:t>
      </w:r>
      <w:r w:rsidRPr="00500250">
        <w:br/>
        <w:t>Speaker1: [00:23:20] Someone who cares that you're accomplishing it through that phone call or a video?</w:t>
      </w:r>
      <w:r w:rsidRPr="00500250">
        <w:br/>
        <w:t>Speaker2: [00:23:24] My wife checks up on me more, she's more in control of me, she's cuddling me, "come on baby, move it." But that she goes to work, I stay there on the couch.</w:t>
      </w:r>
      <w:r w:rsidRPr="00500250">
        <w:br/>
        <w:t>Speaker1: [00:23:30] And it's like well, then I do it.</w:t>
      </w:r>
      <w:r w:rsidRPr="00500250">
        <w:br/>
        <w:t>Speaker2: [00:23:33] No, I demand myself, "No, I'm just tired today, it's not that such and such, it's just that my blood pressure is down" You're always looking for some excuse. If I have my wife here there's no excuse, you take out the whip that's over there [laughs] you laugh but the whip is over there.</w:t>
      </w:r>
      <w:r w:rsidRPr="00500250">
        <w:br/>
        <w:t>Speaker1: [00:23:48] To give you a whip, was she going with you hunting or not?</w:t>
      </w:r>
      <w:r w:rsidRPr="00500250">
        <w:br/>
        <w:t>Speaker2: [00:23:52] No, no, no, no, no, she doesn't like anything, Nothing, nothing. She would fix the bugs. Here we go. Like an Indian tribe. I bring the meat home and she fixes the meat [laughs].</w:t>
      </w:r>
      <w:r w:rsidRPr="00500250">
        <w:br/>
        <w:t>Speaker1: [00:24:03] But she wouldn't go out with you. If, for example, in the future, if she said yes, she'd go with you, maybe not hunting as such, but maybe a little walk around and so on. Would you like that?</w:t>
      </w:r>
      <w:r w:rsidRPr="00500250">
        <w:br/>
        <w:t xml:space="preserve">Speaker2: [00:24:14] That's what I've been doing the last few years. The last years we used to go a lot to see the white in Almeria and he loved to stay in the hotel, in the small town, to </w:t>
      </w:r>
      <w:r w:rsidRPr="00500250">
        <w:lastRenderedPageBreak/>
        <w:t>go sightseeing. I would go to the countryside, we would go to the countryside and at noon or at night we would get together and go sightseeing. Yes, that's what we used to do. There was one long weekend a year, the Christmas holiday.</w:t>
      </w:r>
      <w:r w:rsidRPr="00500250">
        <w:br/>
        <w:t>Speaker1: [00:24:39] Yes, the one in December.</w:t>
      </w:r>
      <w:r w:rsidRPr="00500250">
        <w:br/>
        <w:t>Speaker2: [00:24:40] The one of the purísima. Well, there was a group of friends that always got together for the whole long weekend in a rural house or something to go hunting. So that's it, to spend the long weekend.</w:t>
      </w:r>
      <w:r w:rsidRPr="00500250">
        <w:br/>
        <w:t>Speaker1: [00:24:51] All right, everybody had their own hobby and then together.</w:t>
      </w:r>
      <w:r w:rsidRPr="00500250">
        <w:br/>
        <w:t>Speaker2: [00:24:53] Exactly.</w:t>
      </w:r>
      <w:r w:rsidRPr="00500250">
        <w:br/>
        <w:t>Speaker1: [00:24:55] Okay. And how do you think covid will affect you in the future for physical activity, do you think it's going to be a hindrance?</w:t>
      </w:r>
      <w:r w:rsidRPr="00500250">
        <w:br/>
        <w:t>Speaker2: [00:25:04] Poof [snorts] No. Maybe when it comes to joining a gym in a place like this, you might think about it more. But since the activity that I was doing was outdoors, the truth is that no, it's not something that affects me at all. It will pass. Yeah, we're going to go from mutation to mutation.</w:t>
      </w:r>
      <w:r w:rsidRPr="00500250">
        <w:br/>
        <w:t>Speaker1: [00:25:25] Yeah. Hopefully it will pass as soon as possible.</w:t>
      </w:r>
      <w:r w:rsidRPr="00500250">
        <w:br/>
        <w:t>Speaker2: [00:25:29] Yeah. Oh, my God. That's enough of that.</w:t>
      </w:r>
      <w:r w:rsidRPr="00500250">
        <w:br/>
        <w:t>Speaker1: [00:25:31] Is there anything you want to comment on, any questions or anything like that?</w:t>
      </w:r>
      <w:r w:rsidRPr="00500250">
        <w:br/>
        <w:t>Speaker2: [00:25:36] No way. I don't know.</w:t>
      </w:r>
      <w:r w:rsidRPr="00500250">
        <w:br/>
        <w:t>Speaker1: [00:25:37] If it's okay with you I'll stop the recording.</w:t>
      </w:r>
    </w:p>
    <w:p w14:paraId="73D861F2" w14:textId="77777777" w:rsidR="00BE0EF2" w:rsidRPr="00500250" w:rsidRDefault="00BE0EF2" w:rsidP="00BE0EF2">
      <w:pPr>
        <w:pStyle w:val="Ttulo1"/>
      </w:pPr>
      <w:r w:rsidRPr="00500250">
        <w:t>P017-M3</w:t>
      </w:r>
    </w:p>
    <w:p w14:paraId="4F326CCF" w14:textId="77777777" w:rsidR="00BE0EF2" w:rsidRPr="00500250" w:rsidRDefault="00BE0EF2" w:rsidP="00BE0EF2">
      <w:r w:rsidRPr="00500250">
        <w:t>P017-M3 Interview.m4a</w:t>
      </w:r>
      <w:r w:rsidRPr="00500250">
        <w:br/>
        <w:t>Speaker1: [00:00:00] And now I'm recording anyway. You know this is totally anonymous, no data is given out and so on. If at any time you want to delete it, anything is deleted, the only thing is for my partner to transcribe it and now I don't have to copy everything, because in the end it's super valuable information and then it's much easier. Okay, so I am going to ask you several questions, this is very entertaining because questions are coming up, other things are coming up. We are going to divide it into three aspects. Before your admission, what changes have you noticed, etc., then during these six months and in relation to physical exercise and your state of mind, and then in the future, how will you see yourself? how do you face it? So let's start at the beginning. Before your re-entry, how has your life changed? Making a comparison on how it is now and how it is before, at work, in life, from seeing people socially, family, et cetera.</w:t>
      </w:r>
      <w:r w:rsidRPr="00500250">
        <w:br/>
        <w:t>Speaker2: [00:01:10] At the moment now, after you stopped working or before you mean?</w:t>
      </w:r>
      <w:r w:rsidRPr="00500250">
        <w:br/>
        <w:t>Speaker1: [00:01:13] Previously, what were you doing before that you're not doing now?</w:t>
      </w:r>
      <w:r w:rsidRPr="00500250">
        <w:br/>
        <w:t>Speaker2: [00:01:18] Well, everything, everything. Of course.</w:t>
      </w:r>
      <w:r w:rsidRPr="00500250">
        <w:br/>
        <w:t>Speaker1: [00:01:21] You can also speak whenever you want to interrupt. [turns to the patient's wife] This interview has to be enjoyable.</w:t>
      </w:r>
      <w:r w:rsidRPr="00500250">
        <w:br/>
        <w:t>Speaker2: [00:01:28] Then this is transcribed with a program.</w:t>
      </w:r>
      <w:r w:rsidRPr="00500250">
        <w:br/>
        <w:t>Speaker1: [00:01:29] Yes, yes.</w:t>
      </w:r>
      <w:r w:rsidRPr="00500250">
        <w:br/>
      </w:r>
      <w:r w:rsidRPr="00500250">
        <w:lastRenderedPageBreak/>
        <w:t>Speaker2: [00:01:32] So I always, for example, let's talk about work, because I've always liked to prove my worth and I've always done that, that it would show.</w:t>
      </w:r>
      <w:r w:rsidRPr="00500250">
        <w:br/>
        <w:t>Speaker1: [00:01:51] Strive.</w:t>
      </w:r>
      <w:r w:rsidRPr="00500250">
        <w:br/>
        <w:t>Speaker2: [00:01:52] A lot, always striving, always. Not missing a second of work, always being attentive to the things that you do. However, you always have a little problem of forgetfulness, imperfections.</w:t>
      </w:r>
      <w:r w:rsidRPr="00500250">
        <w:br/>
        <w:t>Speaker1: [00:02:04] Well, that happens to all of us.</w:t>
      </w:r>
      <w:r w:rsidRPr="00500250">
        <w:br/>
        <w:t>Speaker2: [00:02:04] Nobody gets rid of it, but I was always trying to get the biggest improvement.</w:t>
      </w:r>
      <w:r w:rsidRPr="00500250">
        <w:br/>
        <w:t>Speaker1: [00:02:19] Trying to always do your job to the best of your ability.</w:t>
      </w:r>
      <w:r w:rsidRPr="00500250">
        <w:br/>
        <w:t>Speaker2: [00:02:22] Exactly. And always going fast. But there was one day that we were in....</w:t>
      </w:r>
      <w:r w:rsidRPr="00500250">
        <w:br/>
        <w:t>Speaker3: [00:02:37] In the warehouse.</w:t>
      </w:r>
      <w:r w:rsidRPr="00500250">
        <w:br/>
        <w:t>Speaker2: [00:02:38] In a warehouse. I got a ride from the boss. It doesn't matter who it was.</w:t>
      </w:r>
      <w:r w:rsidRPr="00500250">
        <w:br/>
        <w:t>Speaker1: [00:02:42] No, no, no, no, no. Also, if any data is said, that's not even written down.</w:t>
      </w:r>
      <w:r w:rsidRPr="00500250">
        <w:br/>
        <w:t>Speaker2: [00:02:48] No, but that's okay too. Nobody's to blame.</w:t>
      </w:r>
      <w:r w:rsidRPr="00500250">
        <w:br/>
        <w:t>Speaker1: [00:02:52] Did you work in a meat warehouse?</w:t>
      </w:r>
      <w:r w:rsidRPr="00500250">
        <w:br/>
        <w:t>Speaker2: [00:02:55] No, as a butcher in a butcher shop. But there was a need for personnel.</w:t>
      </w:r>
      <w:r w:rsidRPr="00500250">
        <w:br/>
        <w:t>[The wife was about to speak and the husband gestures for her not to interrupt.]</w:t>
      </w:r>
      <w:r w:rsidRPr="00500250">
        <w:br/>
        <w:t>Speaker1: [00:03:00] No no, but she can speak It's okay. [he means there's no problem with the wife intervening]</w:t>
      </w:r>
      <w:r w:rsidRPr="00500250">
        <w:br/>
        <w:t>Speaker2: [00:03:02] It's just in case the words get mixed up.</w:t>
      </w:r>
      <w:r w:rsidRPr="00500250">
        <w:br/>
        <w:t>Speaker1: [00:03:04] No, no. Because then it's written without a problem.</w:t>
      </w:r>
      <w:r w:rsidRPr="00500250">
        <w:br/>
        <w:t>Speaker2: [00:03:08] Okay. We go down to the warehouse. It's not the first time we go. And when we go, we work very hard. And that day, under trusted people, of certain friendship also of the boss that we get along quite well at work. In the Do you understand? And he told some of his staff to go to the warehouse and that day was very hard work. Very very hard. We were going at 500% of one's capacity. And that was not normal. Of course, to get it done fast and get it done fast.</w:t>
      </w:r>
      <w:r w:rsidRPr="00500250">
        <w:br/>
        <w:t>Speaker1: [00:03:51] If in the end you want to get a good job out and you have to get it out no matter what.</w:t>
      </w:r>
      <w:r w:rsidRPr="00500250">
        <w:br/>
        <w:t>Speaker2: [00:03:56] To look good to the bosses, and get things done right. But we're up to our necks here, so much speed and the partner that I have with me. We did a beast of a job, which I wouldn't recommend to anybody. Inhuman. But fast, in a tremendous way. But I could already see my heart was pounding, I promise you. And after this, my wife will tell you what happened when I got home. [all this to explain that that day she worked hard and made a lot of effort and she noticed something strange in her heart].</w:t>
      </w:r>
      <w:r w:rsidRPr="00500250">
        <w:br/>
        <w:t>Speaker3: [00:04:32] Well, he came in white. With dilated pupils. And I saw a very ugly color. And I said "Jose what have you been doing to come like this?" And he says he had been in the warehouse. I said "take a shower". He took a shower and it went away a little bit, but the next day he had the same face. And he was like that for three days. Then he changed.</w:t>
      </w:r>
      <w:r w:rsidRPr="00500250">
        <w:br/>
      </w:r>
      <w:r w:rsidRPr="00500250">
        <w:lastRenderedPageBreak/>
        <w:t>Speaker1: [00:04:57] Then he got a little bit better?</w:t>
      </w:r>
      <w:r w:rsidRPr="00500250">
        <w:br/>
        <w:t>Speaker3: [00:04:59] Yes. Then he had a better color in his face and everything.</w:t>
      </w:r>
      <w:r w:rsidRPr="00500250">
        <w:br/>
        <w:t>Speaker2: [00:05:01] I don't remember that.</w:t>
      </w:r>
      <w:r w:rsidRPr="00500250">
        <w:br/>
        <w:t>Speaker3: [00:05:02] But, then it went away.</w:t>
      </w:r>
      <w:r w:rsidRPr="00500250">
        <w:br/>
        <w:t>Speaker1: [00:05:04] Did you guys normally go to the warehouse to work every once in a while? Or was that a sporadic day? That work you never did, did you?</w:t>
      </w:r>
      <w:r w:rsidRPr="00500250">
        <w:br/>
        <w:t>Speaker2: [00:05:16] Well, other times yes. But not as strong as that day. And it was tremendous, I have no explanation. So the store manager the next day he was off all day, my partner was off in the morning and he was off in the afternoon in the morning he wasn't on, and I was on in the morning and I was just banged up.</w:t>
      </w:r>
      <w:r w:rsidRPr="00500250">
        <w:br/>
        <w:t>Speaker1: [00:05:36] You were knackered, were you still working that day?</w:t>
      </w:r>
      <w:r w:rsidRPr="00500250">
        <w:br/>
        <w:t>Speaker2: [00:05:44] Yeah, yeah, yeah, yeah. No matter how I'm doing, I'm still working all the time. One day I got a cut here that went all the way over here and it was the mutual company over there, they fixed me up and I went on. But the same day, maybe the hour or two hours later.</w:t>
      </w:r>
      <w:r w:rsidRPr="00500250">
        <w:br/>
        <w:t>Speaker1: [00:06:06:06] And before this warehouse day, had you ever noticed that you were getting a lot of fatigue, do you think what happened to your heart is because of that?</w:t>
      </w:r>
      <w:r w:rsidRPr="00500250">
        <w:br/>
        <w:t>Speaker3: [00:06:14] I do.</w:t>
      </w:r>
      <w:r w:rsidRPr="00500250">
        <w:br/>
        <w:t>Speaker2: [00:06:15] I don't know, I don't know.</w:t>
      </w:r>
      <w:r w:rsidRPr="00500250">
        <w:br/>
        <w:t>Speaker3: [00:06:16] I've never seen it like that.</w:t>
      </w:r>
      <w:r w:rsidRPr="00500250">
        <w:br/>
        <w:t>Speaker2: [00:06:18] What I did notice one thing and I saw it very strange, because when I pick up at night, I'm pretty much alone. And then you have to go fast. Because there's a lot to pick up and to clean up. And I saw myself something strange, I saw that before I was going much faster, I didn't get so tired....</w:t>
      </w:r>
      <w:r w:rsidRPr="00500250">
        <w:br/>
        <w:t>Speaker1: [00:06:36] Was this what you're telling me after what happened in the warehouse or before the warehouse?</w:t>
      </w:r>
      <w:r w:rsidRPr="00500250">
        <w:br/>
        <w:t>Speaker2: [00:06:41] After the warehouse of the warehouse. It could be coincidence. And I wasn't like before, me going always fast, and these last few times there was no way. And a girl that was in the deli was telling me "José, I see your face dead, your face is blank, you don't look good". And I didn't pay any attention, I kept going. I know that something was not right. And then, when it really happened [when he had to go to the hospital], I was short of breath and I couldn't breathe because I was suffocating.</w:t>
      </w:r>
      <w:r w:rsidRPr="00500250">
        <w:br/>
        <w:t>Speaker3: [00:07:31] Before he swelled up, I saw his face was yellow to green. I took him to the emergency room. The emergency room told him he had anxiety.</w:t>
      </w:r>
      <w:r w:rsidRPr="00500250">
        <w:br/>
        <w:t>Speaker2: [00:07:42] Anxiety, Anxiety.</w:t>
      </w:r>
      <w:r w:rsidRPr="00500250">
        <w:br/>
        <w:t>Speaker3: [00:07:44] And I say anxiety, it doesn't sound like that.</w:t>
      </w:r>
      <w:r w:rsidRPr="00500250">
        <w:br/>
        <w:t>Speaker2: [00:07:47] We thought that's what it was. I was oxygen deprived.</w:t>
      </w:r>
      <w:r w:rsidRPr="00500250">
        <w:br/>
        <w:t xml:space="preserve">Speaker3: [00:07:49] And I couldn't breathe or walk anymore. He would get tired, he would catch me. He was walking like an 80 year old man and I took him back to the emergency room and they gave him a pill for anxiety. And they gave him that pill on a Saturday. On Saturday he took the pill and on Sunday he started to swell up. And she thought the pill. I told him no, that one foot was more swollen on the left than on the right, that it was from the heart. And he said no, it's not the pill. It's your heart. And then we spent the weekend, </w:t>
      </w:r>
      <w:r w:rsidRPr="00500250">
        <w:lastRenderedPageBreak/>
        <w:t>and he went to work swollen, working and he couldn't sleep. He would hold on to the window to breathe. He couldn't stay in bed, he slept on the couch.</w:t>
      </w:r>
      <w:r w:rsidRPr="00500250">
        <w:br/>
        <w:t>Speaker2: [00:08:32] I thought I was going to die.</w:t>
      </w:r>
      <w:r w:rsidRPr="00500250">
        <w:br/>
        <w:t>Speaker3: [00:08:33] And then I took him back to the emergency room. And then he said, "Look at me now, because I can't sleep anymore, I can't sleep anymore. And that's when they realized it was his heart.</w:t>
      </w:r>
      <w:r w:rsidRPr="00500250">
        <w:br/>
        <w:t>Speaker1: [00:08:45] Surely that doesn't happen because of overexertion.</w:t>
      </w:r>
      <w:r w:rsidRPr="00500250">
        <w:br/>
        <w:t>Speaker2: [00:08:50] That's not possible?</w:t>
      </w:r>
      <w:r w:rsidRPr="00500250">
        <w:br/>
        <w:t>Speaker1: [00:09:00] Surely your heart was already bad and then because of that overexertion it was detected. But if you overexert yourself, the next day you may look like crap, but it doesn't affect your heart. You, by overexerting yourself, your heart is not weakened. That's because it wasn't detected before.</w:t>
      </w:r>
      <w:r w:rsidRPr="00500250">
        <w:br/>
        <w:t>Speaker3: [00:10:01] What he was told was hereditary.</w:t>
      </w:r>
      <w:r w:rsidRPr="00500250">
        <w:br/>
        <w:t>Speaker1: [00:10:05] Right, genetics.</w:t>
      </w:r>
      <w:r w:rsidRPr="00500250">
        <w:br/>
        <w:t>Speaker3: [00:10:07] And then he's never been to the doctor for the heart.</w:t>
      </w:r>
      <w:r w:rsidRPr="00500250">
        <w:br/>
        <w:t>Speaker1: [00:10:16] Now at the end everything is recorded on computers. But in the old days they would die and you didn't know from what. So a lot of times they can tell you it's hereditary if they know, but you might be and we don't know.</w:t>
      </w:r>
      <w:r w:rsidRPr="00500250">
        <w:br/>
        <w:t>Speaker3: [00:11:21] That's why they're looking at my babes too. Now they're looking at it for him. But my father also died of a heart attack. My mother of heart attack, my grandmother of heart attack, my uncle of heart attack.</w:t>
      </w:r>
      <w:r w:rsidRPr="00500250">
        <w:br/>
        <w:t>Speaker1: [00:11:51] They're prone in your family too. And how are you feeling emotionally?</w:t>
      </w:r>
      <w:r w:rsidRPr="00500250">
        <w:br/>
        <w:t>Speaker2: [00:11:59] Not so good, confused. And sometimes a little bit off. So, I just take a little bit of refuge at the computer doing personal work stuff, things for myself. Or else I'd be even more down.</w:t>
      </w:r>
      <w:r w:rsidRPr="00500250">
        <w:br/>
        <w:t>Speaker1: [00:12:15] Not feeling like going out or seeing people a lot?</w:t>
      </w:r>
      <w:r w:rsidRPr="00500250">
        <w:br/>
        <w:t>Speaker3: [00:12:27] That's right. Sometimes we go out in the field, pick up a few olives.</w:t>
      </w:r>
      <w:r w:rsidRPr="00500250">
        <w:br/>
        <w:t>Speaker2: [00:12:36] I don't believe that, but well....</w:t>
      </w:r>
      <w:r w:rsidRPr="00500250">
        <w:br/>
        <w:t>Speaker1: [00:12:38] Has that been hard to take in?</w:t>
      </w:r>
      <w:r w:rsidRPr="00500250">
        <w:br/>
        <w:t>Speaker2: [00:12:50] I think it's a tall tale and I think I'm fine.</w:t>
      </w:r>
      <w:r w:rsidRPr="00500250">
        <w:br/>
        <w:t>Speaker3: [00:13:05] I believe it because I see it and I'm living with it. And I'm sick too. I laugh, but I'm sad, I laugh for my daughters, for him. But it's bad.</w:t>
      </w:r>
      <w:r w:rsidRPr="00500250">
        <w:br/>
        <w:t>Speaker1: [00:13:33] Psychologically it's hard.</w:t>
      </w:r>
      <w:r w:rsidRPr="00500250">
        <w:br/>
        <w:t>Speaker3: [00:13:37] It is.</w:t>
      </w:r>
      <w:r w:rsidRPr="00500250">
        <w:br/>
        <w:t>Speaker1: [00:13:41] And before the admission as well, in terms of physical exercise, did you go for walks? Did you do anything like that that involved moving around?</w:t>
      </w:r>
      <w:r w:rsidRPr="00500250">
        <w:br/>
        <w:t>Speaker3: [00:13:56] No, we didn't do much. We would go walking and also to the olives we would go in the afternoons when I finished work, he would give me a hand.</w:t>
      </w:r>
      <w:r w:rsidRPr="00500250">
        <w:br/>
        <w:t>Speaker1: [00:14:06] Okay, so you guys didn't do any physical exercise or any kind of sports. Okay. So, so once you finish the admission, how have you been feeling these last six months, have you done physical exercise in these six months, or walking?</w:t>
      </w:r>
      <w:r w:rsidRPr="00500250">
        <w:br/>
      </w:r>
      <w:r>
        <w:t xml:space="preserve">Speaker2: [00:15:09] Yeah yeah, yeah. </w:t>
      </w:r>
      <w:r w:rsidRPr="00500250">
        <w:t>Walking is like a job right now. Also the exercise bike.</w:t>
      </w:r>
      <w:r w:rsidRPr="00500250">
        <w:br/>
      </w:r>
      <w:r w:rsidRPr="00500250">
        <w:lastRenderedPageBreak/>
        <w:t>Speaker3: [00:15:16] She also goes to rehab to do gymnastics What she does the most is walking.</w:t>
      </w:r>
      <w:r w:rsidRPr="00500250">
        <w:br/>
        <w:t>Speaker2: [00:15:27] At most walking 20 or 25 minutes, then I can't do it anymore. I can't do it anymore. I can see I do have some.</w:t>
      </w:r>
      <w:r w:rsidRPr="00500250">
        <w:br/>
        <w:t>Speaker1: [00:15:32] But you can't go on because of tiredness, fatigue or muscle level?</w:t>
      </w:r>
      <w:r w:rsidRPr="00500250">
        <w:br/>
        <w:t>Speaker2: [00:15:37] I'm short of breath, I'm short of breath. And my legs don't follow me, they don't follow.</w:t>
      </w:r>
      <w:r w:rsidRPr="00500250">
        <w:br/>
        <w:t>Speaker1: [00:15:46] But that's why aside from the fact that you're short of breath, you see that your legs don't respond anymore.</w:t>
      </w:r>
      <w:r w:rsidRPr="00500250">
        <w:br/>
        <w:t>Speaker3: [00:15:54] He wants to, but the body can't take it anymore.</w:t>
      </w:r>
      <w:r w:rsidRPr="00500250">
        <w:br/>
        <w:t>Speaker2: [00:15:58] It's funny and the case sometimes I walk maybe ten minutes and I sit down. But I keep going more because the doctor told me you keep going forward, you keep going, and I just kind of fall to the ground. That's what the bicycle did too.</w:t>
      </w:r>
      <w:r w:rsidRPr="00500250">
        <w:br/>
        <w:t>Speaker1: [00:16:19] But always to a limit. But you have to learn where your limits are, that stopping doesn't make you worse, I mean, you have to know your limit and how far you can go.</w:t>
      </w:r>
      <w:r w:rsidRPr="00500250">
        <w:br/>
        <w:t>Speaker3: [00:16:48] He's very stubborn. And he doesn't assimilate what he has.</w:t>
      </w:r>
      <w:r w:rsidRPr="00500250">
        <w:br/>
        <w:t>Speaker2: [00:17:21] I jokingly said to Laura, "Can I jog or run?". I got an earful. Because Laura said, "Well, how are you going to jog if she can't walk?"</w:t>
      </w:r>
      <w:r w:rsidRPr="00500250">
        <w:br/>
        <w:t>Speaker3: [00:19:00] The nurse told her what José had, that they had to put a device on him, that his heart was very weak, that it wasn't beating. And then the girl told her that Jose had done more gymnastics than his heart could take. And the girl was nervous and all Jose said to her was that she could jog and run.</w:t>
      </w:r>
      <w:r w:rsidRPr="00500250">
        <w:br/>
        <w:t>Speaker1: [00:19:22] And if they tell you now that there's physical exercise recommended for the pathology that you have, would you want someone to say, "You can't jog but you can do this"? Would you be interested in that?</w:t>
      </w:r>
      <w:r w:rsidRPr="00500250">
        <w:br/>
        <w:t>Speaker2: [00:19:45] Man, sure. And where, on YouTube or better some video that's inside a hospital sheet?</w:t>
      </w:r>
      <w:r w:rsidRPr="00500250">
        <w:br/>
        <w:t>Speaker1: [00:20:00] Yeah, or they call you on the phone and they follow up with you and talk you through the exercises that you need to do. Do you think that would be beneficial for you?</w:t>
      </w:r>
      <w:r w:rsidRPr="00500250">
        <w:br/>
        <w:t>Speaker2: [00:20:17] Not for me alone. For a lot of people.</w:t>
      </w:r>
      <w:r w:rsidRPr="00500250">
        <w:br/>
        <w:t>Speaker1: [00:20:20] Yes, of course, but I mean for you, would it benefit you?</w:t>
      </w:r>
      <w:r w:rsidRPr="00500250">
        <w:br/>
      </w:r>
      <w:r>
        <w:t xml:space="preserve">Speaker2: [00:20:25] Well, I guess. </w:t>
      </w:r>
      <w:r w:rsidRPr="00500250">
        <w:t>Because sometimes you don't know which way to go or what to do. I just go out and walk and little else.</w:t>
      </w:r>
      <w:r w:rsidRPr="00500250">
        <w:br/>
        <w:t>Speaker3: [00:20:30] You just can't do anything else, just walk.</w:t>
      </w:r>
      <w:r w:rsidRPr="00500250">
        <w:br/>
        <w:t>Speaker1: [00:20:37] And so, for someone in the hospital or outside that has helped you to do physical exercise, for example your wife or Laura. Tell me a little bit like that.</w:t>
      </w:r>
      <w:r w:rsidRPr="00500250">
        <w:br/>
        <w:t>Speaker2: [00:21:04] Well Laura in rehab, she's given us guidelines to follow and we in our own way, we've done it.</w:t>
      </w:r>
      <w:r w:rsidRPr="00500250">
        <w:br/>
        <w:t>Speaker1: [00:21:50] When you finished or during rehab, did they send you exercises to do at home?</w:t>
      </w:r>
      <w:r w:rsidRPr="00500250">
        <w:br/>
        <w:t>Speaker2: [00:21:57] The same thing I'm doing.</w:t>
      </w:r>
      <w:r w:rsidRPr="00500250">
        <w:br/>
      </w:r>
      <w:r w:rsidRPr="00500250">
        <w:lastRenderedPageBreak/>
        <w:t>Speaker1: [00:21:58] Do you wish they had sent you other ones, would you be willing to do them?</w:t>
      </w:r>
      <w:r w:rsidRPr="00500250">
        <w:br/>
        <w:t>Speaker2: [00:22:11] Of course. Last year I did yoga and a lot of exercise and stretching at home. And I don't really do anything now because I don't know if I can do the same thing I was doing before.</w:t>
      </w:r>
      <w:r w:rsidRPr="00500250">
        <w:br/>
        <w:t>Speaker1: [00:22:25] After admission were you afraid to exercise in case something happens to you?</w:t>
      </w:r>
      <w:r w:rsidRPr="00500250">
        <w:br/>
        <w:t>Speaker2: [00:22:40] Of course. Always.</w:t>
      </w:r>
      <w:r w:rsidRPr="00500250">
        <w:br/>
        <w:t>Speaker3: [00:22:44] I am afraid that he will go far away to walk and something will happen to him.</w:t>
      </w:r>
      <w:r w:rsidRPr="00500250">
        <w:br/>
        <w:t>Speaker2: [00:22:56] I go out walking near the house, because if I go too far away it costs me a lot to come back.</w:t>
      </w:r>
      <w:r w:rsidRPr="00500250">
        <w:br/>
        <w:t>Speaker1: [00:23:03] And when you go for a walk, do you use any device, for example your cell phone or a mobile watch, to monitor the exercise you do?</w:t>
      </w:r>
      <w:r w:rsidRPr="00500250">
        <w:br/>
        <w:t>Speaker2: [00:23:19] I use an app that measures steps.</w:t>
      </w:r>
      <w:r w:rsidRPr="00500250">
        <w:br/>
        <w:t>Speaker1: [00:23:33] And do you use it every time you go for a walk?</w:t>
      </w:r>
      <w:r w:rsidRPr="00500250">
        <w:br/>
        <w:t>Speaker2: [00:23:43] Yes, I monitor my steps.</w:t>
      </w:r>
      <w:r w:rsidRPr="00500250">
        <w:br/>
        <w:t>Speaker3: [00:23:46] The steps you do monitor.</w:t>
      </w:r>
      <w:r w:rsidRPr="00500250">
        <w:br/>
        <w:t>Speaker2: [00:23:47] I see, the steps, the kilometers, the time... One day I went out for 25 minutes, but when I got home... Dizzy for hours.</w:t>
      </w:r>
      <w:r w:rsidRPr="00500250">
        <w:br/>
        <w:t>Speaker3: [00:24:14] Had to go to bed and everything.</w:t>
      </w:r>
      <w:r w:rsidRPr="00500250">
        <w:br/>
        <w:t>Speaker1: [00:24:17] What pace were you going for those five minutes 25?</w:t>
      </w:r>
      <w:r w:rsidRPr="00500250">
        <w:br/>
        <w:t>Speaker2: [00:24:23] Easy walking, normal pace. That's why I'm afraid to do too much in case the same thing happens to me.</w:t>
      </w:r>
      <w:r w:rsidRPr="00500250">
        <w:br/>
        <w:t>Speaker1: [00:24:51] So maybe, you would have liked to do a progression for walking, not just say 25 minutes, but one day you start with five minutes, then a little bit faster, another day you increase the time, and so on.</w:t>
      </w:r>
      <w:r w:rsidRPr="00500250">
        <w:br/>
      </w:r>
      <w:r>
        <w:t xml:space="preserve">Speaker2: [00:25:33] Yeah yeah, yeah. </w:t>
      </w:r>
      <w:r w:rsidRPr="00500250">
        <w:t>I've thought about it, but for myself I don't dare.</w:t>
      </w:r>
      <w:r w:rsidRPr="00500250">
        <w:br/>
        <w:t>Speaker1: [00:25:36] No, that's why I would have a professional tell you. And with regard to the rehabilitation, is it not enough for you? I mean, do you wish it had been more days or more months?</w:t>
      </w:r>
      <w:r w:rsidRPr="00500250">
        <w:br/>
        <w:t>Speaker2: [00:27:31] Yes yes yes yes yes</w:t>
      </w:r>
      <w:r w:rsidRPr="00500250">
        <w:br/>
        <w:t>Speaker3: [00:27:50] Yes, yes, yes, because I would see colleagues, talk to one, talk to another.</w:t>
      </w:r>
      <w:r w:rsidRPr="00500250">
        <w:br/>
        <w:t>Speaker2: [00:27:55] No longer because of talking, because of the exercises.</w:t>
      </w:r>
      <w:r w:rsidRPr="00500250">
        <w:br/>
        <w:t>Speaker1: [00:28:08] And have you felt better, do you think you've improved?</w:t>
      </w:r>
      <w:r w:rsidRPr="00500250">
        <w:br/>
        <w:t>Speaker2: [00:28:19] Yes, yes, because before I got tired before and I couldn't do half an hour straight. I used to stop every ten minutes. And now I'm going more often. But of course, thanks to the evolution of the exercises and the recovery also supposedly of the heart was bad and now it's better.</w:t>
      </w:r>
      <w:r w:rsidRPr="00500250">
        <w:br/>
        <w:t>Speaker3: [00:28:45] No, no, no, no, no,</w:t>
      </w:r>
      <w:r w:rsidRPr="00500250">
        <w:br/>
        <w:t>Speaker1: [00:28:49] Well, the exercises, yes.</w:t>
      </w:r>
      <w:r w:rsidRPr="00500250">
        <w:br/>
        <w:t xml:space="preserve">Speaker3: [00:28:52] Yeah, but you're still the same as when you came in, you haven't </w:t>
      </w:r>
      <w:r w:rsidRPr="00500250">
        <w:lastRenderedPageBreak/>
        <w:t>improved at all.</w:t>
      </w:r>
      <w:r w:rsidRPr="00500250">
        <w:br/>
        <w:t>Speaker1: [00:28:57] You don't think so? You don't think so?</w:t>
      </w:r>
      <w:r w:rsidRPr="00500250">
        <w:br/>
        <w:t>Speaker3: [00:28:58] No, and I say that to him. That that I said that to him, I tell him from my heart it doesn't get better.</w:t>
      </w:r>
      <w:r w:rsidRPr="00500250">
        <w:br/>
      </w:r>
      <w:r>
        <w:t xml:space="preserve">Speaker1: [00:29:07] But do you think he hasn't improved at all? </w:t>
      </w:r>
      <w:r w:rsidRPr="00500250">
        <w:t>If even in that now after rehab he's less fatigued than he was before.</w:t>
      </w:r>
      <w:r w:rsidRPr="00500250">
        <w:br/>
        <w:t>Speaker3: [00:29:28] Sure, sure, that's right.  But he's improved in his head, not his heart.</w:t>
      </w:r>
      <w:r w:rsidRPr="00500250">
        <w:br/>
        <w:t>Speaker1: [00:29:37] You think not his heart.</w:t>
      </w:r>
      <w:r w:rsidRPr="00500250">
        <w:br/>
        <w:t>Speaker3: [00:29:39] It was more psychological? Because he doesn't believe it, because he's been a man who never stopped, very nervous. And he doesn't believe what he has, he's improved here [points to head], but not here [points to heart].</w:t>
      </w:r>
      <w:r w:rsidRPr="00500250">
        <w:br/>
        <w:t>Speaker1: [00:29:50] And how do you feel, do you feel better than you did before you started rehab?</w:t>
      </w:r>
      <w:r w:rsidRPr="00500250">
        <w:br/>
        <w:t>Speaker2: [00:29:58] Yes, and for work too.</w:t>
      </w:r>
      <w:r w:rsidRPr="00500250">
        <w:br/>
        <w:t>Speaker3: [00:30:32] But no, I don't see it for work. Sitting on the couch we were both there and he says, "My heart really hurts." And he was sitting. If you start working on something else and you get nervous about work, that heart will get stronger and you'll have an attack. You are not there to work. That's why he doesn't believe what he has, because you can see that he's not like he used to be. You can tell, but he doesn't believe what he has.</w:t>
      </w:r>
      <w:r w:rsidRPr="00500250">
        <w:br/>
        <w:t>Speaker2: [00:32:04] I'm not like I used to be, no. And at Christmas I could already see myself splitting chops and working, but I would have died if I had worked, I mean.</w:t>
      </w:r>
      <w:r w:rsidRPr="00500250">
        <w:br/>
        <w:t>[the woman tells again that she took José to the health center because he looked very bad].</w:t>
      </w:r>
      <w:r w:rsidRPr="00500250">
        <w:br/>
        <w:t>Speaker1: [00:38:54] And now that you're not working, you're going for a walk?</w:t>
      </w:r>
      <w:r w:rsidRPr="00500250">
        <w:br/>
        <w:t>Speaker2: [00:38:56] This morning I went out for two kilometers.</w:t>
      </w:r>
      <w:r w:rsidRPr="00500250">
        <w:br/>
        <w:t>[the woman repeats again that she took Jose to the health center because his left foot was more swollen and the doctors gave her a hard time, and then she took him back and they listened to him].</w:t>
      </w:r>
      <w:r w:rsidRPr="00500250">
        <w:br/>
        <w:t>Speaker1: [00:40:28] And once at the hospital Jose, have you noticed if people have been looking out for you? Doctors, rehab and so on. Sending you blood work, changing your exercises, etc.</w:t>
      </w:r>
      <w:r w:rsidRPr="00500250">
        <w:br/>
      </w:r>
      <w:r>
        <w:t xml:space="preserve">Speaker2: [00:40:58] Very attentive everybody. </w:t>
      </w:r>
      <w:r w:rsidRPr="00500250">
        <w:t>I promise you. It's incredible, they have treated me very well. Laura very attentive, very much. And you guys too.</w:t>
      </w:r>
      <w:r w:rsidRPr="00500250">
        <w:br/>
        <w:t>Speaker1: [00:41:13] And on the subject of exercise, do you think that doing physical activity or exercise has hurt you?</w:t>
      </w:r>
      <w:r w:rsidRPr="00500250">
        <w:br/>
        <w:t>Speaker2: [00:41:26] No. [she says it in a whisper].</w:t>
      </w:r>
      <w:r w:rsidRPr="00500250">
        <w:br/>
        <w:t>Speaker1: [00:41:27] Okay. And what aspects have helped or hurt you doing physical exercise? For example, having the mobile app, or having the hospital nearby to go to rehab or having my wife that I go out walking. Or conversely, that you didn't do it because it's cold, for example.</w:t>
      </w:r>
      <w:r w:rsidRPr="00500250">
        <w:br/>
        <w:t>Speaker3: [00:42:10] It's just when it's cold she gets really cold because her hands are cold.</w:t>
      </w:r>
      <w:r w:rsidRPr="00500250">
        <w:br/>
        <w:t xml:space="preserve">Speaker2: [00:42:25] But if you have to go out, you go out, I put clothes on and I'm fine. And something positive, because Laura's words, that give me strength, I always keep that in mind. Living in a house and a neighborhood, that the street is close to me, it's not an </w:t>
      </w:r>
      <w:r w:rsidRPr="00500250">
        <w:lastRenderedPageBreak/>
        <w:t>apartment.</w:t>
      </w:r>
      <w:r w:rsidRPr="00500250">
        <w:br/>
        <w:t>Speaker3: [00:43:16] Being in front of the countryside and having nature.</w:t>
      </w:r>
      <w:r w:rsidRPr="00500250">
        <w:br/>
        <w:t>Speaker2: [00:43:27] Or that my wife hangs the laundry and I'm next to her cycling. And upstairs on the terrace we have plenty of room to walk around.</w:t>
      </w:r>
      <w:r w:rsidRPr="00500250">
        <w:br/>
        <w:t>Speaker1: [00:44:00] And do you think that by exercising you take any risks? For example, falling etc.</w:t>
      </w:r>
      <w:r w:rsidRPr="00500250">
        <w:br/>
        <w:t>Speaker2: [00:44:16] It's a risk you have to take. But I concentrate more, on breathing.</w:t>
      </w:r>
      <w:r w:rsidRPr="00500250">
        <w:br/>
        <w:t>Speaker3: [00:45:46] When we go shopping and we're walking I always ask him if he's dizzy. I always go behind him.</w:t>
      </w:r>
      <w:r w:rsidRPr="00500250">
        <w:br/>
        <w:t>Speaker1: [00:45:51] And do you think, for example, if we weren't in the covid situation, would you have exercised more, would you have joined a gym or gone for a walk or joined a group that goes for a walk in the evenings? Do you think covid has affected your exercise?</w:t>
      </w:r>
      <w:r w:rsidRPr="00500250">
        <w:br/>
        <w:t>Speaker2: [00:46:18] No. I wouldn't go to the gym.</w:t>
      </w:r>
      <w:r w:rsidRPr="00500250">
        <w:br/>
        <w:t>Speaker1: [00:46:28] But gym why not?</w:t>
      </w:r>
      <w:r w:rsidRPr="00500250">
        <w:br/>
      </w:r>
      <w:r>
        <w:t xml:space="preserve">Speaker2: [00:46:30] Because of the economy, and now I don't like it.  </w:t>
      </w:r>
      <w:r w:rsidRPr="00500250">
        <w:t>When I was young, I would go to the gym, do weights, martial art.....</w:t>
      </w:r>
      <w:r w:rsidRPr="00500250">
        <w:br/>
        <w:t>Speaker1: [00:46:42] But that it's not because you don't like those exercises. If you were sent the exercises to do at home you would do them. And now the last stretch that we have left, which would be in the future, do you think you're going to continue to do the same physical exercise that you're doing now? Your bike or your going for a walk.</w:t>
      </w:r>
      <w:r w:rsidRPr="00500250">
        <w:br/>
        <w:t>Speaker2: [00:47:21] You have to do the same thing, for health. You have to move your body, it's very important.</w:t>
      </w:r>
      <w:r w:rsidRPr="00500250">
        <w:br/>
        <w:t>Speaker1: [00:47:52] And if I recommended to you that right after admission the next day you have to move, would you be okay with that? [silence] If a doctor told you that, would you listen to him?</w:t>
      </w:r>
      <w:r w:rsidRPr="00500250">
        <w:br/>
        <w:t>Speaker2: [00:48:05] Yes yes yes yes, if a doctor tells us yes.</w:t>
      </w:r>
      <w:r w:rsidRPr="00500250">
        <w:br/>
        <w:t>Speaker3: [00:48:06] Yes.</w:t>
      </w:r>
      <w:r w:rsidRPr="00500250">
        <w:br/>
        <w:t>Speaker1: [00:48:40] That you're very mindful of it and that you know that you have to move. And if you could, would you like to continue to increase that physical activity within your limits?</w:t>
      </w:r>
      <w:r w:rsidRPr="00500250">
        <w:br/>
        <w:t>Speaker2: [00:49:07] Of course, I would like to be like I was before.</w:t>
      </w:r>
      <w:r w:rsidRPr="00500250">
        <w:br/>
        <w:t>Speaker1: [00:49:15] And what kind of physical activity would you like to do now if you could?</w:t>
      </w:r>
      <w:r w:rsidRPr="00500250">
        <w:br/>
        <w:t>Speaker2: [00:49:19] Walking. Tai chi. But how do I go backwards again? I would have to be born again.</w:t>
      </w:r>
      <w:r w:rsidRPr="00500250">
        <w:br/>
        <w:t>Speaker3: [00:49:48] It's just that your knee is messed up.</w:t>
      </w:r>
      <w:r w:rsidRPr="00500250">
        <w:br/>
        <w:t>Speaker2: [00:49:51] That's no big deal. It's not that big of a deal. It's not that big of a deal. If that's not hitting. It's like exercises. Like dancing [referring to tai chi].</w:t>
      </w:r>
      <w:r w:rsidRPr="00500250">
        <w:br/>
        <w:t>Speaker3: [00:50:01] Yeah, but you can't bend like you used to, you're 55 the bones aren't the same anymore.</w:t>
      </w:r>
      <w:r w:rsidRPr="00500250">
        <w:br/>
        <w:t>Speaker1: [00:50:06] And what do you think you would need to do to get back to doing tai chi?</w:t>
      </w:r>
      <w:r w:rsidRPr="00500250">
        <w:br/>
        <w:t xml:space="preserve">Speaker2: [00:50:26] Nothing, to start now. Learn the technique again. And well, being </w:t>
      </w:r>
      <w:r w:rsidRPr="00500250">
        <w:lastRenderedPageBreak/>
        <w:t>alone is more complicated, because I was taught by a master.</w:t>
      </w:r>
      <w:r w:rsidRPr="00500250">
        <w:br/>
        <w:t>Speaker1: [00:50:56] Let's say you need a physical person or a video to teach you that activity.</w:t>
      </w:r>
      <w:r w:rsidRPr="00500250">
        <w:br/>
        <w:t>Speaker2: [00:51:07] By video. It's complex, a little bit. Because having a master with you, you learn faster, he corrects you more....</w:t>
      </w:r>
      <w:r w:rsidRPr="00500250">
        <w:br/>
        <w:t>Speaker1: [00:51:25] And if you were given a device, to walk, or some exercise videos, would you like that?</w:t>
      </w:r>
      <w:r w:rsidRPr="00500250">
        <w:br/>
        <w:t>Speaker2: [00:51:41] A lot of people would find that helpful. That those videos you do once and you have them forever.</w:t>
      </w:r>
      <w:r w:rsidRPr="00500250">
        <w:br/>
        <w:t>Speaker1: [00:51:51:51] And lastly, how do you think covid will affect your physical activity in the future?</w:t>
      </w:r>
      <w:r w:rsidRPr="00500250">
        <w:br/>
        <w:t>Speaker3: [00:52:07] We are afraid. If we see a lot of people walking in the street, we go somewhere else. We go to the countryside before we go to the city. Because we are afraid, and more him.</w:t>
      </w:r>
      <w:r w:rsidRPr="00500250">
        <w:br/>
        <w:t>Speaker1: [00:52:26] Now that you told me about the fear, if they propose you to do a physical exercise group in the hospital, like rehabilitation, would you be afraid to attend or not? Because you're wearing your mask, there's distance,</w:t>
      </w:r>
      <w:r w:rsidRPr="00500250">
        <w:br/>
        <w:t>Speaker3: [00:52:45] He wouldn't, but I would.</w:t>
      </w:r>
      <w:r w:rsidRPr="00500250">
        <w:br/>
        <w:t>Speaker1: [00:52:46] And you, Jose Luis? You've seen how the hospital works, with the rehabilitation....</w:t>
      </w:r>
      <w:r w:rsidRPr="00500250">
        <w:br/>
        <w:t>Speaker2: [00:52:52:52] I've already been, so it would be more or less like that. Yeah.</w:t>
      </w:r>
      <w:r w:rsidRPr="00500250">
        <w:br/>
        <w:t>Speaker3: [00:52:56] He's not afraid of anything. Me because I've had such a bad time I'm afraid. Before I go shopping in the morning I go shopping at 14:00 in the afternoon when nobody's there.</w:t>
      </w:r>
      <w:r w:rsidRPr="00500250">
        <w:br/>
        <w:t>Speaker1: [00:54:07] Well thank you very much, if you want I will stop the recording.</w:t>
      </w:r>
      <w:r w:rsidRPr="00500250">
        <w:br/>
        <w:t>--------------------</w:t>
      </w:r>
      <w:r w:rsidRPr="00500250">
        <w:br/>
        <w:t>The feeling I get is that the woman repeats a lot how bad Jose Luis is, she reminds him a lot and does not want him to do physical exercise, I guess for fear that he might get worse.</w:t>
      </w:r>
      <w:r w:rsidRPr="00500250">
        <w:br/>
        <w:t>There are questions that when they doubt or the answer is no, they answer with generic phrases, perhaps because they don't understand the question or because they don't want to answer it.</w:t>
      </w:r>
      <w:r w:rsidRPr="00500250">
        <w:br/>
        <w:t>They go off on a lot of tangents.</w:t>
      </w:r>
    </w:p>
    <w:p w14:paraId="5C85309E" w14:textId="77777777" w:rsidR="00BE0EF2" w:rsidRPr="00500250" w:rsidRDefault="00BE0EF2" w:rsidP="00BE0EF2">
      <w:pPr>
        <w:pStyle w:val="Ttulo1"/>
      </w:pPr>
      <w:r w:rsidRPr="00500250">
        <w:t>P018-M3</w:t>
      </w:r>
    </w:p>
    <w:p w14:paraId="7CA6FB0E" w14:textId="77777777" w:rsidR="00BE0EF2" w:rsidRPr="00754C85" w:rsidRDefault="00BE0EF2" w:rsidP="00BE0EF2">
      <w:r w:rsidRPr="00500250">
        <w:t>P018-M3 Interview.m4a</w:t>
      </w:r>
      <w:r w:rsidRPr="00500250">
        <w:br/>
        <w:t xml:space="preserve">Speaker1: [00:00:00:00] Okay, so that's it, we're recording now. I'm going to break the questions down a little bit into three blocks. The first one is regarding before you joined, which I think was in August, then during these six months and then the questions are a little bit about how you see yourself from now on. okay? So, nothing, just to clarify a little bit before, I guess whenever we are going to talk about physical activity, that physical activity that implies the fact of what we are talking about before, walking or have you done something else. That is, if you have planned to do a cycling session or if you have practiced </w:t>
      </w:r>
      <w:r w:rsidRPr="00500250">
        <w:lastRenderedPageBreak/>
        <w:t>some kind of sport. So if it comes up I'd like to clarify that. Okay, so then we'll get started. First, I'd like to know if anything has changed in your life from before admission.</w:t>
      </w:r>
      <w:r w:rsidRPr="00500250">
        <w:br/>
        <w:t>Speaker2: [00:01:09] Has anything changed? No</w:t>
      </w:r>
      <w:r w:rsidRPr="00500250">
        <w:br/>
        <w:t>Speaker1: [00:01:12] Do you continue to do your same habits?</w:t>
      </w:r>
      <w:r w:rsidRPr="00500250">
        <w:br/>
        <w:t>Speaker2: [00:01:14] Everything the same.</w:t>
      </w:r>
      <w:r w:rsidRPr="00500250">
        <w:br/>
        <w:t>Speaker1: [00:01:15] Okay, great. So both on a work level, on a social level and any kind of issue, the fact of the income hasn't influenced, you continue to do the same thing. But before the income you used to do then the same, that we've been discussing about physical activity or exercise.</w:t>
      </w:r>
      <w:r w:rsidRPr="00500250">
        <w:br/>
        <w:t>Speaker2: [00:01:44] Yeah, more or less the same I'm a person that work is always the same, especially during the weekend and then that, well I walk a lot, I walk a lot. Well, I have to walk to the places that I can, I have the bicycle on the balcony and from time to time there are seasons that I take it, 15-20 minutes every day.</w:t>
      </w:r>
      <w:r w:rsidRPr="00500250">
        <w:br/>
        <w:t>Speaker1: [00:02:00] Well, so just to confirm the work issue. You used to work in hospitality as well and pretty much the same load and the same days.</w:t>
      </w:r>
      <w:r w:rsidRPr="00500250">
        <w:br/>
        <w:t>Speaker2: [00:02:12] Yeah, in the summer it's a lot more.</w:t>
      </w:r>
      <w:r w:rsidRPr="00500250">
        <w:br/>
        <w:t>Speaker1: [00:02:15] Right. That's the thing about seasonal jobs, right?</w:t>
      </w:r>
      <w:r w:rsidRPr="00500250">
        <w:br/>
        <w:t>Speaker2: [00:02:18] It was pretty tough. We worked two shifts, I mean, we worked double per possession and a normal summer you worked one of them. This was new, there were two shifts and we were two times.</w:t>
      </w:r>
      <w:r w:rsidRPr="00500250">
        <w:br/>
        <w:t>Speaker1: [00:02:30] You work in a restaurant?</w:t>
      </w:r>
      <w:r w:rsidRPr="00500250">
        <w:br/>
        <w:t>Speaker2: [00:02:32] At a pretty good bar in San Juan.</w:t>
      </w:r>
      <w:r w:rsidRPr="00500250">
        <w:br/>
        <w:t>Speaker1: [00:02:36] And so. Did you get caught in August, did you notice it during work, what did you notice?</w:t>
      </w:r>
      <w:r w:rsidRPr="00500250">
        <w:br/>
        <w:t>Speaker2: [00:02:45] Yeah, well, yeah, I noticed more fatigue. You were short of breath between the heat, August, the mask... I noticed something weird. Until one night I came home from work. I felt short of breath, I had trouble breathing, I had a coughing fit. But it passed. The next day I went to work and halfway through my shift I had to stop working and go to the hospital. I was short of breath. I couldn't breathe.</w:t>
      </w:r>
      <w:r w:rsidRPr="00500250">
        <w:br/>
        <w:t>Speaker1: [00:03:10] I understand. And you've commented on two things. On the one hand, that you have a bike. You used to go out on the weekends before?</w:t>
      </w:r>
      <w:r w:rsidRPr="00500250">
        <w:br/>
        <w:t>Speaker2: [00:03:19] Now I have the bike on the balcony and I usually take it on and off. Sometimes.</w:t>
      </w:r>
      <w:r w:rsidRPr="00500250">
        <w:br/>
        <w:t>Speaker1: [00:03:22] Oh, okay, okay, okay, okay, okay.</w:t>
      </w:r>
      <w:r w:rsidRPr="00500250">
        <w:br/>
        <w:t>Speaker1: [00:03:25] And you used to do them before?</w:t>
      </w:r>
      <w:r w:rsidRPr="00500250">
        <w:br/>
        <w:t>Speaker2: [00:03:26] Yeah. I used to.</w:t>
      </w:r>
      <w:r w:rsidRPr="00500250">
        <w:br/>
        <w:t>Speaker1: [00:03:28] And you do that now too?</w:t>
      </w:r>
      <w:r w:rsidRPr="00500250">
        <w:br/>
        <w:t>Speaker2: [00:03:30] Yeah, from time to time. From time to time</w:t>
      </w:r>
      <w:r w:rsidRPr="00500250">
        <w:br/>
        <w:t>Speaker1: [00:03:32] And what do you usually do more or less? Or if you see that you used to be able to do more than you do now?</w:t>
      </w:r>
      <w:r w:rsidRPr="00500250">
        <w:br/>
        <w:t>Speaker2: [00:03:39] It depends on what I feel like. Sometimes I say, "I'm going to do cycling." Well, well maybe one month, maybe I'm on every day for 15 or 20 minutes and I do it after lunch.</w:t>
      </w:r>
      <w:r w:rsidRPr="00500250">
        <w:br/>
      </w:r>
      <w:r w:rsidRPr="00500250">
        <w:lastRenderedPageBreak/>
        <w:t>Speaker1: [00:03:48] But do you do the same thing before admission as you do during these six months?</w:t>
      </w:r>
      <w:r w:rsidRPr="00500250">
        <w:br/>
        <w:t>Speaker2: [00:03:54] Same, same.</w:t>
      </w:r>
      <w:r w:rsidRPr="00500250">
        <w:br/>
        <w:t>Speaker1: [00:03:55] I mean these six months it's been the same too, if you've had a day, you've done 15 or 20 minutes of cycling. Have you done anything this week?</w:t>
      </w:r>
      <w:r w:rsidRPr="00500250">
        <w:br/>
        <w:t>Speaker2: [00:04:06] No, I haven't done anything.</w:t>
      </w:r>
      <w:r w:rsidRPr="00500250">
        <w:br/>
        <w:t>Speaker1: [00:04:07] Okay. And so, in terms of your routine before admission, about walking and so on. If you could tell me a little bit about how you do that routine, "well look, I walk after I eat, I have a habit of or after such and such".</w:t>
      </w:r>
      <w:r w:rsidRPr="00500250">
        <w:br/>
        <w:t>Speaker2: [00:04:26] In the morning I get up, when the weather is nice, my baby and I walk to school, which is a kilometer and something, I go back and forth, have breakfast with my wife, do things, then go shopping, not to move, then I go again to get the baby but I go by car because it's lunch time. We come back, we eat, he eats and if he has some extracurricular activities, we walk because he is here in the neighborhood. We come back and then it's when I go for a walk in the afternoon, it's not so hot, the sun is gone and when my wife is there and we go and we walk for an hour.</w:t>
      </w:r>
      <w:r w:rsidRPr="00500250">
        <w:br/>
        <w:t>Speaker1: [00:05:00] That's what I wanted to ask you that normally when you go out in the afternoon do you usually go out with company?</w:t>
      </w:r>
      <w:r w:rsidRPr="00500250">
        <w:br/>
        <w:t>Speaker2: [00:05:10] Yes, if my wife is there my wife and I go out and we go and walk around the neighborhood, and if not, then me and the baby.</w:t>
      </w:r>
      <w:r w:rsidRPr="00500250">
        <w:br/>
        <w:t>Speaker1: [00:05:15] Okay, so have you identified that you go out more if you go with people and if you go alone it's harder for you?</w:t>
      </w:r>
      <w:r w:rsidRPr="00500250">
        <w:br/>
        <w:t>Speaker2: [00:05:29] Man it's not the same, it's better in company, but it's the same. I don't stop doing it because I go alone.</w:t>
      </w:r>
      <w:r w:rsidRPr="00500250">
        <w:br/>
        <w:t>Speaker1: [00:05:35] That's the key, you don't stop doing it because you go alone. Okay, so well, even though you've told me that it's more or less similar. I understand that the first few weeks or the first few days when you joined did you have some fear?</w:t>
      </w:r>
      <w:r w:rsidRPr="00500250">
        <w:br/>
        <w:t>Speaker2: [00:05:56] Yes the fear, well respect, to the effort of not wanting to overdo the intensity, because what happened to you is from trying too hard and trying not to push yourself in that way. My work is not the same in winter as it is when summer comes. The way I work is much worse. When it hit me it was August 15 or August 14, the worst time of the summer.</w:t>
      </w:r>
      <w:r w:rsidRPr="00500250">
        <w:br/>
        <w:t>Speaker1: [00:06:26] And I understand that that first phase, those first weeks and months, no, you didn't, you didn't do anything, but rest.</w:t>
      </w:r>
      <w:r w:rsidRPr="00500250">
        <w:br/>
        <w:t>Speaker2: [00:06:35] Right, right. I already took it easy. It's clear.</w:t>
      </w:r>
      <w:r w:rsidRPr="00500250">
        <w:br/>
        <w:t>Speaker1: [00:06:37] So how has it been getting back to your routine? Doing things that you were slowly doing before.</w:t>
      </w:r>
      <w:r w:rsidRPr="00500250">
        <w:br/>
        <w:t>Speaker2: [00:06:47] I got right back into it. At first two weeks, three. you have a little bit of respect, but then you see that you're fine and you feel good and I've continued working the same way.</w:t>
      </w:r>
      <w:r w:rsidRPr="00500250">
        <w:br/>
        <w:t>Speaker1: [00:07:00] So, did you feel, did you feel good with your body, did it respond well?</w:t>
      </w:r>
      <w:r w:rsidRPr="00500250">
        <w:br/>
        <w:t>Speaker2: [00:07:03] Yeah, the same, sure.</w:t>
      </w:r>
      <w:r w:rsidRPr="00500250">
        <w:br/>
        <w:t xml:space="preserve">Speaker1: [00:07:05] And did you get any kind of advice or did you ask the hospital or </w:t>
      </w:r>
      <w:r w:rsidRPr="00500250">
        <w:lastRenderedPageBreak/>
        <w:t>cardiology or nursing? About any advice or can I do this, or did you go with your gut?</w:t>
      </w:r>
      <w:r w:rsidRPr="00500250">
        <w:br/>
        <w:t>Speaker2: [00:07:19] I haven't asked.</w:t>
      </w:r>
      <w:r w:rsidRPr="00500250">
        <w:br/>
        <w:t>Speaker1: [00:07:20] Do you think that getting moving and getting out, being active at work, do you think that can be good or what do you think about that?</w:t>
      </w:r>
      <w:r w:rsidRPr="00500250">
        <w:br/>
        <w:t>Speaker2: [00:07:41] If it's good that I can move around well for me yeah, sure.</w:t>
      </w:r>
      <w:r w:rsidRPr="00500250">
        <w:br/>
        <w:t>Speaker1: [00:07:44] Yeah, I mean "I've been in a period where I've had rest, but as I've been feeling better, I knew I had to move".</w:t>
      </w:r>
      <w:r w:rsidRPr="00500250">
        <w:br/>
        <w:t>Speaker2: [00:07:53] I have continued the same and I see that my body responds well, quite well.</w:t>
      </w:r>
      <w:r w:rsidRPr="00500250">
        <w:br/>
        <w:t>Speaker1: [00:07:58] Okay. And so, during these six months, what you've told me a few times, cycling and going for a walk and routine activities. You comment to me that your routine and so on is still identical to before. And there's been nothing that's helped or hindered you from going out and walking.</w:t>
      </w:r>
      <w:r w:rsidRPr="00500250">
        <w:br/>
        <w:t>Speaker2: [00:08:42] Nothing. No, nothing like that.</w:t>
      </w:r>
      <w:r w:rsidRPr="00500250">
        <w:br/>
        <w:t>Speaker1: [00:08:46] Okay. And nothing, I'd like to know if you're worried about this moving around, being active, are you worried about it?</w:t>
      </w:r>
      <w:r w:rsidRPr="00500250">
        <w:br/>
        <w:t>Speaker2: [00:08:57] Do I worry about it?</w:t>
      </w:r>
      <w:r w:rsidRPr="00500250">
        <w:br/>
        <w:t>Speaker1: [00:08:58] Yes, if you think it's something important. Moving around, getting out, going out cycling. Any kind of exercise. We say this, but it can be any kind of exercise. It can be some strength, it can be some flexibility. I don't know, there's a lot of them.</w:t>
      </w:r>
      <w:r w:rsidRPr="00500250">
        <w:br/>
        <w:t>Speaker2: [00:09:19] Yeah, of course, I'm concerned about it.</w:t>
      </w:r>
      <w:r w:rsidRPr="00500250">
        <w:br/>
        <w:t>Speaker1: [00:09:21] And why is that?</w:t>
      </w:r>
      <w:r w:rsidRPr="00500250">
        <w:br/>
        <w:t>Speaker2: [00:09:24] Well, I think whatever you do and whatever your body can do is good. It makes you feel good.</w:t>
      </w:r>
      <w:r w:rsidRPr="00500250">
        <w:br/>
        <w:t>Speaker1: [00:09:31] And has anyone supported you in this rehabilitation process? At any level and how have you felt supported.</w:t>
      </w:r>
      <w:r w:rsidRPr="00500250">
        <w:br/>
        <w:t>Speaker2: [00:09:48] My wife. That she's always very much on top of me, she always encourages me, she takes care of me too. She tells me not to do things that I see that can harm me, big efforts, not to work so many hours. In that aspect my wife is always there with me.</w:t>
      </w:r>
      <w:r w:rsidRPr="00500250">
        <w:br/>
        <w:t>Speaker1: [00:10:04] And in the aspect, for example, of food?</w:t>
      </w:r>
      <w:r w:rsidRPr="00500250">
        <w:br/>
        <w:t>Speaker2: [00:10:08] Food the same. She's always into that. Other than that, she's a person who likes to take care of herself. And that makes me eat better, she wants me to eat better, like vegetables, fruits....</w:t>
      </w:r>
      <w:r w:rsidRPr="00500250">
        <w:br/>
        <w:t>Speaker1: [00:10:20] Maybe there's been some change in eating?</w:t>
      </w:r>
      <w:r w:rsidRPr="00500250">
        <w:br/>
        <w:t>Speaker2: [00:10:22] In eating yes. I'm taking much better care of myself. The salads, the fruit that I was eating before, for example.</w:t>
      </w:r>
      <w:r w:rsidRPr="00500250">
        <w:br/>
        <w:t>Speaker1: [00:10:30] Now you're eating a lot more vegetables and fresh food, have you cut out any kind of product, like cola for example.</w:t>
      </w:r>
      <w:r w:rsidRPr="00500250">
        <w:br/>
        <w:t>Speaker2: [00:10:39] No, maybe I'll have a glass of zero-zero cola, like today. But it's not like I'm every day Coke.</w:t>
      </w:r>
      <w:r w:rsidRPr="00500250">
        <w:br/>
        <w:t>Speaker1: [00:10:47] But before, for example, if you had the habit during weekday meals of drinking coke and now I don't even think about it, for example.</w:t>
      </w:r>
      <w:r w:rsidRPr="00500250">
        <w:br/>
      </w:r>
      <w:r>
        <w:lastRenderedPageBreak/>
        <w:t xml:space="preserve">Speaker2: [00:10:55] No, no way. </w:t>
      </w:r>
      <w:r w:rsidRPr="00500250">
        <w:t>No, because I don't have anything that I depend on.</w:t>
      </w:r>
      <w:r w:rsidRPr="00500250">
        <w:br/>
        <w:t>Speaker1: [00:10:58] And then and when you go out with your wife, for example, walking and so on or with your son, do you think you do more minutes or even go out more times to walk?</w:t>
      </w:r>
      <w:r w:rsidRPr="00500250">
        <w:br/>
        <w:t>Speaker2: [00:11:21] Yes you do more, because you spend the time faster and better, you're talking, you don't notice the time. You're at ease and you'll flatter yourself.</w:t>
      </w:r>
      <w:r w:rsidRPr="00500250">
        <w:br/>
        <w:t>Speaker1: [00:11:27] They liven things up. So, in that sense, do you think, even though I asked you earlier, do you think any of this can hurt you? I mean, if I do, if I go walk for two hours it can be detrimental.</w:t>
      </w:r>
      <w:r w:rsidRPr="00500250">
        <w:br/>
        <w:t>Speaker2: [00:11:49] No, no. I put up with them and I walk and I'm fine. I think it's good.</w:t>
      </w:r>
      <w:r w:rsidRPr="00500250">
        <w:br/>
        <w:t>Speaker1: [00:11:53] If you find that you're responsive and you're doing well, no problem.</w:t>
      </w:r>
      <w:r w:rsidRPr="00500250">
        <w:br/>
        <w:t>Speaker2: [00:11:57] Sure, if I'm doing well there's no problem.</w:t>
      </w:r>
      <w:r w:rsidRPr="00500250">
        <w:br/>
        <w:t>Speaker1: [00:12:00] So you think the risk you're taking....</w:t>
      </w:r>
      <w:r w:rsidRPr="00500250">
        <w:br/>
        <w:t>Speaker2: [00:12:04] It's not serious.</w:t>
      </w:r>
      <w:r w:rsidRPr="00500250">
        <w:br/>
        <w:t>Speaker1: [00:12:05] So now just to emphasize, you've been to the body, right? In the hospital they facilitate a rehab program, they didn't suggest you or invite you. no?</w:t>
      </w:r>
      <w:r w:rsidRPr="00500250">
        <w:br/>
        <w:t>Speaker2: [00:12:23] No.</w:t>
      </w:r>
      <w:r w:rsidRPr="00500250">
        <w:br/>
        <w:t>Speaker1: [00:12:24] Well, so I understand that recommendations and suggestions or instructions from the hospital you haven't received it.</w:t>
      </w:r>
      <w:r w:rsidRPr="00500250">
        <w:br/>
        <w:t>Speaker2: [00:12:29] Nothing.</w:t>
      </w:r>
      <w:r w:rsidRPr="00500250">
        <w:br/>
        <w:t>Speaker1: [00:12:30] And from what you've told me you haven't asked?</w:t>
      </w:r>
      <w:r w:rsidRPr="00500250">
        <w:br/>
        <w:t>Speaker2: [00:12:34] No, nor have I heard anything about that either.</w:t>
      </w:r>
      <w:r w:rsidRPr="00500250">
        <w:br/>
        <w:t>Speaker1: [00:12:36] And you didn't ask for some reason, just not to bother.</w:t>
      </w:r>
      <w:r w:rsidRPr="00500250">
        <w:br/>
        <w:t>Speaker2: [00:12:42] For not disturbing it's not. I don't know.</w:t>
      </w:r>
      <w:r w:rsidRPr="00500250">
        <w:br/>
        <w:t>Speaker1: [00:12:44] You haven't thought about it.</w:t>
      </w:r>
      <w:r w:rsidRPr="00500250">
        <w:br/>
        <w:t>Speaker2: [00:12:45] I haven't thought about it and since I haven't heard anything about it, I didn't know it existed either.</w:t>
      </w:r>
      <w:r w:rsidRPr="00500250">
        <w:br/>
        <w:t>Speaker1: [00:12:49] There are times when people comment that they used to go out every week and the first thing they do is ask the cardiologist or the nurse if they can do it. And would you have liked to have been told any recommendations?</w:t>
      </w:r>
      <w:r w:rsidRPr="00500250">
        <w:br/>
        <w:t>Speaker2: [00:13:10] About things that I can do or things that would be better for me to do? Well yes, it wouldn't be bad. It's always good information.</w:t>
      </w:r>
      <w:r w:rsidRPr="00500250">
        <w:br/>
        <w:t>Speaker1: [00:13:15] I mean, they would have given you advice and do you think if they had given you advice or any guidelines to follow or even any exercise program, do you think you would have done it?</w:t>
      </w:r>
      <w:r w:rsidRPr="00500250">
        <w:br/>
        <w:t>Speaker2: [00:13:27] Anything is possible. Of course it is.</w:t>
      </w:r>
      <w:r w:rsidRPr="00500250">
        <w:br/>
        <w:t>Speaker1: [00:13:29] I understand that you would have liked it and you could have done it. And now we're getting more and more normal, even though we're here with masks. But has all this covid and so on influenced your daily activity?</w:t>
      </w:r>
      <w:r w:rsidRPr="00500250">
        <w:br/>
        <w:t>Speaker2: [00:13:50] No, the only thing that the mask did is that it made me a little bit overwhelmed at work, especially in the summer. I was very short of breath, I had to stop sometimes and take my mask off a little bit to get some air.</w:t>
      </w:r>
      <w:r w:rsidRPr="00500250">
        <w:br/>
        <w:t xml:space="preserve">Speaker1: [00:14:05] It's annoying. But when it comes to, for example, going for a walk, has </w:t>
      </w:r>
      <w:r w:rsidRPr="00500250">
        <w:lastRenderedPageBreak/>
        <w:t>it affected that?</w:t>
      </w:r>
      <w:r w:rsidRPr="00500250">
        <w:br/>
        <w:t>Speaker2: [00:14:10] No, you go on the street and that's why you separate a little bit, you walk, but at work if it's been hard, it's still hard because if you're calm in a place walking, you're fine. But at the pace we work and in the middle of summer. It's hard, it's hard.</w:t>
      </w:r>
      <w:r w:rsidRPr="00500250">
        <w:br/>
        <w:t>Speaker1: [00:14:27] It's true that a lot of people, being active, being active or going out to walking or exercising as it involves doing it with people, well the pandemic has probably made it difficult for them. You used to go out with them and you didn't used to go out and walk with friends, so it may not have influenced you.</w:t>
      </w:r>
      <w:r w:rsidRPr="00500250">
        <w:br/>
        <w:t>Speaker2: [00:14:51] I'm telling you, at the end of the day, after school, we go for a walk or we go for a walk.</w:t>
      </w:r>
      <w:r w:rsidRPr="00500250">
        <w:br/>
      </w:r>
      <w:r>
        <w:t xml:space="preserve">Speaker1: [00:14:58] Okay, so now to finish. </w:t>
      </w:r>
      <w:r w:rsidRPr="00500250">
        <w:t>Regarding the future, do you think you will continue to do what you have told me so far?</w:t>
      </w:r>
      <w:r w:rsidRPr="00500250">
        <w:br/>
        <w:t>Speaker2: [00:15:10] Yes, at the moment I don't have anything in mind, no change in sight.</w:t>
      </w:r>
      <w:r w:rsidRPr="00500250">
        <w:br/>
        <w:t>Speaker1: [00:15:14] And would you like to change or do anything in terms of what you're saying? In your spare time of physical activity or exercise.</w:t>
      </w:r>
      <w:r w:rsidRPr="00500250">
        <w:br/>
      </w:r>
      <w:r>
        <w:t xml:space="preserve">Speaker2: [00:15:26] Yeah, yeah. </w:t>
      </w:r>
      <w:r w:rsidRPr="00500250">
        <w:t>First I would like to change my job, that yes, to have the most free time and then change things. It wouldn't be bad.</w:t>
      </w:r>
      <w:r w:rsidRPr="00500250">
        <w:br/>
        <w:t>Speaker1: [00:15:34] But within more modifiable aspects, like for example free time, would you change anything? Changing my job maybe it's not that easy, but in my free time I can spend it the way I want to spend it within that free time.</w:t>
      </w:r>
      <w:r w:rsidRPr="00500250">
        <w:br/>
        <w:t>Speaker2: [00:15:59] No, I haven't thought about it.</w:t>
      </w:r>
      <w:r w:rsidRPr="00500250">
        <w:br/>
        <w:t>Speaker1: [00:16:01] You will continue more or less as you are now.</w:t>
      </w:r>
      <w:r w:rsidRPr="00500250">
        <w:br/>
        <w:t>Speaker2: [00:16:05] The time I have is super busy with the baby, school, picking him up, eating, after school then....</w:t>
      </w:r>
      <w:r w:rsidRPr="00500250">
        <w:br/>
        <w:t>Speaker1: [00:16:11] Okay, so I told you before about the rehab time and now I'm telling you about the future. Yeah, right now we would invite you to participate in some kind of home program that we would tell you, we need to assess you and based on that, tell you "you could do these kinds of exercises, at these intensities, with some kind of band to monitor heart rate and so forth." Would you consider that a positive, do you think you would like that, would you do that?</w:t>
      </w:r>
      <w:r w:rsidRPr="00500250">
        <w:br/>
        <w:t>Speaker2: [00:16:46] Yeah, it's positive, sure [tone of voice indicates that he does see it as a positive thing, but it doesn't really catch his attention].</w:t>
      </w:r>
      <w:r w:rsidRPr="00500250">
        <w:br/>
        <w:t>Speaker1: [00:16:47] I mean, if you had some supervision or some advice from the hospital agents, healthcare professionals, yeah what do you think you could change or adapt things that they do, right? Well, and in your free time, when you're out walking, do you use some sort of device or the cell phone itself.</w:t>
      </w:r>
      <w:r w:rsidRPr="00500250">
        <w:br/>
        <w:t>Speaker2: [00:17:10] The cell phone, the cell phone.</w:t>
      </w:r>
      <w:r w:rsidRPr="00500250">
        <w:br/>
        <w:t>Speaker1: [00:17:11] And you do watch it. The weather and stuff like that.</w:t>
      </w:r>
      <w:r w:rsidRPr="00500250">
        <w:br/>
        <w:t>Speaker2: [00:17:15] Yeah, and the kilometers, the time, the steps, I look at all that.</w:t>
      </w:r>
      <w:r w:rsidRPr="00500250">
        <w:br/>
        <w:t>Speaker1: [00:17:17] And do you set any goals?</w:t>
      </w:r>
      <w:r w:rsidRPr="00500250">
        <w:br/>
        <w:t>Speaker2: [00:17:21] The cell phone tells you 6000 steps minimum per day, and when I exceed that, well, that's good. But especially on weekends, when you do see the brutality of steps and kilometers at work, that's when I like to see it more, 20,000 steps, 16 km, 18km....</w:t>
      </w:r>
      <w:r w:rsidRPr="00500250">
        <w:br/>
      </w:r>
      <w:r w:rsidRPr="00500250">
        <w:lastRenderedPageBreak/>
        <w:t>Speaker1: [00:17:39] So you do like to look at it?</w:t>
      </w:r>
      <w:r w:rsidRPr="00500250">
        <w:br/>
        <w:t>Speaker2: [00:17:43] Yeah yeah.</w:t>
      </w:r>
      <w:r w:rsidRPr="00500250">
        <w:br/>
        <w:t>Speaker1: [00:17:44] At work it's at the end information, because I guess you can't decide whether to do more steps or less steps, that's what comes. But if there's a day that you see that you've been more still and you've been told that you don't move much, does that encourage you to move more in your free time?</w:t>
      </w:r>
      <w:r w:rsidRPr="00500250">
        <w:br/>
      </w:r>
      <w:r>
        <w:t xml:space="preserve">Speaker2: [00:18:01] Yeah, yeah, yeah, yeah, sure. </w:t>
      </w:r>
      <w:r w:rsidRPr="00500250">
        <w:t>I want to get to what my cell phone tells me, 6,000 steps. And the day I don't get there I get mad.</w:t>
      </w:r>
      <w:r w:rsidRPr="00500250">
        <w:br/>
        <w:t>Speaker1: [00:18:11] And in general then, the physical activity that you do on a daily basis is walking to school, walking to shopping, is there anything else?</w:t>
      </w:r>
      <w:r w:rsidRPr="00500250">
        <w:br/>
      </w:r>
      <w:r>
        <w:t xml:space="preserve">Speaker2: [00:18:29] It's not all that. </w:t>
      </w:r>
      <w:r w:rsidRPr="00500250">
        <w:t xml:space="preserve">If I have to go somewhere and I can do walking, I do it. </w:t>
      </w:r>
      <w:r w:rsidRPr="00754C85">
        <w:t>That's what I do. If I have to go buy four things at the market up there, I walk.</w:t>
      </w:r>
      <w:r w:rsidRPr="00754C85">
        <w:br/>
        <w:t>Speaker1: [00:18:40] Well, it looks like on the 20th they're taking masks off in a lot of places. Is that fact going to affect you at all, do you think? You're going to go out the same with a mask as without a mask and I'm going to do my thing.</w:t>
      </w:r>
      <w:r w:rsidRPr="00754C85">
        <w:br/>
      </w:r>
      <w:r w:rsidRPr="00F47296">
        <w:rPr>
          <w:lang w:val="es-ES"/>
        </w:rPr>
        <w:t xml:space="preserve">Speaker2: [00:18:55] Yeah, just the same. </w:t>
      </w:r>
      <w:r w:rsidRPr="00754C85">
        <w:t>It's going to be an improvement on the job, that's for sure.</w:t>
      </w:r>
      <w:r w:rsidRPr="00754C85">
        <w:br/>
      </w:r>
      <w:r>
        <w:t xml:space="preserve">Speaker1: [00:18:59] Okay. </w:t>
      </w:r>
      <w:r w:rsidRPr="00754C85">
        <w:t>Well nothing, that's it, I'm going to stop this and thank you very much.</w:t>
      </w:r>
    </w:p>
    <w:p w14:paraId="2CFA4A3D" w14:textId="77777777" w:rsidR="00BE0EF2" w:rsidRPr="00754C85" w:rsidRDefault="00BE0EF2" w:rsidP="00BE0EF2"/>
    <w:p w14:paraId="18FECD45" w14:textId="77777777" w:rsidR="00BE0EF2" w:rsidRPr="00754C85" w:rsidRDefault="00BE0EF2" w:rsidP="00BE0EF2">
      <w:pPr>
        <w:pStyle w:val="Ttulo1"/>
      </w:pPr>
      <w:r w:rsidRPr="00754C85">
        <w:t>P019-M3</w:t>
      </w:r>
    </w:p>
    <w:p w14:paraId="02159202" w14:textId="77777777" w:rsidR="00BE0EF2" w:rsidRPr="00754C85" w:rsidRDefault="00BE0EF2" w:rsidP="00BE0EF2">
      <w:r w:rsidRPr="00754C85">
        <w:t>P019-M3 Interview.m4a</w:t>
      </w:r>
      <w:r w:rsidRPr="00754C85">
        <w:br/>
        <w:t>Speaker1: [00:00:00] You're up and running, Manuel. And what we do here is a little bit questions about before the admission, during the admission which has been more or less about six months and then how do you see yourself from now on. So everything, more or less we are going to try to emphasize healthy habits, nutrition and physical activity, which is the main part of the study. So I'd like to ask you if you think anything has changed in your life from before admission to now, and in what way.</w:t>
      </w:r>
      <w:r w:rsidRPr="00754C85">
        <w:br/>
        <w:t>Speaker2: [00:00:36] Well I smoke less, maybe one day when I wake up I'm nervous or after eating a cigarette maybe, but every six days, before I smoked half a pack a day.</w:t>
      </w:r>
      <w:r w:rsidRPr="00754C85">
        <w:br/>
      </w:r>
      <w:r w:rsidRPr="008C1203">
        <w:rPr>
          <w:lang w:val="es-ES"/>
        </w:rPr>
        <w:t xml:space="preserve">Speaker1: [00:00:55] That's what I was going to tell you. </w:t>
      </w:r>
      <w:r w:rsidRPr="00754C85">
        <w:t>I remember the first time we met you told me you used to smoke for 28 years.</w:t>
      </w:r>
      <w:r w:rsidRPr="00754C85">
        <w:br/>
        <w:t>Speaker2: [00:01:02] And now, I'm telling you, I bought a pack. I've got it in there. And a pack lasts me a month and a bit in there, because I'll have a cigarette or some day when I'm nervous, I'll have a cigarette.</w:t>
      </w:r>
      <w:r w:rsidRPr="00754C85">
        <w:br/>
        <w:t>Speaker1: [00:01:17] I mean, the smoking part has changed.</w:t>
      </w:r>
      <w:r w:rsidRPr="00754C85">
        <w:br/>
        <w:t>Speaker2: [00:01:19] Then I got back into the habit of eating right and eating on my own time, which I had given up. That's changed too.</w:t>
      </w:r>
      <w:r w:rsidRPr="00754C85">
        <w:br/>
        <w:t>Speaker1: [00:01:30] And this why have you changed those habits?</w:t>
      </w:r>
      <w:r w:rsidRPr="00754C85">
        <w:br/>
        <w:t xml:space="preserve">Speaker2: [00:01:41] Maybe because of the scare when I was admitted, that I always felt fine and I always went almost everywhere walking and seeing that I couldn't walk, that I </w:t>
      </w:r>
      <w:r w:rsidRPr="00754C85">
        <w:lastRenderedPageBreak/>
        <w:t>was choking, it made me reconsider a little bit.</w:t>
      </w:r>
      <w:r w:rsidRPr="00754C85">
        <w:br/>
        <w:t>Speaker1: [00:01:59] Because the fact that you were admitted was because you were in pain?</w:t>
      </w:r>
      <w:r w:rsidRPr="00754C85">
        <w:br/>
        <w:t>Speaker2: [00:02:02] I felt a pain, a pressure that I walked five steps and I had to stop because it was like they were pressing on my chest and I was short of breath. And I'm telling you that before, when I was doing sports and then I had to walk and it was great. For example, one season I worked at the cemetery and I walked from the cemetery here (to his house). Then when I saw that I couldn't do the same, I don't like it and I have to go back to the way I was before.</w:t>
      </w:r>
      <w:r w:rsidRPr="00754C85">
        <w:br/>
        <w:t>Speaker1: [00:02:34] And before you went to work, did you work?</w:t>
      </w:r>
      <w:r w:rsidRPr="00754C85">
        <w:br/>
        <w:t>Speaker2: [00:02:36] Yes, I was working in a bar as a bartender.</w:t>
      </w:r>
      <w:r w:rsidRPr="00754C85">
        <w:br/>
        <w:t>Speaker1: [00:02:40] So that's changed too, before you were working and now?</w:t>
      </w:r>
      <w:r w:rsidRPr="00754C85">
        <w:br/>
      </w:r>
      <w:r w:rsidRPr="008C1203">
        <w:rPr>
          <w:lang w:val="es-ES"/>
        </w:rPr>
        <w:t xml:space="preserve">Speaker2: [00:02:44] Not now. </w:t>
      </w:r>
      <w:r w:rsidRPr="00754C85">
        <w:t>Now I've been working for a few days. But because I had so many doctors I was missing a lot, now that I'm doing better, I'll be back.</w:t>
      </w:r>
      <w:r w:rsidRPr="00754C85">
        <w:br/>
        <w:t>Speaker1: [00:02:57] And even though you mentioned a little bit, before you were admitted, were you physically active, were you walking?</w:t>
      </w:r>
      <w:r w:rsidRPr="00754C85">
        <w:br/>
        <w:t>Speaker2: [00:03:06] Until my ankle went bad, every once in a while I would go play paddle tennis with some friends and we would play a couple of times a week.</w:t>
      </w:r>
      <w:r w:rsidRPr="00754C85">
        <w:br/>
        <w:t>Speaker1: [00:03:15] And the ankle, when did that happen?</w:t>
      </w:r>
      <w:r w:rsidRPr="00754C85">
        <w:br/>
        <w:t>Speaker2: [00:03:17] Before the pandemic, I rolled it. I didn't go because I didn't leave work, of course and in the end well it just stayed there and I never healed it.</w:t>
      </w:r>
      <w:r w:rsidRPr="00754C85">
        <w:br/>
        <w:t>Speaker1: [00:03:32] And you used to go weekly to play paddle tennis?</w:t>
      </w:r>
      <w:r w:rsidRPr="00754C85">
        <w:br/>
        <w:t>Speaker2: [00:03:35] Yeah, we used to go a couple of days a week to play paddle tennis.</w:t>
      </w:r>
      <w:r w:rsidRPr="00754C85">
        <w:br/>
        <w:t>Speaker1: [00:03:39] And apart from paddle tennis, did you do any other kind of exercise, moving around, walking?</w:t>
      </w:r>
      <w:r w:rsidRPr="00754C85">
        <w:br/>
        <w:t>Speaker2: [00:03:44] No, no, what I did at the bar was enough. The terrace of the bar was downstairs and it was all the time up, down, up, down. You were killed by the ladder. And that's where I broke my ankle the most because I wouldn't stop working.</w:t>
      </w:r>
      <w:r w:rsidRPr="00754C85">
        <w:br/>
        <w:t>Speaker1: [00:04:18] Well, so from that sprain, your physical activity level dropped a low.</w:t>
      </w:r>
      <w:r w:rsidRPr="00754C85">
        <w:br/>
        <w:t>Speaker2: [00:04:25] A little bit.</w:t>
      </w:r>
      <w:r w:rsidRPr="00754C85">
        <w:br/>
        <w:t>Speaker1: [00:04:26] And then it was almost the admission thing. Okay. So let's talk about these months now. When it happened to you and you say you got scared, since then do you think anything has changed? During these six months, how have you been feeling? How have you seen that you've been doing well?</w:t>
      </w:r>
      <w:r w:rsidRPr="00754C85">
        <w:br/>
        <w:t>Speaker2: [00:04:58] Well, the first few days it was hard for me because after I got out, I was slower, but after a week I was doing better.</w:t>
      </w:r>
      <w:r w:rsidRPr="00754C85">
        <w:br/>
        <w:t>Speaker1: [00:05:06] And did you have any concerns when you were discharged? About your day to day life, whether you could do this or you couldn't?</w:t>
      </w:r>
      <w:r w:rsidRPr="00754C85">
        <w:br/>
      </w:r>
      <w:r w:rsidRPr="008C1203">
        <w:rPr>
          <w:lang w:val="es-ES"/>
        </w:rPr>
        <w:t xml:space="preserve">Speaker2: [00:05:18] No. </w:t>
      </w:r>
      <w:r w:rsidRPr="00754C85">
        <w:t>The only thing was that I couldn't do any more sports, but always because of the ankle. Me before I had knee surgery, I've always been doing some sports or playing indoor soccer, during the week or on weekends, I was always doing something and from there to not being able to do almost anything, it's hard.</w:t>
      </w:r>
      <w:r w:rsidRPr="00754C85">
        <w:br/>
        <w:t xml:space="preserve">Speaker1: [00:05:43] And did you ask, for example, the doctor or the nurses or the nursing </w:t>
      </w:r>
      <w:r w:rsidRPr="00754C85">
        <w:lastRenderedPageBreak/>
        <w:t>staff there about what you could or couldn't do?</w:t>
      </w:r>
      <w:r w:rsidRPr="00754C85">
        <w:br/>
      </w:r>
      <w:r w:rsidRPr="008C1203">
        <w:rPr>
          <w:lang w:val="es-ES"/>
        </w:rPr>
        <w:t xml:space="preserve">Speaker2: [00:05:53] They told me that I needed time. </w:t>
      </w:r>
      <w:r w:rsidRPr="00754C85">
        <w:t>Because the truth is the doctor that saw me for rehab was a little bit dry, a little bit dry a little bit stupid. He wouldn't let me almost talk, he was explaining things to me... And yes, I'm overweight and such, but I can do a lot of things. He told me "I don't know if you can do rehab, because if you can't get on the treadmill, you can't do cycling and also because of your ankle". Of course, and I didn't tell him any of that. I told him that I walked, although it was difficult, that yes, it hurt when I walked. Besides, I myself, for example, I told Laura the first day, she told me "Maybe it's hard for you to do the rehabilitation" and I said "No, no, no!" I got on the treadmill and I spent the whole hour of rehabilitation walking. Even if it hurts a little, I do it, but the other doctor was a little stupid. That you guys keep me, damn it, or else what, I'm not going to rehab?</w:t>
      </w:r>
      <w:r w:rsidRPr="00754C85">
        <w:br/>
        <w:t>Speaker1: [00:07:12] So in rehab, do you remember how many sessions you've done?</w:t>
      </w:r>
      <w:r w:rsidRPr="00754C85">
        <w:br/>
        <w:t>Speaker2: [00:07:20] Well I've done, minus the one I missed because of covid. I did 7 to 9 sessions.</w:t>
      </w:r>
      <w:r w:rsidRPr="00754C85">
        <w:br/>
        <w:t>Speaker1: [00:07:50] And I don't know, can you tell me a little bit about the mechanics that you did?</w:t>
      </w:r>
      <w:r w:rsidRPr="00754C85">
        <w:br/>
        <w:t>Speaker2: [00:07:56] Well, first I would go in, Sara would see me, then I would go down to Laura, put the EKG on. We would go in, warm up a little bit with some exercises that Laura told us and then we would get on the bike. The first day I was on the treadmill and the other days on the bike. And every day Laura would increase the intensity a little bit.</w:t>
      </w:r>
      <w:r w:rsidRPr="00754C85">
        <w:br/>
        <w:t>Speaker1: [00:08:31] And how long were you there?</w:t>
      </w:r>
      <w:r w:rsidRPr="00754C85">
        <w:br/>
        <w:t>Speaker2: [00:08:32] Well 50 minutes. We did a five minute warm up. In total almost an hour.</w:t>
      </w:r>
      <w:r w:rsidRPr="00754C85">
        <w:br/>
      </w:r>
      <w:r w:rsidRPr="008C1203">
        <w:rPr>
          <w:lang w:val="es-ES"/>
        </w:rPr>
        <w:t xml:space="preserve">Speaker1: [00:08:41] And the and the 7 or 8 sessions. </w:t>
      </w:r>
      <w:r w:rsidRPr="00754C85">
        <w:t>You always did the same thing. The only thing that changed maybe was that you did more intensity.</w:t>
      </w:r>
      <w:r w:rsidRPr="00754C85">
        <w:br/>
        <w:t>Speaker2: [00:08:49] Maybe the same day, as Laura saw me, for example, the same day I was going up. I'm going to go up a little bit of intensity and I would go up a little bit and see how it went.</w:t>
      </w:r>
      <w:r w:rsidRPr="00754C85">
        <w:br/>
        <w:t>Speaker1: [00:08:59] And the EKG was just to see how many heart rates you had.</w:t>
      </w:r>
      <w:r w:rsidRPr="00754C85">
        <w:br/>
        <w:t>Speaker2: [00:09:03] Yeah, there was a guy there with the computer who was a cardiologist.</w:t>
      </w:r>
      <w:r w:rsidRPr="00754C85">
        <w:br/>
        <w:t>Speaker1: [00:09:08] And did he tell you anything?</w:t>
      </w:r>
      <w:r w:rsidRPr="00754C85">
        <w:br/>
        <w:t>Speaker2: [00:09:10] He saw that they put the oxygen saturation thing on me, because on the computer he was getting one thing and it didn't add up there, but okay. The truth is that then I would finish, I would walk around the gym a little bit and they would take my blood pressure again to see how I was doing.</w:t>
      </w:r>
      <w:r w:rsidRPr="00754C85">
        <w:br/>
        <w:t>Speaker1: [00:09:45] Do you worry about doing sports, do you think it's good for you?</w:t>
      </w:r>
      <w:r w:rsidRPr="00754C85">
        <w:br/>
        <w:t>Speaker2: [00:09:49] Yeah, sure.</w:t>
      </w:r>
      <w:r w:rsidRPr="00754C85">
        <w:br/>
        <w:t>Speaker1: [00:09:50] So you think there's no risk in doing physical exercise?</w:t>
      </w:r>
      <w:r w:rsidRPr="00754C85">
        <w:br/>
      </w:r>
      <w:r w:rsidRPr="008C1203">
        <w:rPr>
          <w:lang w:val="es-ES"/>
        </w:rPr>
        <w:t xml:space="preserve">Speaker2: [00:09:54] No. </w:t>
      </w:r>
      <w:r w:rsidRPr="00754C85">
        <w:t xml:space="preserve">The day that maybe I'm walking a little bit faster and I feel like I'm choking, well, I'm going down a little bit myself. They also took me off one of the medications, Sara took me off, the diuretic. She took it away from me, she told me that if I didn't choke when I walked or my legs would give out and that I should stop taking it. That </w:t>
      </w:r>
      <w:r w:rsidRPr="00754C85">
        <w:lastRenderedPageBreak/>
        <w:t>the moment she noticed that I was choking, to take it again.</w:t>
      </w:r>
      <w:r w:rsidRPr="00754C85">
        <w:br/>
        <w:t>Speaker1: [00:10:30] Well, and a question, now I'm thinking about what you told me earlier about the cardiologist, that you said he was kind of stupid with you, did that discourage you from continuing to go to rehab or exercise?</w:t>
      </w:r>
      <w:r w:rsidRPr="00754C85">
        <w:br/>
        <w:t>Speaker2: [00:10:42] No, no because that was the one that had to give the order for me to go to the gym, but then with Laura great, with the girl great. It didn't influence, I came out like "fuck, this guy I come in so he treats me and he talks to me like that."</w:t>
      </w:r>
      <w:r w:rsidRPr="00754C85">
        <w:br/>
      </w:r>
      <w:r w:rsidRPr="008C1203">
        <w:rPr>
          <w:lang w:val="es-ES"/>
        </w:rPr>
        <w:t xml:space="preserve">Speaker1: [00:11:01] I understand. </w:t>
      </w:r>
      <w:r w:rsidRPr="00754C85">
        <w:t>And during these six months has there been anything that's motivated you, influenced you to work out?</w:t>
      </w:r>
      <w:r w:rsidRPr="00754C85">
        <w:br/>
      </w:r>
      <w:r w:rsidRPr="008C1203">
        <w:rPr>
          <w:lang w:val="es-ES"/>
        </w:rPr>
        <w:t xml:space="preserve">Speaker2: [00:11:11] Finding myself better every day. </w:t>
      </w:r>
      <w:r w:rsidRPr="00754C85">
        <w:t>Then also from time to time, I have gone up to the field of a friend of mine who is a DJ and he has a DJ set there. He also has an elliptical trainer and a gym machine and we've both been there doing some exercise. And it's also helped me a lot that I've quit smoking.</w:t>
      </w:r>
      <w:r w:rsidRPr="00754C85">
        <w:br/>
        <w:t>Speaker1: [00:11:40] So has this friend helped you a lot?</w:t>
      </w:r>
      <w:r w:rsidRPr="00754C85">
        <w:br/>
        <w:t>Speaker2: [00:11:42] Yes, hanging out with him, he doesn't smoke, so it encourages me to quit.  I used to smoke even when I was with him, but after the scare if you have someone who doesn't smoke it helps you to quit. Or then I get together with friends who smoke and maybe I'll have a cigarette, but not with the craving.</w:t>
      </w:r>
      <w:r w:rsidRPr="00754C85">
        <w:br/>
        <w:t>Speaker1: [00:12:17] And so going back to the hospital rehab thing, do you think it went well for you, how do you see it, how do you rate it?</w:t>
      </w:r>
      <w:r w:rsidRPr="00754C85">
        <w:br/>
        <w:t>Speaker2: [00:12:28] Good. It's gone well for me. Good because at the beginning, the first few sessions I started sweating and then the last few sessions I was sweating, but less and I was able to stand it better. Laura started talking to me and said, "I can tell you are doing better". Because she told me that every week I had the same heart rate as the previous week, but with more intensity, and you start talking and you don't drown so much. It's been really good, it's been going well.</w:t>
      </w:r>
      <w:r w:rsidRPr="00754C85">
        <w:br/>
        <w:t>Speaker1: [00:13:09] And did you miss anything that you would have liked to do other things?</w:t>
      </w:r>
      <w:r w:rsidRPr="00754C85">
        <w:br/>
        <w:t>Speaker2: [00:13:13] No, because there was the treadmill or the bike. There was one that was for the arms [refers to the elliptical], but Laura told me that the regular bike was better.</w:t>
      </w:r>
      <w:r w:rsidRPr="00754C85">
        <w:br/>
        <w:t>Speaker1: [00:13:27] But then you didn't miss anything because there were no other alternatives.</w:t>
      </w:r>
      <w:r w:rsidRPr="00754C85">
        <w:br/>
        <w:t>Speaker2: [00:13:35] Right, there were no other things to do there.</w:t>
      </w:r>
      <w:r w:rsidRPr="00754C85">
        <w:br/>
        <w:t>Speaker1: [00:13:37] Okay, but you could have chosen, what would you have liked to have been asked at the hospital?</w:t>
      </w:r>
      <w:r w:rsidRPr="00754C85">
        <w:br/>
      </w:r>
      <w:r w:rsidRPr="008C1203">
        <w:rPr>
          <w:lang w:val="es-ES"/>
        </w:rPr>
        <w:t xml:space="preserve">Speaker2: [00:13:51] Yeah, anything, because I would have. </w:t>
      </w:r>
      <w:r w:rsidRPr="00754C85">
        <w:t>Maybe if there had been one of those step machines, which is like the steps on the bike, for example, if I would have had, I would have done that too.</w:t>
      </w:r>
      <w:r w:rsidRPr="00754C85">
        <w:br/>
        <w:t>Speaker1: [00:14:15] Because I understand that, for example, strength exercises and things like that elastic, or weights that nothing.</w:t>
      </w:r>
      <w:r w:rsidRPr="00754C85">
        <w:br/>
        <w:t>Speaker2: [00:14:28] That if I would have and they would have told me to do it, I would have liked that too, to see how I was, and test myself as well.</w:t>
      </w:r>
      <w:r w:rsidRPr="00754C85">
        <w:br/>
        <w:t xml:space="preserve">Speaker1: [00:14:40] I understand that if Laura or the cardiologist or someone had told you </w:t>
      </w:r>
      <w:r w:rsidRPr="00754C85">
        <w:lastRenderedPageBreak/>
        <w:t>other exercises, you would have done them.</w:t>
      </w:r>
      <w:r w:rsidRPr="00754C85">
        <w:br/>
        <w:t>Speaker2: [00:14:51] Yes, I'm telling you, we were five people and maybe Laura said "come on, you do the bike, so and so", and I told her that if she wanted me to go to the treadmill, that even though it's harder for me, I didn't mind. But it seems that I looked better on the bike and I got on the bike.</w:t>
      </w:r>
      <w:r w:rsidRPr="00754C85">
        <w:br/>
        <w:t>Speaker1: [00:15:16] And during these sessions did you feel better?</w:t>
      </w:r>
      <w:r w:rsidRPr="00754C85">
        <w:br/>
        <w:t>Speaker2: [00:15:21] Yeah, yeah, I would get out of the session and I would walk home, I would get out of the bike time, I would walk home from the hospital, which would be a 10 minute walk.</w:t>
      </w:r>
      <w:r w:rsidRPr="00754C85">
        <w:br/>
        <w:t>Speaker1: [00:15:43] And do you think doing what you've done or other things could hurt you?</w:t>
      </w:r>
      <w:r w:rsidRPr="00754C85">
        <w:br/>
        <w:t>Speaker2: [00:15:54] No, I've always looked at it that whatever I did whatever I was going to do was for the betterment of myself.</w:t>
      </w:r>
      <w:r w:rsidRPr="00754C85">
        <w:br/>
        <w:t>Speaker1: [00:16:00] So you don't think you take risks by exercising, do you?</w:t>
      </w:r>
      <w:r w:rsidRPr="00754C85">
        <w:br/>
        <w:t>Speaker2: [00:16:04] No, also, on day 6 when I was at the cardiologist I was with the cardiologist, she told me that I had finished rehab very well and everything was fine.</w:t>
      </w:r>
      <w:r w:rsidRPr="00754C85">
        <w:br/>
        <w:t>Speaker1: [00:16:18] And have they given you advice and instructions to do outside of the hospital?</w:t>
      </w:r>
      <w:r w:rsidRPr="00754C85">
        <w:br/>
      </w:r>
      <w:r w:rsidRPr="008C1203">
        <w:rPr>
          <w:lang w:val="es-ES"/>
        </w:rPr>
        <w:t xml:space="preserve">Speaker2: [00:16:23] No, to keep walking. </w:t>
      </w:r>
      <w:r w:rsidRPr="00754C85">
        <w:t>If I can do some other physical exercise that I do, that I try to do.</w:t>
      </w:r>
      <w:r w:rsidRPr="00754C85">
        <w:br/>
      </w:r>
      <w:r w:rsidRPr="008C1203">
        <w:rPr>
          <w:lang w:val="es-ES"/>
        </w:rPr>
        <w:t xml:space="preserve">Speaker1: [00:16:31] Okay. </w:t>
      </w:r>
      <w:r w:rsidRPr="00754C85">
        <w:t>And you, for example, you asked if after rehab you can do other things, are you curious?</w:t>
      </w:r>
      <w:r w:rsidRPr="00754C85">
        <w:br/>
        <w:t>Speaker2: [00:16:38] No, the thing is if I'm feeling good, I'll do it. I did play paddle tennis last week. And when I noticed that I was getting tired, that I was feeling a little bit rushed, I would stop for a little bit. And then if I go to my friend's field, if we do some weights I try not to put too much weight on it either.</w:t>
      </w:r>
      <w:r w:rsidRPr="00754C85">
        <w:br/>
        <w:t>Speaker1: [00:17:15] Okay, and would you have liked, for example, more personalized advice outside of the hospital?</w:t>
      </w:r>
      <w:r w:rsidRPr="00754C85">
        <w:br/>
        <w:t>Speaker2: [00:17:22] Yeah, I noticed that a little bit, I thought they were going to give me some kind of exercise chart.</w:t>
      </w:r>
      <w:r w:rsidRPr="00754C85">
        <w:br/>
        <w:t>Speaker1: [00:17:30] That's what I was going to tell you if we gave you, for example, a little chart with some weekly exercises and so on, would you be okay with that?</w:t>
      </w:r>
      <w:r w:rsidRPr="00754C85">
        <w:br/>
        <w:t>Speaker2: [00:17:40] Yeah, sure.</w:t>
      </w:r>
      <w:r w:rsidRPr="00754C85">
        <w:br/>
        <w:t>Speaker1: [00:17:41] And do you think you would do it?</w:t>
      </w:r>
      <w:r w:rsidRPr="00754C85">
        <w:br/>
      </w:r>
      <w:r w:rsidRPr="008C1203">
        <w:rPr>
          <w:lang w:val="es-ES"/>
        </w:rPr>
        <w:t xml:space="preserve">Speaker2: [00:17:43] Yeah. </w:t>
      </w:r>
      <w:r w:rsidRPr="00754C85">
        <w:t>And for example, if there's some exercise that I can do them at home, because my ankle hurts or I get like a twinge and I get stuck. So if I see that I can't go for a walk, then an exercise that I can do at home is fine.</w:t>
      </w:r>
      <w:r w:rsidRPr="00754C85">
        <w:br/>
      </w:r>
      <w:r w:rsidRPr="008C1203">
        <w:rPr>
          <w:lang w:val="es-ES"/>
        </w:rPr>
        <w:t xml:space="preserve">Speaker1: [00:18:09] Sure, without that impact of course. </w:t>
      </w:r>
      <w:r w:rsidRPr="00754C85">
        <w:t>So I was going to pose you a situation. I mean, if for example, if the hospital invites you to participate in a study, which is about what we're saying about doing a training or a training program through the cell phone, do you think you could do it and would you like to? I mean, you have a cell phone here that you can download, an application that we use and so on, and do you think that would be positive for you and would you like to do that?</w:t>
      </w:r>
      <w:r w:rsidRPr="00754C85">
        <w:br/>
      </w:r>
      <w:r w:rsidRPr="008C1203">
        <w:rPr>
          <w:lang w:val="es-ES"/>
        </w:rPr>
        <w:lastRenderedPageBreak/>
        <w:t xml:space="preserve">Speaker2: [00:18:47] Yeah. </w:t>
      </w:r>
      <w:r w:rsidRPr="00754C85">
        <w:t>I'm telling you, right now, for example, the other day I told my sister that I'm going to do the pilgrimage walking and my sister, "boy, let's see the ankle, watch out such..." And I say, if it takes me an hour longer, nothing happens. But I'm going to walk. And on the way back I'll take the bus if I have to.</w:t>
      </w:r>
      <w:r w:rsidRPr="00754C85">
        <w:br/>
        <w:t>Speaker1: [00:19:17] The pilgrimage, how many kilometers is it?</w:t>
      </w:r>
      <w:r w:rsidRPr="00754C85">
        <w:br/>
        <w:t>Speaker2: [00:19:20] Well, six kilometers.</w:t>
      </w:r>
      <w:r w:rsidRPr="00754C85">
        <w:br/>
        <w:t>Speaker1: [00:19:43] Well, and I'd like to ask you, we've caught a little bit of covid now, do you think that from the time you were discharged until now, this covid thing has influenced your day to day life?</w:t>
      </w:r>
      <w:r w:rsidRPr="00754C85">
        <w:br/>
        <w:t>Speaker2: [00:19:59] No, not at all. I say it hasn't left me with any aftereffects, the only thing I had a hard time with was the headache.</w:t>
      </w:r>
      <w:r w:rsidRPr="00754C85">
        <w:br/>
        <w:t>Speaker1: [00:20:08] But I'm not just saying that you went through it, I'm saying the situation. I mean, the fact that there's restrictions and so on have they changed your life?</w:t>
      </w:r>
      <w:r w:rsidRPr="00754C85">
        <w:br/>
        <w:t>Speaker2: [00:20:17] It does change a little bit, but not much either.</w:t>
      </w:r>
      <w:r w:rsidRPr="00754C85">
        <w:br/>
        <w:t>Speaker1: [00:20:21] But do you think in your day to day life you would have done the same thing?</w:t>
      </w:r>
      <w:r w:rsidRPr="00754C85">
        <w:br/>
        <w:t>Speaker2: [00:20:25] Maybe a little bit more, because when the covid thing happened I was working in the bar and when it closed I stopped working.</w:t>
      </w:r>
      <w:r w:rsidRPr="00754C85">
        <w:br/>
        <w:t>Speaker1: [00:20:35] What changed you the most is your day to day work.</w:t>
      </w:r>
      <w:r w:rsidRPr="00754C85">
        <w:br/>
      </w:r>
      <w:r w:rsidRPr="008C1203">
        <w:rPr>
          <w:lang w:val="es-ES"/>
        </w:rPr>
        <w:t xml:space="preserve">Speaker2: [00:20:36] Work. </w:t>
      </w:r>
      <w:r w:rsidRPr="00754C85">
        <w:t>The rest not much.</w:t>
      </w:r>
      <w:r w:rsidRPr="00754C85">
        <w:br/>
        <w:t>Speaker1: [00:20:39] Okay, going out with friends or going for a walk. neither?</w:t>
      </w:r>
      <w:r w:rsidRPr="00754C85">
        <w:br/>
      </w:r>
      <w:r w:rsidRPr="008C1203">
        <w:rPr>
          <w:lang w:val="es-ES"/>
        </w:rPr>
        <w:t xml:space="preserve">Speaker2: [00:20:50] No, no way. </w:t>
      </w:r>
      <w:r w:rsidRPr="00754C85">
        <w:t>Also, I was living a little bit in the country with my dad and there's less danger of hanging out with people out there in the country, and maybe I'd go out there and walk around the countryside for a little bit.</w:t>
      </w:r>
      <w:r w:rsidRPr="00754C85">
        <w:br/>
        <w:t>Speaker1: [00:21:05] So you don't think you would have done more or less activity?</w:t>
      </w:r>
      <w:r w:rsidRPr="00754C85">
        <w:br/>
        <w:t>Speaker2: [00:21:12] Yeah, yeah, about the same. Taking away from the work thing.</w:t>
      </w:r>
      <w:r w:rsidRPr="00754C85">
        <w:br/>
        <w:t>Speaker1: [00:21:21] So nothing, now just to finish up a little bit. From now on, how do you see yourself?</w:t>
      </w:r>
      <w:r w:rsidRPr="00754C85">
        <w:br/>
      </w:r>
      <w:r w:rsidRPr="008C1203">
        <w:rPr>
          <w:lang w:val="es-ES"/>
        </w:rPr>
        <w:t xml:space="preserve">Speaker2: [00:21:27] Well, I look good, I feel good. </w:t>
      </w:r>
      <w:r w:rsidRPr="00754C85">
        <w:t>The other day I was a little bit disappointed because of what I told you about the surgery, that I thought I was going to start... But I'm fine, I'm looking forward to it.</w:t>
      </w:r>
      <w:r w:rsidRPr="00754C85">
        <w:br/>
        <w:t>Speaker1: [00:21:43] So will you continue to exercise, activity and so on?</w:t>
      </w:r>
      <w:r w:rsidRPr="00754C85">
        <w:br/>
        <w:t>Speaker2: [00:21:49] Yes, whatever I can do and allow me to do.</w:t>
      </w:r>
      <w:r w:rsidRPr="00754C85">
        <w:br/>
      </w:r>
      <w:r w:rsidRPr="008C1203">
        <w:rPr>
          <w:lang w:val="es-ES"/>
        </w:rPr>
        <w:t xml:space="preserve">Speaker1: [00:21:51] Sure. </w:t>
      </w:r>
      <w:r w:rsidRPr="00754C85">
        <w:t>You're telling me that you have a chronic sprain and so forth, would you like to get that exercise chart tailored to my situation? And would you like to do some other type of exercise activity? Do other things?</w:t>
      </w:r>
      <w:r w:rsidRPr="00754C85">
        <w:br/>
        <w:t>Speaker2: [00:22:42] Yes.</w:t>
      </w:r>
      <w:r w:rsidRPr="00754C85">
        <w:br/>
        <w:t>Speaker1: [00:22:42] Like what?</w:t>
      </w:r>
      <w:r w:rsidRPr="00754C85">
        <w:br/>
        <w:t>Speaker2: [00:22:44] Whatever. I don't care. I'm telling you, he's always doing some sport.</w:t>
      </w:r>
      <w:r w:rsidRPr="00754C85">
        <w:br/>
        <w:t>Speaker1: [00:22:50] So open to if they tell you something that they think is good for your health, you'd be willing.</w:t>
      </w:r>
      <w:r w:rsidRPr="00754C85">
        <w:br/>
        <w:t>Speaker2: [00:22:55] Until I had knee surgery, I was exercising.</w:t>
      </w:r>
      <w:r w:rsidRPr="00754C85">
        <w:br/>
        <w:t xml:space="preserve">Speaker1: [00:23:13] And so do you think that if what we were talking about earlier, if we </w:t>
      </w:r>
      <w:r w:rsidRPr="00754C85">
        <w:lastRenderedPageBreak/>
        <w:t>gave you, like, an app and stuff, would that help you exercise more in the future? Do you think that you would really get into it?</w:t>
      </w:r>
      <w:r w:rsidRPr="00754C85">
        <w:br/>
        <w:t>Speaker2: [00:23:53] I'm telling you, until I was 23-24 years old I was competing in judo and then with my cousin playing soccer. And well, that's why I say I've always been active.</w:t>
      </w:r>
      <w:r w:rsidRPr="00754C85">
        <w:br/>
        <w:t>Speaker1: [00:24:18] So anything specific that you want to do?</w:t>
      </w:r>
      <w:r w:rsidRPr="00754C85">
        <w:br/>
        <w:t>Speaker2: [00:24:32] Anything that I can do. For example, in the park there's bike machines, there's other little things.</w:t>
      </w:r>
      <w:r w:rsidRPr="00754C85">
        <w:br/>
        <w:t>Speaker1: [00:24:46] Okay, so something tailored to this because in the park I could do it and such.</w:t>
      </w:r>
      <w:r w:rsidRPr="00754C85">
        <w:br/>
        <w:t>Speaker2: [00:24:50] If you pass me some weights, so the day I can go up to the friend's field I'll do stuff there.</w:t>
      </w:r>
      <w:r w:rsidRPr="00754C85">
        <w:br/>
        <w:t>Speaker1: [00:24:58] Okay And then aside from the exercise thing, as I understand it, you would also like to go to the hospital if you were to get a dietary intervention and so on as well, you would also like to, wouldn't you?</w:t>
      </w:r>
      <w:r w:rsidRPr="00754C85">
        <w:br/>
        <w:t>Speaker2: [00:25:13] I have the diet that I'm on which so far so good. But if they can help me with something else, change something or something, all the better.</w:t>
      </w:r>
      <w:r w:rsidRPr="00754C85">
        <w:br/>
        <w:t>Speaker1: [00:25:27] So what I'm going to do is I'm going to write down that you're interested.</w:t>
      </w:r>
      <w:r w:rsidRPr="00754C85">
        <w:br/>
        <w:t>Speaker2: [00:25:32] Anything I can do to improve, I'm in.</w:t>
      </w:r>
      <w:r w:rsidRPr="00754C85">
        <w:br/>
        <w:t>Speaker1: [00:25:34] The home rehab, doing it at home and the nutritional part. So if in the end if this program goes through, then they can contact you if.</w:t>
      </w:r>
      <w:r w:rsidRPr="00754C85">
        <w:br/>
        <w:t>Speaker2: [00:25:50] Would you call me Maria?</w:t>
      </w:r>
      <w:r w:rsidRPr="00754C85">
        <w:br/>
        <w:t>Speaker1: [00:25:54] Well, me or my partner. This is at the end of the day, these things are not the day to day running of the hospital, because that depends on them giving us the money to do it okay?</w:t>
      </w:r>
      <w:r w:rsidRPr="00754C85">
        <w:br/>
        <w:t>Speaker2: [00:26:07] I already have your and your partner's phone number.</w:t>
      </w:r>
      <w:r w:rsidRPr="00754C85">
        <w:br/>
        <w:t>Speaker1: [00:26:09] If they give it, if they give it to us and it goes through, then we'll contact you, okay? So that's it, thank you.</w:t>
      </w:r>
    </w:p>
    <w:p w14:paraId="108F0436" w14:textId="77777777" w:rsidR="00BE0EF2" w:rsidRPr="00754C85" w:rsidRDefault="00BE0EF2" w:rsidP="00BE0EF2">
      <w:pPr>
        <w:pStyle w:val="Ttulo1"/>
      </w:pPr>
      <w:r w:rsidRPr="00754C85">
        <w:t>P021-M3</w:t>
      </w:r>
    </w:p>
    <w:p w14:paraId="59A148E9" w14:textId="77777777" w:rsidR="00BE0EF2" w:rsidRPr="00073744" w:rsidRDefault="00BE0EF2" w:rsidP="00BE0EF2">
      <w:r w:rsidRPr="00073744">
        <w:t>P021-M3 Interview.m4a</w:t>
      </w:r>
      <w:r w:rsidRPr="00073744">
        <w:br/>
        <w:t>Speaker1: [00:00:00] We're recording what we always do. Now I'm going to ask you about before you joined, okay? Which if I remember correctly, I have it around here, it was in October. And then some questions about these six months that either you have seen Isa or you have seen me. And then a few questions about the future. So, the first thing I'd like to ask you, Amparo, is if since before October, before the admission, has your life changed at all?</w:t>
      </w:r>
      <w:r w:rsidRPr="00073744">
        <w:br/>
        <w:t>Speaker2: [00:00:36] Of course it has changed.</w:t>
      </w:r>
      <w:r w:rsidRPr="00073744">
        <w:br/>
        <w:t>Speaker1: [00:00:37] And can you tell me what.</w:t>
      </w:r>
      <w:r w:rsidRPr="00073744">
        <w:br/>
        <w:t xml:space="preserve">Speaker2: [00:00:39] Look, right now I have my home stability, I'm calmer, I'm off drugs. Everything that was aggravating my life and what was taking my life away from me. Well, that is what I have avoided. We have not taken it all away because it was him too and we </w:t>
      </w:r>
      <w:r w:rsidRPr="00073744">
        <w:lastRenderedPageBreak/>
        <w:t>were both consumers and we did not take anything anymore. It was sporadic, it wasn't habitual, but it has hurt us, it has caught us weak or whatever and it has hurt us. [implies that the effect of the drugs is because they have caught them in a moment of weakness and not because of the harmful effect they have, as if to play it down].</w:t>
      </w:r>
      <w:r w:rsidRPr="00073744">
        <w:br/>
        <w:t>Speaker1: [00:01:31] I remember you telling me it was tobacco, some hashish or cannabis no, and speed.</w:t>
      </w:r>
      <w:r w:rsidRPr="00073744">
        <w:br/>
        <w:t>Speaker2: [00:01:38] Yeah, but that was all out, except for the tobacco.</w:t>
      </w:r>
      <w:r w:rsidRPr="00073744">
        <w:br/>
        <w:t>Speaker1: [00:01:47] So if you want to go deeper now. Okay, so you were saying stability, so before the admission you weren't here?</w:t>
      </w:r>
      <w:r w:rsidRPr="00073744">
        <w:br/>
        <w:t>Speaker2: [00:01:59] No, and at my mother-in-law's house.</w:t>
      </w:r>
      <w:r w:rsidRPr="00073744">
        <w:br/>
        <w:t>Speaker1: [00:02:02] And you think coming here and so forth has been good for you?</w:t>
      </w:r>
      <w:r w:rsidRPr="00073744">
        <w:br/>
      </w:r>
      <w:r w:rsidRPr="008C1203">
        <w:rPr>
          <w:lang w:val="es-ES"/>
        </w:rPr>
        <w:t xml:space="preserve">Speaker2: [00:02:07] Yeah, our privacy. </w:t>
      </w:r>
      <w:r w:rsidRPr="00073744">
        <w:t>We were at my mother-in-law's house and we were in a very hostile environment.</w:t>
      </w:r>
      <w:r w:rsidRPr="00073744">
        <w:br/>
        <w:t>Speaker1: [00:02:15] Okay, I understand, I understand. And other than what you've told me about, about drugs. From habits, from your day to day life like food, like getting around to walk and so on, has that changed at all from before to now?</w:t>
      </w:r>
      <w:r w:rsidRPr="00073744">
        <w:br/>
        <w:t>Speaker2: [00:02:34] Man, I used to go out less, now I go out more.</w:t>
      </w:r>
      <w:r w:rsidRPr="00073744">
        <w:br/>
        <w:t>Speaker1: [00:02:42] And why didn't you go out before?</w:t>
      </w:r>
      <w:r w:rsidRPr="00073744">
        <w:br/>
        <w:t>Speaker2: [00:02:46] I was very depressed, I was very down. I was very low in morale, I was getting depressed and because of that I started going to the psychiatrist.</w:t>
      </w:r>
      <w:r w:rsidRPr="00073744">
        <w:br/>
        <w:t>Speaker1: [00:02:59] And then before when you were at your mother-in-law's house, you didn't go out with us.</w:t>
      </w:r>
      <w:r w:rsidRPr="00073744">
        <w:br/>
        <w:t>Speaker2: [00:03:07] I would go out the least is when she would get mad, because it would cause him to get mad at me, then we would take and get dressed and leave because we were in the room all day long, watching TV and sometimes we would eat and the whole room, because we were bothering my mother-in-law.</w:t>
      </w:r>
      <w:r w:rsidRPr="00073744">
        <w:br/>
        <w:t>Speaker1: [00:03:30] So all you did before was these situations go, go for a walk to clear your head.</w:t>
      </w:r>
      <w:r w:rsidRPr="00073744">
        <w:br/>
        <w:t>Speaker2: [00:03:36] Go to her sister's house, we were venting about what had happened to us.</w:t>
      </w:r>
      <w:r w:rsidRPr="00073744">
        <w:br/>
        <w:t>Speaker1: [00:03:42] The only thing in any case of physical activity was going for a walk to clear your head. And whenever you went for a walk, did you guys go together?</w:t>
      </w:r>
      <w:r w:rsidRPr="00073744">
        <w:br/>
        <w:t>Speaker2: [00:03:56] Yeah. I wouldn't leave him, he wouldn't leave me.</w:t>
      </w:r>
      <w:r w:rsidRPr="00073744">
        <w:br/>
      </w:r>
      <w:r w:rsidRPr="00754C85">
        <w:t xml:space="preserve">Speaker1: [00:04:02] Okay. </w:t>
      </w:r>
      <w:r w:rsidRPr="00073744">
        <w:t>And from the food, for example, have you noticed that you've changed anything?</w:t>
      </w:r>
      <w:r w:rsidRPr="00073744">
        <w:br/>
      </w:r>
      <w:r w:rsidRPr="00754C85">
        <w:t xml:space="preserve">Speaker2: [00:04:07] Well, I'm feeling better about what I'm eating. </w:t>
      </w:r>
      <w:r w:rsidRPr="00073744">
        <w:t>I didn't eat the same at my mother-in-law's house, I didn't eat, because my stomach closed up and I sank. It's just that my mouth was so full of nerves, I couldn't let off steam because it wasn't my house, it was her house, it was her mother's. It was an accumulation of many things. It was an accumulation of many things. I was not myself. I was really down in the dumps.</w:t>
      </w:r>
      <w:r w:rsidRPr="00073744">
        <w:br/>
        <w:t>Speaker1: [00:04:39] But in terms of food, do you eat different things now, an example, a little bit more stew, etc.</w:t>
      </w:r>
      <w:r w:rsidRPr="00073744">
        <w:br/>
        <w:t>Speaker2: [00:04:46] I used to do the same thing too, but I didn't feel like eating.</w:t>
      </w:r>
      <w:r w:rsidRPr="00073744">
        <w:br/>
      </w:r>
      <w:r w:rsidRPr="00073744">
        <w:lastRenderedPageBreak/>
        <w:t>Speaker1: [00:04:53] It wasn't what you cooked, it was that you ate less of what you did.</w:t>
      </w:r>
      <w:r w:rsidRPr="00073744">
        <w:br/>
        <w:t>Speaker2: [00:04:56] Yeah, or I didn't feel like it and I would go to bed. I would retreat into myself and into bed.</w:t>
      </w:r>
      <w:r w:rsidRPr="00073744">
        <w:br/>
      </w:r>
      <w:r w:rsidRPr="008C1203">
        <w:rPr>
          <w:lang w:val="es-ES"/>
        </w:rPr>
        <w:t xml:space="preserve">Speaker1: [00:05:02] Okay, okay. </w:t>
      </w:r>
      <w:r w:rsidRPr="00073744">
        <w:t>Now let's talk about these six months since you were admitted. What have you felt, what happened? What happened? Tell me what you've experienced since you've been back.</w:t>
      </w:r>
      <w:r w:rsidRPr="00073744">
        <w:br/>
        <w:t>Speaker2: [00:05:19] Your thing about putting my belt on, sleeping badly because it was digging in, I was tossing and turning. That's what we claimed. On one side, it was sticking on the other side [ser laughs], but well, I tried to turn it a little bit and that's it so it wouldn't stick me.</w:t>
      </w:r>
      <w:r w:rsidRPr="00073744">
        <w:br/>
        <w:t xml:space="preserve">Speaker1: [00:06:01] And for example Amparo, when you were discharged from the hospital in October, did they tell you anything about what to do? </w:t>
      </w:r>
      <w:r w:rsidRPr="008C1203">
        <w:rPr>
          <w:lang w:val="es-ES"/>
        </w:rPr>
        <w:t>Did they give you advice?</w:t>
      </w:r>
      <w:r w:rsidRPr="008C1203">
        <w:rPr>
          <w:lang w:val="es-ES"/>
        </w:rPr>
        <w:br/>
        <w:t xml:space="preserve">Speaker2: [00:06:14] No. </w:t>
      </w:r>
      <w:r w:rsidRPr="00073744">
        <w:t>They told me what medication I had, that I have to go for a blood test in May. And more things that I don't remember, because since I take care of his things too [points to husband], also his doctor, because he doesn't remember, he forgets, he can't talk, he can't express himself.... And I have to do it, and there comes a time when my hard drive gets saturated and I have to say disconnect a little bit because otherwise....</w:t>
      </w:r>
      <w:r w:rsidRPr="00073744">
        <w:br/>
        <w:t>Speaker1: [00:06:52] So you were in for a few days and my question was when you came out from there they told you what you had to do.</w:t>
      </w:r>
      <w:r w:rsidRPr="00073744">
        <w:br/>
        <w:t>Speaker2: [00:07:05] That yes, they told me to walk around, to move around, not to stay in bed.</w:t>
      </w:r>
      <w:r w:rsidRPr="00073744">
        <w:br/>
        <w:t>Speaker1: [00:07:12] And Sara told you that?</w:t>
      </w:r>
      <w:r w:rsidRPr="00073744">
        <w:br/>
        <w:t>Speaker2: [00:07:16] No, I was with Laura and Sara. I was with both of them and Laura is the one who told me things the most.</w:t>
      </w:r>
      <w:r w:rsidRPr="00073744">
        <w:br/>
        <w:t>Speaker1: [00:07:25] And Victoria too?</w:t>
      </w:r>
      <w:r w:rsidRPr="00073744">
        <w:br/>
        <w:t>Speaker2: [00:07:28] No, no Victoria, I just don't remember her.</w:t>
      </w:r>
      <w:r w:rsidRPr="00073744">
        <w:br/>
        <w:t>Speaker1: [00:07:31] Victoria is usually with Laura and then Sara is the one you go to for medication.</w:t>
      </w:r>
      <w:r w:rsidRPr="00073744">
        <w:br/>
        <w:t>Speaker2: [00:07:36] Yeah she was the one, yeah the one with the short hair, but Laura was the doctor.</w:t>
      </w:r>
      <w:r w:rsidRPr="00073744">
        <w:br/>
        <w:t>Speaker1: [00:07:40] The physical therapist.</w:t>
      </w:r>
      <w:r w:rsidRPr="00073744">
        <w:br/>
        <w:t>Speaker2: [00:07:41] She's the one that told me what progress I had made.</w:t>
      </w:r>
      <w:r w:rsidRPr="00073744">
        <w:br/>
        <w:t>Speaker1: [00:07:48] So, you were discharged, a few weeks went by and you were called to go with Laura. Yeah, okay, so what did you do with her?</w:t>
      </w:r>
      <w:r w:rsidRPr="00073744">
        <w:br/>
        <w:t>Speaker2: [00:08:01] I did cycling, cardio.</w:t>
      </w:r>
      <w:r w:rsidRPr="00073744">
        <w:br/>
        <w:t>Speaker1: [00:08:04] Did you go to the gym room?</w:t>
      </w:r>
      <w:r w:rsidRPr="00073744">
        <w:br/>
        <w:t>Speaker2: [00:08:06] They would put that belt right there on my chest.</w:t>
      </w:r>
      <w:r w:rsidRPr="00073744">
        <w:br/>
        <w:t>Speaker1: [00:08:09] The electrocardiogram.</w:t>
      </w:r>
      <w:r w:rsidRPr="00073744">
        <w:br/>
        <w:t>Speaker2: [00:08:10] Yeah, to look at it on the computer. And it was asking me what I had for breakfast and so on, whether or not I was walking to the hospital.</w:t>
      </w:r>
      <w:r w:rsidRPr="00073744">
        <w:br/>
        <w:t>Speaker1: [00:08:26] How many times have you gone with Laura?</w:t>
      </w:r>
      <w:r w:rsidRPr="00073744">
        <w:br/>
        <w:t>Speaker2: [00:08:37] Well with Laura I went on Wednesdays, once a week for 7 weeks.</w:t>
      </w:r>
      <w:r w:rsidRPr="00073744">
        <w:br/>
        <w:t>Speaker1: [00:08:47] And every time you've gone, you've been cycling. And how long?</w:t>
      </w:r>
      <w:r w:rsidRPr="00073744">
        <w:br/>
      </w:r>
      <w:r w:rsidRPr="00073744">
        <w:lastRenderedPageBreak/>
        <w:t>Speaker2: [00:08:53] An hour, from 11 to 12. I would get there at ten o'clock. I was with Sara and from there I would get off.</w:t>
      </w:r>
      <w:r w:rsidRPr="00073744">
        <w:br/>
        <w:t>Speaker1: [00:09:02] Okay. And you think this was good for you?</w:t>
      </w:r>
      <w:r w:rsidRPr="00073744">
        <w:br/>
        <w:t>Speaker2: [00:09:05] Yeah yeah, it's done me a lot of good, actually.</w:t>
      </w:r>
      <w:r w:rsidRPr="00073744">
        <w:br/>
        <w:t>Speaker1: [00:09:09:09] And why do you think that was good for you?</w:t>
      </w:r>
      <w:r w:rsidRPr="00073744">
        <w:br/>
        <w:t>Speaker2: [00:09:11] Because it has motivated me a lot. And Laura has also motivated me, she has helped me a lot to tell me the guidelines that I have to follow.</w:t>
      </w:r>
      <w:r w:rsidRPr="00073744">
        <w:br/>
        <w:t>Speaker1: [00:09:23] And do you follow them?</w:t>
      </w:r>
      <w:r w:rsidRPr="00073744">
        <w:br/>
        <w:t>Speaker2: [00:09:24] Sure, because she says avoid cookies. Because, right, that's got a lot of butter in it. I mean, I like a latte, decaf with medium, oil toast. And that's what I do. I'm listening to him. I'm just doing it.</w:t>
      </w:r>
      <w:r w:rsidRPr="00073744">
        <w:br/>
        <w:t>Speaker1: [00:09:54] Have you listened to him about food? And has he said anything to you about moving?</w:t>
      </w:r>
      <w:r w:rsidRPr="00073744">
        <w:br/>
        <w:t>Speaker2: [00:09:58] Yeah, yeah, always walk in the morning and in the afternoon.</w:t>
      </w:r>
      <w:r w:rsidRPr="00073744">
        <w:br/>
      </w:r>
      <w:r w:rsidRPr="008C1203">
        <w:rPr>
          <w:lang w:val="es-ES"/>
        </w:rPr>
        <w:t>Speaker1: [00:10:02] And do you listen to him?</w:t>
      </w:r>
      <w:r w:rsidRPr="008C1203">
        <w:rPr>
          <w:lang w:val="es-ES"/>
        </w:rPr>
        <w:br/>
        <w:t xml:space="preserve">Speaker2: [00:10:03] Sometimes. </w:t>
      </w:r>
      <w:r w:rsidRPr="00073744">
        <w:t>I told him, I'm going to days. I'm not going to fool you either. I mean, I go to days. I mean, because sometimes if it's raining, I don't go out. Then I don't do anything. But when I go out I walk for two hours.</w:t>
      </w:r>
      <w:r w:rsidRPr="00073744">
        <w:br/>
        <w:t>Speaker1: [00:10:33] Do you go out alone?</w:t>
      </w:r>
      <w:r w:rsidRPr="00073744">
        <w:br/>
        <w:t>Speaker2: [00:10:34] With him. With him, we both make an effort. Because as he suffers from heart we also make an effort. I mean, maybe he hasn't been out for three weeks. I have, but he hasn't been out at all.</w:t>
      </w:r>
      <w:r w:rsidRPr="00073744">
        <w:br/>
        <w:t>Speaker1: [00:10:50] But then not every time you go out, you go out with him.</w:t>
      </w:r>
      <w:r w:rsidRPr="00073744">
        <w:br/>
        <w:t>Speaker2: [00:10:53] Sometimes. And sometimes there's times when you do. There are times when he doesn't, because he can't, because it hurts him. When I go alone I go around the neighborhood, I go at my own pace, I don't run around, I don't run, not because I get fatigued, because I suffer from asthma.</w:t>
      </w:r>
      <w:r w:rsidRPr="00073744">
        <w:br/>
        <w:t>Speaker1: [00:11:12] Do you notice sometimes that you get tired and you have to stop?</w:t>
      </w:r>
      <w:r w:rsidRPr="00073744">
        <w:br/>
        <w:t>Speaker2: [00:11:16] No, I walk and if we go well, I go well.</w:t>
      </w:r>
      <w:r w:rsidRPr="00073744">
        <w:br/>
        <w:t>Speaker1: [00:11:35] And do you think what you've done in rehab or what you've been told you have to do is bad or is it good?</w:t>
      </w:r>
      <w:r w:rsidRPr="00073744">
        <w:br/>
        <w:t>Speaker2: [00:11:45] It's good, it's good, it's been very good for me.</w:t>
      </w:r>
      <w:r w:rsidRPr="00073744">
        <w:br/>
        <w:t>Speaker1: [00:11:48] You're not afraid?</w:t>
      </w:r>
      <w:r w:rsidRPr="00073744">
        <w:br/>
        <w:t>Speaker2: [00:11:53] At first I had no doubts. I mean it was a hassle, I just come here to bike when I can go anywhere, go to the park, I get on the bike, but really coming here was the obligation to do it. And it motivated me to come and do it and to walk down and walk up.</w:t>
      </w:r>
      <w:r w:rsidRPr="00073744">
        <w:br/>
        <w:t>Speaker1: [00:12:15] So you don't think this is silly?</w:t>
      </w:r>
      <w:r w:rsidRPr="00073744">
        <w:br/>
        <w:t>Speaker2: [00:12:18] It wasn't silly.</w:t>
      </w:r>
      <w:r w:rsidRPr="00073744">
        <w:br/>
        <w:t>Speaker1: [00:12:18] So you don't think you're taking any risks.</w:t>
      </w:r>
      <w:r w:rsidRPr="00073744">
        <w:br/>
        <w:t>Speaker2: [00:12:21] They did it for my sake, for my health.</w:t>
      </w:r>
      <w:r w:rsidRPr="00073744">
        <w:br/>
        <w:t>Speaker1: [00:12:31] So have I helped you most of all Laura?</w:t>
      </w:r>
      <w:r w:rsidRPr="00073744">
        <w:br/>
      </w:r>
      <w:r w:rsidRPr="00754C85">
        <w:t xml:space="preserve">Speaker2: [00:12:37] Sara too, uh. </w:t>
      </w:r>
      <w:r w:rsidRPr="00073744">
        <w:t xml:space="preserve">At first she zapped me that I told Laura and since then she changed. Because she was quitting smoking and she was a little bit upset and I was </w:t>
      </w:r>
      <w:r w:rsidRPr="00073744">
        <w:lastRenderedPageBreak/>
        <w:t>upset too and I told her that I had smoked and I think she thought I smoked dope. And I told Laura I didn't like the way Sara treated me.</w:t>
      </w:r>
      <w:r w:rsidRPr="00073744">
        <w:br/>
        <w:t>Speaker1: [00:13:47] And so during these six months, how have you been dealing with the smoking?</w:t>
      </w:r>
      <w:r w:rsidRPr="00073744">
        <w:br/>
        <w:t>Speaker2: [00:14:38] I used to smoke ten cigarettes a day and now I'm reaching ten again because I'm so overwhelmed and saturated with the payments. But there came a time when I didn't smoke after the admission. He smoked and I didn't smoke.</w:t>
      </w:r>
      <w:r w:rsidRPr="00073744">
        <w:br/>
        <w:t>Speaker1: [00:15:10] And now?</w:t>
      </w:r>
      <w:r w:rsidRPr="00073744">
        <w:br/>
        <w:t>Speaker2: [00:15:11] It's nerves. I put it down to all the nerves that I'm carrying.</w:t>
      </w:r>
      <w:r w:rsidRPr="00073744">
        <w:br/>
        <w:t>Speaker1: [00:15:17] And in this, for example, smoking, have you received any support?</w:t>
      </w:r>
      <w:r w:rsidRPr="00073744">
        <w:br/>
        <w:t>Speaker2: [00:15:24] No, I told myself not to, for my health. I saw that it wasn't good for me because it made me more fatigued, more overwhelmed. And then, because I got the fluid in my lung because of the time, the days I was in the hospital I didn't smoke.</w:t>
      </w:r>
      <w:r w:rsidRPr="00073744">
        <w:br/>
        <w:t>Speaker1: [00:15:56] And about what we were talking about moving around, what you were doing in the hospital cycling and so on, would you have liked to do other things or different or something else?</w:t>
      </w:r>
      <w:r w:rsidRPr="00073744">
        <w:br/>
        <w:t>Speaker2: [00:16:08] I liked cycling, what I like is cycling.</w:t>
      </w:r>
      <w:r w:rsidRPr="00073744">
        <w:br/>
        <w:t>Speaker1: [00:16:36] Okay? So maybe you liked what you were doing and you didn't care about it. But maybe you would have liked to do something else? Or some guidelines. What Laura and Sara told you at the hospital, great, do you think something else would have been better or worse?</w:t>
      </w:r>
      <w:r w:rsidRPr="00073744">
        <w:br/>
        <w:t>Speaker2: [00:17:59] They've been very good to me, I can't complain.</w:t>
      </w:r>
      <w:r w:rsidRPr="00073744">
        <w:br/>
        <w:t>Speaker1: [00:18:03] And all this now, regarding covid, do you think that since you were discharged it has affected you at all or has your life been the same?</w:t>
      </w:r>
      <w:r w:rsidRPr="00073744">
        <w:br/>
        <w:t>Speaker2: [00:18:15] I'm very afraid of covid, that that's in the air.</w:t>
      </w:r>
      <w:r w:rsidRPr="00073744">
        <w:br/>
        <w:t>Speaker1: [00:18:19] But has that made you go out less, move less?</w:t>
      </w:r>
      <w:r w:rsidRPr="00073744">
        <w:br/>
        <w:t>Speaker2: [00:18:29] Not now, I wear my mask, there's gel everywhere, I wash my hands a lot and I avoid being around people.</w:t>
      </w:r>
      <w:r w:rsidRPr="00073744">
        <w:br/>
        <w:t>Speaker1: [00:18:42] And do you wear a mask when you go for a walk?</w:t>
      </w:r>
      <w:r w:rsidRPr="00073744">
        <w:br/>
      </w:r>
      <w:r w:rsidRPr="00754C85">
        <w:t xml:space="preserve">Speaker2: [00:18:47] Even if I'm choking. </w:t>
      </w:r>
      <w:r w:rsidRPr="00073744">
        <w:t>Yeah and sometimes I get a little bit fatigued, because I'm asthmatic being asthmatic, that's why I left the tobacco out, I have to avoid it as much as I can.</w:t>
      </w:r>
      <w:r w:rsidRPr="00073744">
        <w:br/>
        <w:t>Speaker1: [00:19:11] So let's say that what this pandemic, what has affected you a little bit, is wearing the mask for example to move around.</w:t>
      </w:r>
      <w:r w:rsidRPr="00073744">
        <w:br/>
        <w:t>Speaker2: [00:19:26] No, no, it doesn't bother me, I wear it, I climb stairs and everything.</w:t>
      </w:r>
      <w:r w:rsidRPr="00073744">
        <w:br/>
        <w:t>Speaker1: [00:19:30] So it hasn't affected you.</w:t>
      </w:r>
      <w:r w:rsidRPr="00073744">
        <w:br/>
        <w:t>Speaker2: [00:19:31] No, no, no, no, and I carry it very comfortably.</w:t>
      </w:r>
      <w:r w:rsidRPr="00073744">
        <w:br/>
      </w:r>
      <w:r w:rsidRPr="00754C85">
        <w:t xml:space="preserve">Speaker1: [00:19:34] Okay, perfect. </w:t>
      </w:r>
      <w:r w:rsidRPr="00073744">
        <w:t>So now if you want I can ask you a little bit, but not from now on, right? Everything they've told you in the hospital, in rehab, will you continue to do it?</w:t>
      </w:r>
      <w:r w:rsidRPr="00073744">
        <w:br/>
      </w:r>
      <w:r w:rsidRPr="00754C85">
        <w:t xml:space="preserve">Speaker2: [00:19:51] Yeah, yeah, yeah, sure, sure. </w:t>
      </w:r>
      <w:r w:rsidRPr="00073744">
        <w:t>Now with the nice weather. I'll go to the park there's static rolling apparatus there and everything.</w:t>
      </w:r>
      <w:r w:rsidRPr="00073744">
        <w:br/>
        <w:t xml:space="preserve">Speaker1: [00:20:08] But since October when you were discharged until now, have you ever </w:t>
      </w:r>
      <w:r w:rsidRPr="00073744">
        <w:lastRenderedPageBreak/>
        <w:t>gone to the park?</w:t>
      </w:r>
      <w:r w:rsidRPr="00073744">
        <w:br/>
      </w:r>
      <w:r w:rsidRPr="00754C85">
        <w:t xml:space="preserve">Speaker2: [00:20:15] We've gone walking. </w:t>
      </w:r>
      <w:r w:rsidRPr="00073744">
        <w:t>We haven't gone to the machines. And when the better weather comes we'll go my husband to do the arm with the wheel and I'll get on the bike. And at the end we'll be both of us. Instead of riding alone.</w:t>
      </w:r>
      <w:r w:rsidRPr="00073744">
        <w:br/>
        <w:t>Speaker1: [00:20:47] And why do you think you're going to do that?</w:t>
      </w:r>
      <w:r w:rsidRPr="00073744">
        <w:br/>
        <w:t>Speaker2: [00:20:55] Because we set out to do it. For our health.</w:t>
      </w:r>
      <w:r w:rsidRPr="00073744">
        <w:br/>
        <w:t>Speaker1: [00:21:01] It's something that you would like to do.</w:t>
      </w:r>
      <w:r w:rsidRPr="00073744">
        <w:br/>
        <w:t>Speaker2: [00:21:30] Yeah, get out and exercise. That's what we want to do. Come on, what we intend to do in this time coming up now.</w:t>
      </w:r>
      <w:r w:rsidRPr="00073744">
        <w:br/>
        <w:t>Speaker1: [00:21:42] So what would help you to do that or help you to do that is, for example, good weather. And anything else? I mean, if, for example, if someone from the hospital called me and told me or encouraged me to do it, well, maybe I think I would do it more.</w:t>
      </w:r>
      <w:r w:rsidRPr="00073744">
        <w:br/>
        <w:t>Speaker2: [00:22:04] No, I'm going to do it. I'm telling you I'm going to do it for me, not because anyone tells me to, but for myself.</w:t>
      </w:r>
      <w:r w:rsidRPr="00073744">
        <w:br/>
      </w:r>
      <w:r w:rsidRPr="00754C85">
        <w:t xml:space="preserve">Speaker1: [00:22:10] Okay, perfect. </w:t>
      </w:r>
      <w:r w:rsidRPr="00073744">
        <w:t>In the end you have to do it because you have a conscience.</w:t>
      </w:r>
      <w:r w:rsidRPr="00073744">
        <w:br/>
        <w:t>Speaker2: [00:22:35] Sure, you do it because you want to, not because you're told to, because if you do it out of obligation you're not going to do it the same way. And I told Laura if you tell me to do it out of obligation, I'm not going to do it the same way. I'm going to do it reluctantly because you're telling me to, but not because I want to do it.</w:t>
      </w:r>
      <w:r w:rsidRPr="00073744">
        <w:br/>
        <w:t>Speaker1: [00:23:07] But they've helped you realize that?</w:t>
      </w:r>
      <w:r w:rsidRPr="00073744">
        <w:br/>
        <w:t>Speaker2: [00:23:08] They've made me see it, but they haven't forced me to see it, but I've seen it with my day to day and as I've gone along.</w:t>
      </w:r>
      <w:r w:rsidRPr="00073744">
        <w:br/>
        <w:t>Speaker1: [00:23:46] Okay. And one more question. If for example Isa, Laura, Maria, the cardiologist or whoever, we could give you either a little sheet with a plan of what you could do or what we think would be good for you, that is to say, an orientation to do exercises at home, or outdoors. Some guidelines, but more specific, do you think it would be good for you or would you do it?</w:t>
      </w:r>
      <w:r w:rsidRPr="00073744">
        <w:br/>
        <w:t>Speaker2: [00:24:19] No, I would. Of course I would. Of course I would.</w:t>
      </w:r>
      <w:r w:rsidRPr="00073744">
        <w:br/>
        <w:t>Speaker3: [00:24:22] Me too.</w:t>
      </w:r>
      <w:r w:rsidRPr="00073744">
        <w:br/>
        <w:t>Speaker2: [00:24:23] Sure. Anything to be better off.</w:t>
      </w:r>
      <w:r w:rsidRPr="00073744">
        <w:br/>
        <w:t>Speaker1: [00:24:32] And for example with the cell phone, you guys have internet on the cell phone and stuff?</w:t>
      </w:r>
      <w:r w:rsidRPr="00073744">
        <w:br/>
        <w:t>Speaker2: [00:24:39] Yes, but because my son gave me five five of his line because we were cut off.</w:t>
      </w:r>
      <w:r w:rsidRPr="00073744">
        <w:br/>
        <w:t>Speaker1: [00:24:56] So in your case some of you what we're doing is that in some there are these directions and instructions can be given through YouTube, through the app or through a booklet and so the booklet I can follow.</w:t>
      </w:r>
      <w:r w:rsidRPr="00073744">
        <w:br/>
        <w:t>Speaker2: [00:25:19] Yeah, because I with the cell phone I don't get it. And he can't now since he's had three strokes. No, he was a machine with the cell phone, the computer... And now he's not.</w:t>
      </w:r>
      <w:r w:rsidRPr="00073744">
        <w:br/>
        <w:t xml:space="preserve">Speaker1: [00:25:32] And so going to the park with your husband, would it help you to get </w:t>
      </w:r>
      <w:r w:rsidRPr="00073744">
        <w:lastRenderedPageBreak/>
        <w:t>out and get physical exercise?</w:t>
      </w:r>
      <w:r w:rsidRPr="00073744">
        <w:br/>
      </w:r>
      <w:r w:rsidRPr="00754C85">
        <w:t xml:space="preserve">Speaker2: [00:25:50] Sure, sure. </w:t>
      </w:r>
      <w:r w:rsidRPr="00073744">
        <w:t>And him too. I just do it for him too.</w:t>
      </w:r>
      <w:r w:rsidRPr="00073744">
        <w:br/>
        <w:t>Speaker1: [00:25:56] It's just that's very important. That's very important.</w:t>
      </w:r>
      <w:r w:rsidRPr="00073744">
        <w:br/>
        <w:t>Speaker2: [00:25:59] It's a fifty fifty. He has Brugada syndrome. That can give him a tachycardia and stay in place. I encourage him too, just like I'm bad, he's bad too. We are both the same. That's why if I have to go for a walk, he has to come with me. We both have to go because we are both touched in the heart. We've known each other since I was 14 years old, we've been together all our lives, but we've been together all our lives and I'm going to die with him.</w:t>
      </w:r>
      <w:r w:rsidRPr="00073744">
        <w:br/>
        <w:t>Speaker1: [00:27:07] That's very nice. So you've already told me Amparo that the covid hasn't affected you during this time. I understand that in the future and in the situation that we're in, that we seem to be doing better, it's not going to affect you going to the park is it?</w:t>
      </w:r>
      <w:r w:rsidRPr="00073744">
        <w:br/>
        <w:t>Speaker2: [00:27:25] No, no, not at all, not at all. No, no.</w:t>
      </w:r>
      <w:r w:rsidRPr="00073744">
        <w:br/>
        <w:t>Speaker1: [00:27:27] No, it better.</w:t>
      </w:r>
      <w:r w:rsidRPr="00073744">
        <w:br/>
        <w:t>Speaker2: [00:27:29] Me preventing people from getting too close, minimum distance and that's it.</w:t>
      </w:r>
      <w:r w:rsidRPr="00073744">
        <w:br/>
        <w:t>Speaker1: [00:27:37] Okay, so let's stop this, okay? Thank you.</w:t>
      </w:r>
    </w:p>
    <w:p w14:paraId="1862918D" w14:textId="77777777" w:rsidR="00073744" w:rsidRPr="00073744" w:rsidRDefault="00073744" w:rsidP="00073744">
      <w:pPr>
        <w:pStyle w:val="Ttulo1"/>
      </w:pPr>
      <w:r w:rsidRPr="00073744">
        <w:t>P022-M3</w:t>
      </w:r>
    </w:p>
    <w:p w14:paraId="18768A51" w14:textId="77777777" w:rsidR="00073744" w:rsidRPr="00500250" w:rsidRDefault="00073744" w:rsidP="00073744">
      <w:r w:rsidRPr="00073744">
        <w:t>P022-M3 Interview.m4a</w:t>
      </w:r>
      <w:r w:rsidRPr="00073744">
        <w:br/>
        <w:t>Speaker1: [00:00:00:00] Okay, so this is up and running. Okay, so nothing then. I'm going to ask you a few questions a little bit about before your admission. After your admission. And a little bit after asking you how you see yourself in the future. So, starting with what I was talking about, I'd like you to tell me that, how do you feel?</w:t>
      </w:r>
      <w:r w:rsidRPr="00073744">
        <w:br/>
        <w:t>Speaker2: [00:00:28] Well, well, I feel, I don't see myself for example to work on the construction site. I've always worked in the construction site, then I was in hospitality and before I was told about the heart attack I started the construction site. But right now I don't see myself with the desire or the strength to be climbing materials by ladder, bringing down debris and things like that. So I'm going back to the hotel business. That's why I feel a little bit sadder.</w:t>
      </w:r>
      <w:r w:rsidRPr="00073744">
        <w:br/>
        <w:t>Speaker1: [00:00:54] Because at the time you came back, you were working on the construction site. And how long had that been going on?</w:t>
      </w:r>
      <w:r w:rsidRPr="00073744">
        <w:br/>
        <w:t>Speaker2: [00:01:06] A year. Maybe not quite a year, but maybe about a year.</w:t>
      </w:r>
      <w:r w:rsidRPr="00073744">
        <w:br/>
        <w:t>Speaker1: [00:01:09] So I understand that before you joined, your day to day life was pretty demanding from the point of view that we're talking about physical activity.</w:t>
      </w:r>
      <w:r w:rsidRPr="00073744">
        <w:br/>
        <w:t>Speaker2: [00:01:17] Yes, I did quite a bit. Of course, the comparison with the hospitality industry. Well, yeah, I mean, they're carrying up materials, they're carrying partitions.....</w:t>
      </w:r>
      <w:r w:rsidRPr="00073744">
        <w:br/>
        <w:t>Speaker1: [00:01:41] So it's changed quite a bit, quite a bit in your day to day life.</w:t>
      </w:r>
      <w:r w:rsidRPr="00073744">
        <w:br/>
        <w:t>Speaker2: [00:01:46] Yeah, and I don't see myself now as going back up to the construction site and I like the construction site more than the hotel business. Because of the schedule and everything. Hospitality is more of a sacrifice.</w:t>
      </w:r>
      <w:r w:rsidRPr="00073744">
        <w:br/>
        <w:t xml:space="preserve">Speaker1: [00:01:59] And just out of curiosity, were you working as a salaried employee, </w:t>
      </w:r>
      <w:r w:rsidRPr="00073744">
        <w:lastRenderedPageBreak/>
        <w:t>and aside from what your day-to-day life was like because of the labor issue, has anything else changed? I mean, in your hours of rest or in your habits?</w:t>
      </w:r>
      <w:r w:rsidRPr="00073744">
        <w:br/>
        <w:t>Speaker2: [00:02:15] Yes, as a salaried employee. Yes more things have changed, I don't smoke anymore, I don't smoke at all anymore.</w:t>
      </w:r>
      <w:r w:rsidRPr="00073744">
        <w:br/>
        <w:t>Speaker1: [00:02:27] And so have you noticed now, since joining that you've had any periods of anxiety, of needing to go back, to take it up again, of or even tried?</w:t>
      </w:r>
      <w:r w:rsidRPr="00073744">
        <w:br/>
        <w:t>Speaker2: [00:02:39] No, no, no, nothing, nothing, nothing at all, not a puff. It was as a result of the admission. It was upon admission and no longer smoking a radical, not a puff, not a puff.</w:t>
      </w:r>
      <w:r w:rsidRPr="00073744">
        <w:br/>
        <w:t>Speaker1: [00:02:50] And have you received any kind of help?</w:t>
      </w:r>
      <w:r w:rsidRPr="00073744">
        <w:br/>
        <w:t>Speaker2: [00:02:54] No, and for example, last night I had a dream that I smoked.</w:t>
      </w:r>
      <w:r w:rsidRPr="00073744">
        <w:br/>
        <w:t>Speaker1: [00:03:02] Has that ever happened to you anymore?</w:t>
      </w:r>
      <w:r w:rsidRPr="00073744">
        <w:br/>
        <w:t>Speaker2: [00:03:04] Once. Yeah, it's happened to me, but I'm glad I quit and I've been fucking six months now. I hope I don't fall off again.</w:t>
      </w:r>
      <w:r w:rsidRPr="00073744">
        <w:br/>
        <w:t>Speaker1: [00:03:15] Aside from what we're saying, your habits have also changed in that sense, of toxic substances. In terms of what you're telling me, were you doing any kind of exercise before?</w:t>
      </w:r>
      <w:r w:rsidRPr="00073744">
        <w:br/>
        <w:t>Speaker2: [00:03:34] None.</w:t>
      </w:r>
      <w:r w:rsidRPr="00073744">
        <w:br/>
        <w:t>Speaker1: [00:03:35] So I understand that the bike that you were telling me about before, you didn't do anything. As a result of this you bought the bike and walking because you have a dog.</w:t>
      </w:r>
      <w:r w:rsidRPr="00073744">
        <w:br/>
        <w:t>Speaker2: [00:03:47] Yeah, whatever. But now I do a lot more, I take the dog out on longer walks.</w:t>
      </w:r>
      <w:r w:rsidRPr="00073744">
        <w:br/>
        <w:t>Speaker1: [00:03:56] And lastly, any changes with regards to eating.</w:t>
      </w:r>
      <w:r w:rsidRPr="00073744">
        <w:br/>
        <w:t>Speaker2: [00:04:07] Yeah, also. Let's see, I try to avoid, for example, sausage or things like that. I used to eat a lot more, now sometimes when I go on the bike I do skip it, but in general no, I try to eat less fat.</w:t>
      </w:r>
      <w:r w:rsidRPr="00073744">
        <w:br/>
        <w:t>Speaker1: [00:04:25] But as a result of being at home more, do you spend more time in the kitchen than you did before preparing food?</w:t>
      </w:r>
      <w:r w:rsidRPr="00073744">
        <w:br/>
        <w:t>Speaker2: [00:04:32] No, no, I've always cooked because since I work in the kitchen, I'm used to it. I've always liked to cook.</w:t>
      </w:r>
      <w:r w:rsidRPr="00073744">
        <w:br/>
        <w:t>Speaker1: [00:04:42] Okay, okay.</w:t>
      </w:r>
      <w:r w:rsidRPr="00073744">
        <w:br/>
        <w:t>Speaker2: [00:04:43] I do cook healthier now. Salads and stuff like that.</w:t>
      </w:r>
      <w:r w:rsidRPr="00073744">
        <w:br/>
        <w:t>Speaker1: [00:04:57] Okay, so let's say that during this time there has been an important change in many aspects of your life. And how do you feel?</w:t>
      </w:r>
      <w:r w:rsidRPr="00073744">
        <w:br/>
        <w:t>Speaker2: [00:05:12] But I feel older than I used to. I didn't do these things before. But well, it is what it is ...</w:t>
      </w:r>
      <w:r w:rsidRPr="00073744">
        <w:br/>
        <w:t>Speaker1: [00:05:22] But physically?</w:t>
      </w:r>
      <w:r w:rsidRPr="00073744">
        <w:br/>
        <w:t>Speaker2: [00:05:36] I wake up better, I sleep better. Now I sleep and all that, before I think I didn't dream, I was more sleepless.</w:t>
      </w:r>
      <w:r w:rsidRPr="00073744">
        <w:br/>
        <w:t>Speaker1: [00:05:44]. Well, okay, well, well, a little bit. So now I would like to comment on the "now" stage, during these six months, what has been the hardest thing for you to assimilate and so on?</w:t>
      </w:r>
      <w:r w:rsidRPr="00073744">
        <w:br/>
      </w:r>
      <w:r w:rsidRPr="00073744">
        <w:lastRenderedPageBreak/>
        <w:t>Speaker2: [00:06:11] Well, the food. The worst thing is the food, the food thing. Smoking I'm doing very well.</w:t>
      </w:r>
      <w:r w:rsidRPr="00073744">
        <w:br/>
        <w:t>Speaker1: [00:06:17] Surprisingly.</w:t>
      </w:r>
      <w:r w:rsidRPr="00073744">
        <w:br/>
        <w:t>Speaker2: [00:06:19] Yeah, yeah. In fact I always say, I don't have the craving to smoke, on the contrary, you go with people who go out to smoke and now I don't have the need to go out to smoke, I'm fine with that. But the food thing I do have a hard time with.</w:t>
      </w:r>
      <w:r w:rsidRPr="00073744">
        <w:br/>
        <w:t>Speaker1: [00:06:39] Did your wife smoke?</w:t>
      </w:r>
      <w:r w:rsidRPr="00073744">
        <w:br/>
        <w:t>Speaker2: [00:06:40] Before. She gave it up to her and my daughter gave it up to her, all three of us gave it up at the same time, let's say, to help me.</w:t>
      </w:r>
      <w:r w:rsidRPr="00073744">
        <w:br/>
        <w:t>Speaker1: [00:06:45] In the discharge report they give you some little suggestions or tips on healthy habits and physical activity, did you pay attention to it, did you ask as soon as you were discharged?</w:t>
      </w:r>
      <w:r w:rsidRPr="00073744">
        <w:br/>
        <w:t>Speaker2: [00:07:15] Yes, yes. In fact, I signed up for everything, I've been going to all the talks until they cut it off for you guys because of covid, and going to rehab to do gymnastics.</w:t>
      </w:r>
      <w:r w:rsidRPr="00073744">
        <w:br/>
        <w:t>Speaker1: [00:07:31] So, at the time you were discharged, you asked about this issue did you have concerns about can he do this or can he do that?</w:t>
      </w:r>
      <w:r w:rsidRPr="00073744">
        <w:br/>
        <w:t>Speaker2: [00:07:39] Sure.</w:t>
      </w:r>
      <w:r w:rsidRPr="00073744">
        <w:br/>
        <w:t>Speaker1: [00:07:40] And who did you ask?</w:t>
      </w:r>
      <w:r w:rsidRPr="00073744">
        <w:br/>
        <w:t>Speaker2: [00:07:45] Well, I think I asked Sara.</w:t>
      </w:r>
      <w:r w:rsidRPr="00073744">
        <w:br/>
        <w:t>Speaker1: [00:07:53] Well then I understand that since that time the advice that you've been given you've been trying to apply it.</w:t>
      </w:r>
      <w:r w:rsidRPr="00073744">
        <w:br/>
        <w:t>Speaker2: [00:08:07] Mostly yes, the salt I was told not to use, but I add a little bit, but a lot less.</w:t>
      </w:r>
      <w:r w:rsidRPr="00073744">
        <w:br/>
        <w:t>Speaker1: [00:08:35] And at what point during these six months since admission did you start exercising? At the beginning I guess, with the walks with the dog, making them longer and so on.</w:t>
      </w:r>
      <w:r w:rsidRPr="00073744">
        <w:br/>
        <w:t>Speaker2: [00:08:49] From the beginning, from the beginning. It's true that I was more or less drowning a lot. And we used to do them short and we've been gradually getting longer. And now we do them at least half an hour, 45 minutes, it depends.</w:t>
      </w:r>
      <w:r w:rsidRPr="00073744">
        <w:br/>
        <w:t>Speaker1: [00:09:05] So the walks with the dog from the beginning trying to progress, and the bike I think it was at three months or a little bit before that you told me, right?</w:t>
      </w:r>
      <w:r w:rsidRPr="00073744">
        <w:br/>
        <w:t>Speaker2: [00:09:17] Right, yeah, yeah, when I already went to rehab.</w:t>
      </w:r>
      <w:r w:rsidRPr="00073744">
        <w:br/>
        <w:t>Speaker1: [00:09:20] And when did they call you for rehab? It was a few months after you were admitted and they called you, right?</w:t>
      </w:r>
      <w:r w:rsidRPr="00073744">
        <w:br/>
        <w:t>Speaker2: [00:09:26] Right.</w:t>
      </w:r>
      <w:r w:rsidRPr="00073744">
        <w:br/>
        <w:t>Speaker1: [00:09:27] So was it lectures first or was it exercise rehab already?</w:t>
      </w:r>
      <w:r w:rsidRPr="00073744">
        <w:br/>
        <w:t>Speaker2: [00:09:34] No, the first one was the lecture and then they called us. And then when Laura called me.</w:t>
      </w:r>
      <w:r w:rsidRPr="00073744">
        <w:br/>
        <w:t>Speaker1: [00:09:41] And I remember more or less how many sessions it's been.</w:t>
      </w:r>
      <w:r w:rsidRPr="00073744">
        <w:br/>
        <w:t>Speaker2: [00:09:45] Well, I think 6 or 7.</w:t>
      </w:r>
      <w:r w:rsidRPr="00073744">
        <w:br/>
        <w:t xml:space="preserve">Speaker1: [00:09:46] So almost the whole program you did. It was suspended already when you were almost finishing, because normally it's eight, I think. So, what we've been talking about, also cycling. You start cycling and from the beginning you think "I'm going to do a </w:t>
      </w:r>
      <w:r w:rsidRPr="00073744">
        <w:lastRenderedPageBreak/>
        <w:t>certain time or I'm going to look at the frequency".</w:t>
      </w:r>
      <w:r w:rsidRPr="00073744">
        <w:br/>
        <w:t>Speaker2: [00:10:16] I started slowly, 25 minutes, half an hour. I was like that for a week and I was already upping it to 45 minutes and already the two days I was there and I upped it to an hour.</w:t>
      </w:r>
      <w:r w:rsidRPr="00073744">
        <w:br/>
        <w:t>Speaker1: [00:10:24] Okay and you've been telling me that you keep track of your heart rate, the watch that you bought because of this? On purpose?</w:t>
      </w:r>
      <w:r w:rsidRPr="00073744">
        <w:br/>
        <w:t>Speaker2: [00:10:35] Yeah. In rehab they also upped my power, I started at three or two and now I've got it up to four and I'm upping it by five.</w:t>
      </w:r>
      <w:r w:rsidRPr="00073744">
        <w:br/>
        <w:t>Speaker1: [00:10:47] Okay. So you're concerned about exercising and physical activity?</w:t>
      </w:r>
      <w:r w:rsidRPr="00073744">
        <w:br/>
        <w:t>Speaker2: [00:10:58] I do need to. Right.</w:t>
      </w:r>
      <w:r w:rsidRPr="00073744">
        <w:br/>
        <w:t>Speaker1: [00:11:00] And why do you think it's beneficial for you?</w:t>
      </w:r>
      <w:r w:rsidRPr="00073744">
        <w:br/>
        <w:t>Speaker2: [00:11:04] Man because of the talks, telling me that the heart needs to be moved so that it gets stronger.</w:t>
      </w:r>
      <w:r w:rsidRPr="00073744">
        <w:br/>
        <w:t>Speaker1: [00:11:11:11] Right, that it's a muscle, you have to work it.</w:t>
      </w:r>
      <w:r w:rsidRPr="00073744">
        <w:br/>
        <w:t>Speaker2: [00:11:14] In fact there are times when I get tired and my wife says "let's go". And I try to force, even though Laura told me not to force, that if I see that, to stop.</w:t>
      </w:r>
      <w:r w:rsidRPr="00073744">
        <w:br/>
        <w:t>Speaker1: [00:11:27] That you do do it, but you don't overdo it, and what do you think has made it easier for you to do this exercise or to do it longer or to buy the bike? Has the support from the hospital been important?</w:t>
      </w:r>
      <w:r w:rsidRPr="00073744">
        <w:br/>
        <w:t>Speaker2: [00:12:09] Of course it has, because they're the ones that have been marking me and I'm on board with everything, with you guys, with the springs that they put me on, with everything that I can.</w:t>
      </w:r>
      <w:r w:rsidRPr="00073744">
        <w:br/>
        <w:t>Speaker1: [00:12:29] And in the sessions that have been with cardiac rehab, what have you been doing?</w:t>
      </w:r>
      <w:r w:rsidRPr="00073744">
        <w:br/>
        <w:t>Speaker2: [00:12:38] I've been put on cycling, usually cycling.</w:t>
      </w:r>
      <w:r w:rsidRPr="00073744">
        <w:br/>
        <w:t>Speaker1: [00:12:41] So let's say what you've done there you're trying to do now that you're no longer going to repeat it, right? I mean, cycling and some kind of exercise?</w:t>
      </w:r>
      <w:r w:rsidRPr="00073744">
        <w:br/>
        <w:t>Speaker2: [00:13:03] Biking.</w:t>
      </w:r>
      <w:r w:rsidRPr="00073744">
        <w:br/>
        <w:t>Speaker1: [00:13:03] I mean, legs, and did you do a strength exercise there that with some weight or something?</w:t>
      </w:r>
      <w:r w:rsidRPr="00073744">
        <w:br/>
        <w:t>Speaker2: [00:13:13:13] No, no, no, what they were putting me on was to go up to see if it would get my heart rate up to 115. And no, I never got to 115, I got to 104, 103.</w:t>
      </w:r>
      <w:r w:rsidRPr="00073744">
        <w:br/>
        <w:t>Speaker1: [00:13:25] Okay, so you did a warm up, a main part and a cool down, but all on the bike. Okay. So do you think physical activity or exercise can give you anything else?</w:t>
      </w:r>
      <w:r w:rsidRPr="00073744">
        <w:br/>
        <w:t>Speaker2: [00:13:48] I think so. It's like what they told us in the talk, which is.</w:t>
      </w:r>
      <w:r w:rsidRPr="00073744">
        <w:br/>
        <w:t>These days that I haven't been cycling, well like you feel bad or fuck, I want to do cycling. So some of the benefits I think it does give.</w:t>
      </w:r>
      <w:r w:rsidRPr="00073744">
        <w:br/>
        <w:t>Speaker1: [00:14:08] Do you do the rides with someone?</w:t>
      </w:r>
      <w:r w:rsidRPr="00073744">
        <w:br/>
        <w:t>Speaker2: [00:14:18] Yeah, with my wife.</w:t>
      </w:r>
      <w:r w:rsidRPr="00073744">
        <w:br/>
        <w:t>Speaker1: [00:14:20] And does that, for example, does it help you to go with your wife or when you go alone do you see that it's the same thing?</w:t>
      </w:r>
      <w:r w:rsidRPr="00073744">
        <w:br/>
        <w:t xml:space="preserve">Speaker2: [00:14:27] Yes, it helps me, I prefer to go accompanied because as there are also times when I get tired, if you go alone and something happens to you, going accompanied </w:t>
      </w:r>
      <w:r w:rsidRPr="00073744">
        <w:lastRenderedPageBreak/>
        <w:t>gives me more security.</w:t>
      </w:r>
      <w:r w:rsidRPr="00073744">
        <w:br/>
        <w:t>Speaker1: [00:14:38] Going with someone is for safety.</w:t>
      </w:r>
      <w:r w:rsidRPr="00073744">
        <w:br/>
        <w:t>Speaker2: [00:14:41] No, man, no, but if I go alone you always think about the runaround of if something happens to you what will happen.</w:t>
      </w:r>
      <w:r w:rsidRPr="00073744">
        <w:br/>
        <w:t>Speaker1: [00:14:54] And when you've gone with her have you found that the time goes by faster?</w:t>
      </w:r>
      <w:r w:rsidRPr="00073744">
        <w:br/>
        <w:t>Speaker2: [00:15:10] Yeah.</w:t>
      </w:r>
      <w:r w:rsidRPr="00073744">
        <w:br/>
        <w:t>Speaker1: [00:15:11] And when you go with her it tends to be almost every afternoon?</w:t>
      </w:r>
      <w:r w:rsidRPr="00073744">
        <w:br/>
        <w:t>Speaker2: [00:15:16] And in the morning.</w:t>
      </w:r>
      <w:r w:rsidRPr="00073744">
        <w:br/>
        <w:t>Speaker1: [00:15:18] In both time slots, and do you think you can get hurt by going for a walk?</w:t>
      </w:r>
      <w:r w:rsidRPr="00073744">
        <w:br/>
        <w:t xml:space="preserve">Speaker2: [00:15:37] Yeah it's true that there are times when I kind of get more tired. </w:t>
      </w:r>
      <w:r w:rsidRPr="00500250">
        <w:t>It goes by the day. The other day we went around and I told him, "look, my leg didn't even hurt." There are times when maybe I feel more tired and we don't go all the way around.</w:t>
      </w:r>
      <w:r w:rsidRPr="00500250">
        <w:br/>
        <w:t>Speaker1: [00:15:56] Because it depends on how you feel, sometimes you tell him to do more or less.</w:t>
      </w:r>
      <w:r w:rsidRPr="00500250">
        <w:br/>
        <w:t>Speaker2: [00:16:09] Sure, because I can go more tired or not. But it's per day, because there are days that even my leg didn't hurt. This is strange, because normally in the middle of the street my leg is already dragging, I'm already limping and I have to stop from time to time. And the other day it didn't hurt at all. Did the lap, went all the way up the hill and it didn't hurt.</w:t>
      </w:r>
      <w:r w:rsidRPr="00500250">
        <w:br/>
        <w:t>Speaker1: [00:16:33] This week that you've been out is all seven days, the last few have you felt better?</w:t>
      </w:r>
      <w:r w:rsidRPr="00500250">
        <w:br/>
        <w:t>Speaker2: [00:16:44] You've gone this week. One day it was my leg didn't hurt, however, the next day I had to go the short lap because it made me more tired. One day on, one day off.</w:t>
      </w:r>
      <w:r w:rsidRPr="00500250">
        <w:br/>
        <w:t>Speaker1: [00:16:56] So it's not like, recently I do the longer lap or it hurts less than it did at first.</w:t>
      </w:r>
      <w:r w:rsidRPr="00500250">
        <w:br/>
        <w:t>Speaker2: [00:17:06] No, no, no, no, the leg issue I had an improvement at the beginning, because at the beginning I couldn't walk, I did notice that improvement, but it's kind of stagnated there. It hasn't gone from there. The pain is still there.</w:t>
      </w:r>
      <w:r w:rsidRPr="00500250">
        <w:br/>
        <w:t>Speaker1: [00:17:20] The pain comes and goes. So you've been told to do this and have you asked if I can do more or less other things or have you just stuck to what you've been told?</w:t>
      </w:r>
      <w:r w:rsidRPr="00500250">
        <w:br/>
        <w:t>Speaker2: [00:17:41] Sure, yeah, yeah, I'm looking at the doctor's because they've done the ultrasound thing to see if it's circulation. It's supposed to be okay, but it hurts. So now I've had one that has sent me for an MRI to see if it could be something in my back. I want to exercise more, of course, but I just can't do it.</w:t>
      </w:r>
      <w:r w:rsidRPr="00500250">
        <w:br/>
        <w:t>Speaker1: [00:18:30] And for example, there was a time, from the time you were admitted until you started doing rehab and then another time when you stopped rehab and you've been exercising on your own. So would you have liked to have been given a program, some individualized exercises for you?</w:t>
      </w:r>
      <w:r w:rsidRPr="00500250">
        <w:br/>
        <w:t>Speaker2: [00:18:53] Yeah, Laura told me, to keep cycling and not to go over 115 and things like that, but they haven't told me anything else.</w:t>
      </w:r>
      <w:r w:rsidRPr="00500250">
        <w:br/>
        <w:t xml:space="preserve">Speaker1: [00:19:04] But, for example, if they had given you a general mini training </w:t>
      </w:r>
      <w:r w:rsidRPr="00500250">
        <w:lastRenderedPageBreak/>
        <w:t>program to train a few days a week, or a booklet and weekly they call you to tell you how it went. Would you have liked that?</w:t>
      </w:r>
      <w:r w:rsidRPr="00500250">
        <w:br/>
        <w:t>Speaker2: [00:19:31] Sure, yeah. Yeah, because everything they've told me I've been doing.</w:t>
      </w:r>
      <w:r w:rsidRPr="00500250">
        <w:br/>
        <w:t>Speaker1: [00:19:40] And do you think the pandemic and the covid has influenced the physical activity exercise that you've done or would have done if it hadn't been there?</w:t>
      </w:r>
      <w:r w:rsidRPr="00500250">
        <w:br/>
        <w:t>Speaker2: [00:19:52] No, no, no, no, I've actually taken it twice. I took it at the beginning, a year and a bit ago and I took it this Christmas. I had a hard time and my wife had a harder time. And my little girl was fine. The first time I didn't even notice it, it was smell and taste, but no fever. And this second one I had a terrible throat, with fever? This second one was more fucked up.</w:t>
      </w:r>
      <w:r w:rsidRPr="00500250">
        <w:br/>
        <w:t>Speaker1: [00:20:46] Okay, so you would have done the same with or without pandemic.  Well, so nothing, now it's a little bit the same thing, but from now on. So do you think you'll continue to do the same thing? I mean, the walks with the dog and the exercise on the bike.</w:t>
      </w:r>
      <w:r w:rsidRPr="00500250">
        <w:br/>
        <w:t>Speaker2: [00:22:02] That's what I'm most afraid of because of the catering schedules, it's split shifts. I would hope so. In the morning I don't think there's a problem with walking, but in the afternoon maybe going out at five o'clock with all the heat, it's more difficult. And the same with cycling, because it's not the same to be here doing nothing as it is to be working all day. And then out there I don't know.</w:t>
      </w:r>
      <w:r w:rsidRPr="00500250">
        <w:br/>
        <w:t>Speaker1: [00:22:30] But you do think it's going to influence.</w:t>
      </w:r>
      <w:r w:rsidRPr="00500250">
        <w:br/>
        <w:t>Speaker2: [00:22:33] Sure, I want it not to, but come on, I don't know how I'm going to be when I get tired at night, how you get up, because it's fucked up.</w:t>
      </w:r>
      <w:r w:rsidRPr="00500250">
        <w:br/>
        <w:t>Speaker1: [00:22:41] Obviously. And then it's probably also depending on the schedule that you have. Well saving, saving, that yeah you're going to try to keep up with the biking and the walking.</w:t>
      </w:r>
      <w:r w:rsidRPr="00500250">
        <w:br/>
        <w:t>Speaker2: [00:23:04] The days off and all of that yes, for sure.</w:t>
      </w:r>
      <w:r w:rsidRPr="00500250">
        <w:br/>
        <w:t>Speaker1: [00:23:06] And would you like to do what you're doing now and even a little bit more?</w:t>
      </w:r>
      <w:r w:rsidRPr="00500250">
        <w:br/>
        <w:t>Speaker2: [00:23:14] Yes, of course I would like to.</w:t>
      </w:r>
      <w:r w:rsidRPr="00500250">
        <w:br/>
        <w:t>Speaker1: [00:23:16] I mean, if you're feeling well you're going to try to increase your physical exercise. And specifically what would you like to increase, more endurance on the bike or more time or what?</w:t>
      </w:r>
      <w:r w:rsidRPr="00500250">
        <w:br/>
        <w:t>Speaker2: [00:23:26] What I would like with the bike I think I'm doing well. Not to push it any harder. I don't know, swimming. Let's see, also just to try it out. But of course, I'm telling you it's more complicated because of the schedule.</w:t>
      </w:r>
      <w:r w:rsidRPr="00500250">
        <w:br/>
        <w:t>Speaker1: [00:23:40] Yeah, of course, the bike is closer to you, of course.</w:t>
      </w:r>
      <w:r w:rsidRPr="00500250">
        <w:br/>
        <w:t>Speaker2: [00:23:46] And if it rains or whatever, always the exercise bike is the best. You have it at home and rain or whatever you can do it.</w:t>
      </w:r>
      <w:r w:rsidRPr="00500250">
        <w:br/>
        <w:t>Speaker1: [00:23:53] And then swimming, if you could or you had more time or what would you need to do it?</w:t>
      </w:r>
      <w:r w:rsidRPr="00500250">
        <w:br/>
        <w:t>Speaker2: [00:24:09] Well time hahaha. Right. The problem is time. I don't know, and trying, because I also don't know if I'm going to get too tired or what, because I've never tried it.</w:t>
      </w:r>
      <w:r w:rsidRPr="00500250">
        <w:br/>
        <w:t>Speaker1: [00:24:18] And what about swimming because of something in particular, because they told you that?</w:t>
      </w:r>
      <w:r w:rsidRPr="00500250">
        <w:br/>
      </w:r>
      <w:r w:rsidRPr="00500250">
        <w:lastRenderedPageBreak/>
        <w:t>Speaker2: [00:24:29] Because I see it more complete, I see it more complete, I think you exercise everything. But of course, I'll try it now at the beach, let's see if I can hold on a little bit.</w:t>
      </w:r>
      <w:r w:rsidRPr="00500250">
        <w:br/>
        <w:t>Speaker1: [00:24:49] Well, so the schedule and time issue would help you. But anything else? For example would it help you to be accompanied?</w:t>
      </w:r>
      <w:r w:rsidRPr="00500250">
        <w:br/>
        <w:t>Speaker2: [00:25:24] Sure, the sport if you do it accompanied, it's like the bike, when I go with the bike, when you go alone I have a good time, but always when you go out with people you go better.</w:t>
      </w:r>
      <w:r w:rsidRPr="00500250">
        <w:br/>
        <w:t>Speaker1: [00:25:33] That social part, it's important. And so, even though you told me a little bit earlier, do you think that the watch or other devices would help you do more exercise or whatever you're planning to do, do you think it would help you?</w:t>
      </w:r>
      <w:r w:rsidRPr="00500250">
        <w:br/>
        <w:t>Speaker2: [00:26:50] Yes it would help me. Like setting goals, today walking two kilometers, tomorrow swimming... Some goals. Or someone to tell you what to do, because sometimes you don't do anything because you don't know what to do, and yet, if you set a goal, you get the idea and you do it.</w:t>
      </w:r>
      <w:r w:rsidRPr="00500250">
        <w:br/>
        <w:t>Speaker1: [00:27:12] And being here in your environment, you have a park, and you have some places to walk to and so on, is that going to help you get out and so on?</w:t>
      </w:r>
      <w:r w:rsidRPr="00500250">
        <w:br/>
        <w:t>Speaker2: [00:27:25] Sure.</w:t>
      </w:r>
      <w:r w:rsidRPr="00500250">
        <w:br/>
        <w:t>Speaker1: [00:27:41] And so, and just to finish off, if before the covid thing hasn't influenced you during these months to exercise, it's not going to change anything or influence anything is it?</w:t>
      </w:r>
      <w:r w:rsidRPr="00500250">
        <w:br/>
        <w:t>Speaker2: [00:27:45] That's right.</w:t>
      </w:r>
      <w:r w:rsidRPr="00500250">
        <w:br/>
        <w:t>Speaker1: [00:27:27] Well, if you want, we're done here.</w:t>
      </w:r>
    </w:p>
    <w:p w14:paraId="16A512D4" w14:textId="77777777" w:rsidR="00073744" w:rsidRPr="00500250" w:rsidRDefault="00073744" w:rsidP="00073744">
      <w:pPr>
        <w:pStyle w:val="Ttulo1"/>
      </w:pPr>
      <w:r w:rsidRPr="00500250">
        <w:t>P023-M3</w:t>
      </w:r>
    </w:p>
    <w:p w14:paraId="55D01AD8" w14:textId="77777777" w:rsidR="00073744" w:rsidRPr="00500250" w:rsidRDefault="00073744" w:rsidP="00073744">
      <w:r w:rsidRPr="00500250">
        <w:t>P023-M3 Interview.m4a</w:t>
      </w:r>
      <w:r w:rsidRPr="00500250">
        <w:br/>
        <w:t>Speaker1: [00:00:00:00] So nothing, we're going to talk a little bit about this part of the interview and I, with all the participants what we usually focus on is healthy habits and physical activity, which is basically what we've been looking at. So my idea is to ask you a little bit at three points in time, first before admission. Then, during these six months that we have seen each other or you have seen Isabel, and then a little bit about how you see her or how you see yourself in the future. So the first thing I'd like to ask you or ask you is how do you find yourself currently?</w:t>
      </w:r>
      <w:r w:rsidRPr="00500250">
        <w:br/>
        <w:t>Speaker2: [00:00:43] I'm feeling good, so I'm not feeling bad and I'm not tired or anything like that. I feel normal and ordinary, that I go for a walk and all those things and I do it normally, without overdoing it, I have a certain limitation, for example, to climb slopes, climb stairs, and there I do get tired a lot. So that's what tires me the most.</w:t>
      </w:r>
      <w:r w:rsidRPr="00500250">
        <w:br/>
        <w:t>Speaker1: [00:01:22] And has anything changed in your life or what would you say has changed since before you were admitted?</w:t>
      </w:r>
      <w:r w:rsidRPr="00500250">
        <w:br/>
        <w:t>Speaker2: [00:01:31] Yes it has changed.</w:t>
      </w:r>
      <w:r w:rsidRPr="00500250">
        <w:br/>
        <w:t>Speaker3: [00:01:32] Yes, because lately, before you had your heart attack you didn't go out in the evening and then you were very exhausted afterwards.</w:t>
      </w:r>
      <w:r w:rsidRPr="00500250">
        <w:br/>
      </w:r>
      <w:r w:rsidRPr="00500250">
        <w:lastRenderedPageBreak/>
        <w:t>Speaker2: [00:01:39] Yeah, well, that was the last 15 days.</w:t>
      </w:r>
      <w:r w:rsidRPr="00500250">
        <w:br/>
        <w:t>Speaker3: [00:01:44] Since September, you already started that you were exhausted, that in the afternoon you didn't go out, he thought it was because of the heat, but he was exhausted. And when we went to the beach he used to walk a little bit, and he didn't move from there because he was exhausted. We thought it was from his illness.</w:t>
      </w:r>
      <w:r w:rsidRPr="00500250">
        <w:br/>
        <w:t>Speaker1: [00:02:19] But then this was more or less a gradual process, little by little, where you were already noticing something.</w:t>
      </w:r>
      <w:r w:rsidRPr="00500250">
        <w:br/>
        <w:t>Speaker2: [00:02:25] But of course, I didn't think about the heart attack because I had no symptoms, no pain, and my arms and legs didn't go numb. If I had something in my heart that was not working well, but I knew it. I associated it with my own thing, my bronchial tubes, not my heart.</w:t>
      </w:r>
      <w:r w:rsidRPr="00500250">
        <w:br/>
        <w:t>Speaker3: [00:02:53] Me too.</w:t>
      </w:r>
      <w:r w:rsidRPr="00500250">
        <w:br/>
        <w:t>Speaker1: [00:03:25] And before that time, around the time that she was reporting, were you doing other things before than you are now?</w:t>
      </w:r>
      <w:r w:rsidRPr="00500250">
        <w:br/>
      </w:r>
      <w:r>
        <w:t xml:space="preserve">Speaker2: [00:03:37] No, before more or less like now. </w:t>
      </w:r>
      <w:r w:rsidRPr="00500250">
        <w:t>We would go for walks, we would go for walks, we would go for dinner, because I didn't get tired or anything. So, I was doing life more or less like now.</w:t>
      </w:r>
      <w:r w:rsidRPr="00500250">
        <w:br/>
        <w:t>Speaker1: [00:03:59] Let's say, of socializing and moving around more or less, it was kind of similar.</w:t>
      </w:r>
      <w:r w:rsidRPr="00500250">
        <w:br/>
        <w:t>Speaker2: [00:04:03] Yeah, yeah.</w:t>
      </w:r>
      <w:r w:rsidRPr="00500250">
        <w:br/>
        <w:t>Speaker1: [00:04:05] And for example, nutritional habits, eating habits, have you noticed any changes or have you changed anything?</w:t>
      </w:r>
      <w:r w:rsidRPr="00500250">
        <w:br/>
        <w:t>Speaker2: [00:04:15] Let's see, I eat less quantity, that's the only thing instead of eating a bigger plate like smaller plate.</w:t>
      </w:r>
      <w:r w:rsidRPr="00500250">
        <w:br/>
        <w:t>Speaker1: [00:04:25] And the types of food, cooking?</w:t>
      </w:r>
      <w:r w:rsidRPr="00500250">
        <w:br/>
        <w:t>Speaker2: [00:04:27] Nothing. The same one, the same one.</w:t>
      </w:r>
      <w:r w:rsidRPr="00500250">
        <w:br/>
        <w:t>Speaker3: [00:04:30] He eats the same, at home the normal hot meals. What happens is that I put the plate smaller now because I used to put the plate bigger, and the pulmonologist told him "you have to eat smaller plates because you have to lose belly". Now I make more salads, grill. He doesn't want vegetables, he prefers salads. But come on, eating food, eating the same.</w:t>
      </w:r>
      <w:r w:rsidRPr="00500250">
        <w:br/>
        <w:t>Speaker1: [00:05:27] Okay, if we just said that now he eats less. And then the EPOC, the follow-up is done in Valencia?</w:t>
      </w:r>
      <w:r w:rsidRPr="00500250">
        <w:br/>
      </w:r>
      <w:r>
        <w:t xml:space="preserve">Speaker3: [00:05:44] He's in the transplant unit. </w:t>
      </w:r>
      <w:r w:rsidRPr="00500250">
        <w:t>But when the pandemic started he was very scary for us. The truth is he doesn't want to drive anymore and we stopped going. And now he's feeling better, but he's not ready to make the trip yet. So, for the time being we have him here.</w:t>
      </w:r>
      <w:r w:rsidRPr="00500250">
        <w:br/>
        <w:t>Speaker1: [00:06:36] So now the follow-up is here in Alicante?</w:t>
      </w:r>
      <w:r w:rsidRPr="00500250">
        <w:br/>
        <w:t>Speaker3: [00:06:38] Yes, now the cardiologist and the pulmonologist never stopped having him.</w:t>
      </w:r>
      <w:r w:rsidRPr="00500250">
        <w:br/>
        <w:t>Speaker1: [00:06:41] Okay, just that as a referral unit is La Fe. And from time to time you guys have gone there.</w:t>
      </w:r>
      <w:r w:rsidRPr="00500250">
        <w:br/>
        <w:t xml:space="preserve">Speaker3: [00:07:04] He's told you that you were doing great and he's lowered your </w:t>
      </w:r>
      <w:r w:rsidRPr="00500250">
        <w:lastRenderedPageBreak/>
        <w:t>cortisone.</w:t>
      </w:r>
      <w:r w:rsidRPr="00500250">
        <w:br/>
        <w:t>Speaker1: [00:07:26] And you used to go out walking by yourself, and now do you still go out alone or with company?</w:t>
      </w:r>
      <w:r w:rsidRPr="00500250">
        <w:br/>
        <w:t>Speaker2: [00:07:37] Now we both go out.</w:t>
      </w:r>
      <w:r w:rsidRPr="00500250">
        <w:br/>
        <w:t>Speaker3: [00:07:38] It's just that we've retired.</w:t>
      </w:r>
      <w:r w:rsidRPr="00500250">
        <w:br/>
        <w:t>Speaker2: [00:07:40] But I used to go out alone because I was retired. So I used to go out by myself, but now we're both here, so now we both go out.</w:t>
      </w:r>
      <w:r w:rsidRPr="00500250">
        <w:br/>
        <w:t>Speaker1: [00:07:48] But then it's not because you need company, because you feel safer. It's because of life circumstances.</w:t>
      </w:r>
      <w:r w:rsidRPr="00500250">
        <w:br/>
        <w:t>Speaker2: [00:07:54] Right, it's because now she's at home and we're both going for a walk.</w:t>
      </w:r>
      <w:r w:rsidRPr="00500250">
        <w:br/>
        <w:t>Speaker3: [00:08:01] We need it. Besides, we both have to walk.</w:t>
      </w:r>
      <w:r w:rsidRPr="00500250">
        <w:br/>
        <w:t>Speaker1: [00:08:04] And during these six months, how have you felt, how have you seen that you've evolved, if you've missed anything and what did you think?</w:t>
      </w:r>
      <w:r w:rsidRPr="00500250">
        <w:br/>
        <w:t>Speaker2: [00:08:20] At the beginning I did notice a little bit the change and afraid that I might have the pain again and not find out how I didn't find out when I had it, because the pain I had a very little pain. That's the only thing and otherwise nothing.</w:t>
      </w:r>
      <w:r w:rsidRPr="00500250">
        <w:br/>
        <w:t>Speaker1: [00:09:10] So how many days were you admitted?</w:t>
      </w:r>
      <w:r w:rsidRPr="00500250">
        <w:br/>
        <w:t>Speaker2: [00:09:15] I was in for about ten days. Well, apart from the heart attack, it was because when they went to do the catheterization, I had pulmonary edema. So I was there for a week to see how I was getting out of the edema. So then they were there waiting to see if they would do the catheterization or not.</w:t>
      </w:r>
      <w:r w:rsidRPr="00500250">
        <w:br/>
        <w:t>Speaker1: [00:11:40] Okay. So when you're discharged you go home. Your day to day stuff, how did you perceive that?</w:t>
      </w:r>
      <w:r w:rsidRPr="00500250">
        <w:br/>
        <w:t>Speaker2: [00:11:50] I was okay, but I wasn't okay at all. I was getting tired. I was getting a little fatigued. I had a little bit of respect "to the heart", because I was already there for almost a month that I almost didn't leave the house. I would do some cycling, I would walk around in here, in the hallway, the hallway wasn't big, but well....</w:t>
      </w:r>
      <w:r w:rsidRPr="00500250">
        <w:br/>
        <w:t>Speaker3: [00:12:35] The first few days, he wasn't fending for himself.</w:t>
      </w:r>
      <w:r w:rsidRPr="00500250">
        <w:br/>
        <w:t>Speaker2: [00:12:39] Because he was tired and fatigued. Aside from the fact that he also didn't have an elevator, it didn't work. The problem I had was that going down I could go down, but then going up I had a hard time. So I was a little bit afraid of getting more accelerated and more nervous. So, when the elevator started working, I started to go outside because I didn't have to climb the stairs.</w:t>
      </w:r>
      <w:r w:rsidRPr="00500250">
        <w:br/>
        <w:t>Speaker1: [00:13:49] And here at home, that first time you did ride your bike?</w:t>
      </w:r>
      <w:r w:rsidRPr="00500250">
        <w:br/>
        <w:t>Speaker2: [00:13:55] Yeah yeah yeah yeah, I would get on and do ten minutes, I had to stop every once in a while, but ten minutes of biking I did daily.</w:t>
      </w:r>
      <w:r w:rsidRPr="00500250">
        <w:br/>
        <w:t>Speaker1: [00:14:06] And so that first month you did and then you continued cycling a little bit more?</w:t>
      </w:r>
      <w:r w:rsidRPr="00500250">
        <w:br/>
        <w:t>Speaker2: [00:14:12] But when I was starting to go outside I didn't, and they told me to walk too. And they told me it was better to walk than to bike.</w:t>
      </w:r>
      <w:r w:rsidRPr="00500250">
        <w:br/>
        <w:t>Speaker1: [00:14:51] And then about the cardiac rehab, were you invited, you didn't go or what?</w:t>
      </w:r>
      <w:r w:rsidRPr="00500250">
        <w:br/>
        <w:t xml:space="preserve">Speaker2: [00:14:56] They told me about it, but I told them that since I was biking here at </w:t>
      </w:r>
      <w:r w:rsidRPr="00500250">
        <w:lastRenderedPageBreak/>
        <w:t>home and already walking, they said I didn't need to go.</w:t>
      </w:r>
      <w:r w:rsidRPr="00500250">
        <w:br/>
        <w:t>Speaker1: [00:15:05] So what they told you that, basically that if you come you're going to get on the treadmill and the bike.</w:t>
      </w:r>
      <w:r w:rsidRPr="00500250">
        <w:br/>
        <w:t>Speaker2: [00:15:10] That's right, the bike and the treadmill.</w:t>
      </w:r>
      <w:r w:rsidRPr="00500250">
        <w:br/>
        <w:t>Speaker3: [00:15:11] And he said the only thing that here we have you more controlled and such, but we talked to the doctor, and he told us that we didn't need to take precaution also because of the covid.</w:t>
      </w:r>
      <w:r w:rsidRPr="00500250">
        <w:br/>
        <w:t>Speaker1: [00:15:32] And then the issue of getting on the bike or going for a walk at some point you told me about respect, no, but I don't know if the respect was going out because of the covid and the context or the fear of exercising or activity.</w:t>
      </w:r>
      <w:r w:rsidRPr="00500250">
        <w:br/>
        <w:t>Speaker2: [00:15:49] No, no, no, the case of not going out walking was more for the fear of the covid, more than the fear of something happening to me while walking. It's just that since I'm a risk taker I didn't want to catch it and have a bad time.</w:t>
      </w:r>
      <w:r w:rsidRPr="00500250">
        <w:br/>
      </w:r>
      <w:r>
        <w:t xml:space="preserve">Speaker1: [00:16:26] I understand, I understand. </w:t>
      </w:r>
      <w:r w:rsidRPr="00500250">
        <w:t>So the issue of this, eating right, moving around and doing some kind of activity, do you think it's been good for you in this recovery process?</w:t>
      </w:r>
      <w:r w:rsidRPr="00500250">
        <w:br/>
        <w:t>Speaker2: [00:16:43] Yes, yes.</w:t>
      </w:r>
      <w:r w:rsidRPr="00500250">
        <w:br/>
        <w:t>Speaker1: [00:16:45] And would you have liked something different, something that you missed? I mean, for example, if they had told you, look, here we have some recommendations or some kind of exercises that would be very good for you. We're going to try to follow up with you.</w:t>
      </w:r>
      <w:r w:rsidRPr="00500250">
        <w:br/>
        <w:t>Speaker2: [00:17:12] No, because I can't do half of the exercises because of my COPD. I can't do sit-ups or anything like that, I can't do it because I get fatigued right away. I do one and the second one, I have to stop because I'm already fatigued.</w:t>
      </w:r>
      <w:r w:rsidRPr="00500250">
        <w:br/>
        <w:t>Speaker3: [00:17:40] He was going to pulmonary rehab and then you do it at home, now you've stopped,</w:t>
      </w:r>
      <w:r w:rsidRPr="00500250">
        <w:br/>
        <w:t>Speaker2: [00:17:46] But there it was breathing, and doing chest breathing stuff. Occasionally I'd do cycling or treadmill and occasionally I'd do weights. But of course, you'd do five one kilo weights, you'd rest, you'd do five again, and you'd do that, because I couldn't do any more.</w:t>
      </w:r>
      <w:r w:rsidRPr="00500250">
        <w:br/>
      </w:r>
      <w:r>
        <w:t xml:space="preserve">Speaker3: [00:18:23] And then I would do it at home. </w:t>
      </w:r>
      <w:r w:rsidRPr="00500250">
        <w:t>What happens is that now he's made a little bit lazy because now the breathing exercises, I tell him, but he has them set aside.</w:t>
      </w:r>
      <w:r w:rsidRPr="00500250">
        <w:br/>
        <w:t>Speaker1: [00:18:35] What you're talking about weights and so on, well a lot of times we think that it's something very demanding, there are times that it could be very adapted to your circumstances and so on. It's very important, working on strength, for the respiratory part, obviously in the dosage that you're getting it could be, maybe good, what do you think?</w:t>
      </w:r>
      <w:r w:rsidRPr="00500250">
        <w:br/>
        <w:t>Speaker2: [00:19:10] It could be.</w:t>
      </w:r>
      <w:r w:rsidRPr="00500250">
        <w:br/>
        <w:t>Speaker3: [00:19:12] When he was going to rehab then they gave him a breathing exercise chart and in the morning he would get up nice and early to do it. But now I don't know if maybe you've gotten him a little scared or something, because now I'm every day "let's walk, but you're not doing the breathing exercises, breathing exercises" and he's giving me the runaround and he's making excuses. But come on, he's not doing it.</w:t>
      </w:r>
      <w:r w:rsidRPr="00500250">
        <w:br/>
        <w:t>Speaker1: [00:19:51] Because at the beginning he was doing it.</w:t>
      </w:r>
      <w:r w:rsidRPr="00500250">
        <w:br/>
      </w:r>
      <w:r w:rsidRPr="00500250">
        <w:lastRenderedPageBreak/>
        <w:t>Speaker3: [00:19:52] He's been doing it since before he had his heart attack. And he would wear the yoga hoop to exercise with his legs and everything.</w:t>
      </w:r>
      <w:r w:rsidRPr="00500250">
        <w:br/>
        <w:t>Speaker2: [00:20:14] But what happens now is that I can't do what I used to do, I get more fatigued, I get more overwhelmed. So it's harder for me to do it, because I get overwhelmed and fatigued right away.</w:t>
      </w:r>
      <w:r w:rsidRPr="00500250">
        <w:br/>
        <w:t>Speaker1: [00:20:36] I hear you.</w:t>
      </w:r>
      <w:r w:rsidRPr="00500250">
        <w:br/>
        <w:t>Speaker3: [00:20:40] But I think that if you start a little bit at a time, one day it will be two and another day it will be two. I think in that sense because of the anger he got a little bit lazy, because when he used to get up early to do the exercises, and because of the heart attack I do notice that he's become lazy.</w:t>
      </w:r>
      <w:r w:rsidRPr="00500250">
        <w:br/>
      </w:r>
      <w:r>
        <w:t xml:space="preserve">Speaker2: [00:21:07] Maybe. </w:t>
      </w:r>
      <w:r w:rsidRPr="00500250">
        <w:t>But yes it's easy that maybe I've become more comfortable.</w:t>
      </w:r>
      <w:r w:rsidRPr="00500250">
        <w:br/>
        <w:t>Speaker1: [00:21:20] In this sense we are still building, but they are trying to prepare a kind of home rehabilitation and customize it to the circumstances. So I always ask the participants if in the end it can be done, if you were interested in assessing the possibility of remote monitoring through phone calls and so on. All supervised in this case with the Pneumology and Cardiology physicians. Basically I don't know how you see it Paco.</w:t>
      </w:r>
      <w:r w:rsidRPr="00500250">
        <w:br/>
        <w:t>Speaker2: [00:22:22] I don't know what to tell you. I'm a little bit tired now.</w:t>
      </w:r>
      <w:r w:rsidRPr="00500250">
        <w:br/>
        <w:t>Speaker3: [00:22:23] But well, you can always do it later if you feel like it.</w:t>
      </w:r>
      <w:r w:rsidRPr="00500250">
        <w:br/>
      </w:r>
      <w:r>
        <w:t xml:space="preserve">Speaker1: [00:22:32] Of course. </w:t>
      </w:r>
      <w:r w:rsidRPr="00500250">
        <w:t>Okay, so following on a little bit with what we were talking about, there's a lot of times that seeing what we're doing, well it helps us to maybe do what we had planned or do more. Have you used any kind of device to see the km on the routes or anything like that? Cell phone?</w:t>
      </w:r>
      <w:r w:rsidRPr="00500250">
        <w:br/>
        <w:t>Speaker2: [00:23:08] Yeah, cell phone, before a heart attack of course.</w:t>
      </w:r>
      <w:r w:rsidRPr="00500250">
        <w:br/>
        <w:t>Speaker1: [00:23:13] And did that motivate you to do it more or not?</w:t>
      </w:r>
      <w:r w:rsidRPr="00500250">
        <w:br/>
        <w:t>Speaker2: [00:23:17] No, no, no, no, no, no, I was putting it in mostly just to know how many miles I was doing. It was just a whim to know.</w:t>
      </w:r>
      <w:r w:rsidRPr="00500250">
        <w:br/>
        <w:t>Speaker1: [00:23:28] For information?</w:t>
      </w:r>
      <w:r w:rsidRPr="00500250">
        <w:br/>
        <w:t>Speaker2: [00:23:30] To have more information myself, personally.</w:t>
      </w:r>
      <w:r w:rsidRPr="00500250">
        <w:br/>
        <w:t>Speaker1: [00:23:34] It wasn't to progress and motivate you, was it?</w:t>
      </w:r>
      <w:r w:rsidRPr="00500250">
        <w:br/>
        <w:t>Speaker2: [00:23:39] No, no, now maybe less, but before I was changing streets. So there were some days that maybe I would do 1.9 km, another day I would do 2.1 km. Then you would go, you would do more distance.</w:t>
      </w:r>
      <w:r w:rsidRPr="00500250">
        <w:br/>
        <w:t>Speaker1: [00:24:36] So you don't use it nowadays. So you think using it, it wouldn't influence you to do more exercise, I mean, you'd do the same thing.</w:t>
      </w:r>
      <w:r w:rsidRPr="00500250">
        <w:br/>
        <w:t>Speaker2: [00:24:5] No, no, no!</w:t>
      </w:r>
      <w:r w:rsidRPr="00500250">
        <w:br/>
        <w:t>Speaker1: [00:24:56] And so, what we were talking about before, when you said no to cardiac rehab, did they tell you anything specific? Did they do any kind of follow-up or did they just give you some guidelines? Some advice and you've already got yourself organized?</w:t>
      </w:r>
      <w:r w:rsidRPr="00500250">
        <w:br/>
        <w:t>Speaker2: [00:25:20] They told me to walk and do the bike. They just told me that, that I didn't have to do anything else. For example, in the winter, that's when I'll be able to spend it the most, because the day that it's, that it's cold, that it's raining and you don't go out, well, that's the day that you cycle, that's what usually happens.</w:t>
      </w:r>
      <w:r w:rsidRPr="00500250">
        <w:br/>
        <w:t xml:space="preserve">Speaker1: [00:26:51] I understand, and other than with John, did you talk to nursing about </w:t>
      </w:r>
      <w:r w:rsidRPr="00500250">
        <w:lastRenderedPageBreak/>
        <w:t>guidelines and advice?</w:t>
      </w:r>
      <w:r w:rsidRPr="00500250">
        <w:br/>
        <w:t>Speaker2: [00:27:06] Nothing, no and nothing.</w:t>
      </w:r>
      <w:r w:rsidRPr="00500250">
        <w:br/>
        <w:t>Speaker1: [00:27:08] And would you have liked to have done it at home?</w:t>
      </w:r>
      <w:r w:rsidRPr="00500250">
        <w:br/>
        <w:t>Speaker2: [00:27:19] It's just that the cardiologist when he called me, he told me that there the only thing I was going to do was walk on the treadmill and do the bike. I said because that's the only rehab that we're going to do the only thing that we're going to monitor you, that we're going to tell you, "You have to do ten minutes of treadmill and ten minutes of cycling and there will be a professional that will be testing you to see how you're doing. If you're fatigued and you're not fatigued to stop, or to keep going etc."</w:t>
      </w:r>
      <w:r w:rsidRPr="00500250">
        <w:br/>
        <w:t>Speaker3: [00:28:03] In nursing we were, but it was for the feeding issue and for guidance on medication.</w:t>
      </w:r>
      <w:r w:rsidRPr="00500250">
        <w:br/>
        <w:t>Speaker2: [00:28:19] When I went for bronchial, the physio there said "see you around", I said well, maybe I'll see you around, because maybe I have to go to rehab. But then she says the rehab here is going to be the cycling and the other thing.</w:t>
      </w:r>
      <w:r w:rsidRPr="00500250">
        <w:br/>
      </w:r>
      <w:r>
        <w:t xml:space="preserve">Speaker1: [00:30:11] And nothing. </w:t>
      </w:r>
      <w:r w:rsidRPr="00500250">
        <w:t>So. how do you see yourself going forward with respect to what we're talking about? Mostly about the healthy habits of moving around, getting out.</w:t>
      </w:r>
      <w:r w:rsidRPr="00500250">
        <w:br/>
        <w:t>Speaker2: [00:30:24] No, I feel good and I feel like going out and everything, it's not like I'm afraid to go out in the street or anything.</w:t>
      </w:r>
      <w:r w:rsidRPr="00500250">
        <w:br/>
        <w:t>Speaker1: [00:30:40] And would you like to change anything?</w:t>
      </w:r>
      <w:r w:rsidRPr="00500250">
        <w:br/>
        <w:t>Speaker2: [00:30:45] Change me 20 years less. But that can't be [laughs].</w:t>
      </w:r>
      <w:r w:rsidRPr="00500250">
        <w:br/>
        <w:t>Speaker1: [00:30:58] I meant within how I am and what I can change. From now on I would change this or I would change that.</w:t>
      </w:r>
      <w:r w:rsidRPr="00500250">
        <w:br/>
        <w:t>Speaker2: [00:31:07] Well, I would change that I wouldn't be so bothered by the heat. What happens is that it's a bad time of the year, it's very hot, I notice it a lot. I get more tired, I get more fatigued. The mask too.</w:t>
      </w:r>
      <w:r w:rsidRPr="00500250">
        <w:br/>
        <w:t>Speaker3: [00:31:41] In your daily life, you couldn't change more than what you do.</w:t>
      </w:r>
      <w:r w:rsidRPr="00500250">
        <w:br/>
        <w:t>Speaker2: [00:31:43] No, I can't change.</w:t>
      </w:r>
      <w:r w:rsidRPr="00500250">
        <w:br/>
        <w:t>Speaker1: [00:31:44] But for example, we're saying now the heat is coming and it bothers me at certain times. Well, although it can make an effort what you're talking about, so I get up earlier and I go back at 07:00.</w:t>
      </w:r>
      <w:r w:rsidRPr="00500250">
        <w:br/>
        <w:t>Speaker3: [00:31:59] I don't know, but the thought that we have is to get up early, like every year, to go to the beach. We every year at 07:30 we're on the beach.</w:t>
      </w:r>
      <w:r w:rsidRPr="00500250">
        <w:br/>
        <w:t>Speaker1: [00:32:08] And that's what you always do in the summer. You have that habit. Well since you do that, it's not a change. But for example, "I found out that swimming can be good and whenever I go to the beach I always take advantage of it and go for a swim."</w:t>
      </w:r>
      <w:r w:rsidRPr="00500250">
        <w:br/>
        <w:t>Speaker2: [00:32:31] Yeah that's right, I usually always take at least one swim I always take at least one.</w:t>
      </w:r>
      <w:r w:rsidRPr="00500250">
        <w:br/>
        <w:t>Speaker3: [00:32:55] Yes, we have a habit, we go to the beach at 07:30, we walk a little bit, he takes a bath, and then we come home and that's it. Let's see, we hope he can do it this year too. And then in the afternoon, when the sun goes down and it's cooler, we go for a walk. We don't go clubbing, but we go out to dinner or go out to eat, go out for a while.</w:t>
      </w:r>
      <w:r w:rsidRPr="00500250">
        <w:br/>
        <w:t>Speaker1: [00:33:44] That for example, until now you've been more limited with socializing, going out to eat...</w:t>
      </w:r>
      <w:r w:rsidRPr="00500250">
        <w:br/>
      </w:r>
      <w:r w:rsidRPr="00500250">
        <w:lastRenderedPageBreak/>
        <w:t>Speaker2: [00:33:51] Now yeah, we go out to dinner and eat out. We hang out with my brother, with friends and stuff.</w:t>
      </w:r>
      <w:r w:rsidRPr="00500250">
        <w:br/>
        <w:t>Speaker3: [00:33:59] It's just that with the covid, we've all been stuck at home, then because he took it, then I took it, then the fear of going out a little bit. We didn't get together with anybody because we were afraid because of his problem and we've been isolated for two years, just the two of us, then the heart attack. Now we are starting to go out.</w:t>
      </w:r>
      <w:r w:rsidRPr="00500250">
        <w:br/>
        <w:t>Speaker1: [00:34:31] That's actually doable and you would like to go out more. And actually also if we go out more and socialize more, we generally move around more.</w:t>
      </w:r>
      <w:r w:rsidRPr="00500250">
        <w:br/>
        <w:t>Speaker3: [00:34:45] Yeah, we're already doing a normal life.</w:t>
      </w:r>
      <w:r w:rsidRPr="00500250">
        <w:br/>
        <w:t>Speaker1: [00:34:57] And although I've said it a little bit before, but it would be from now on from the hospital to say look, we're going to see if this month you do this kind of exercise and we're going to try and call you to see if you've been doing it. So would you like that or not?</w:t>
      </w:r>
      <w:r w:rsidRPr="00500250">
        <w:br/>
        <w:t>Speaker2: [00:35:16] Not that. [nervous laughter of when you don't like something].</w:t>
      </w:r>
      <w:r w:rsidRPr="00500250">
        <w:br/>
        <w:t>Speaker3: [00:35:19] But that would be to call you at home and you're a little tired.</w:t>
      </w:r>
      <w:r w:rsidRPr="00500250">
        <w:br/>
        <w:t>Speaker1: [00:35:22]. I understand. No, no, that's what it's for.</w:t>
      </w:r>
      <w:r w:rsidRPr="00500250">
        <w:br/>
        <w:t>Speaker2: [00:35:28] On this occasion on the accelerometer I've been wearing it terribly, very uncomfortable. I didn't take it off for finishing the test.</w:t>
      </w:r>
      <w:r w:rsidRPr="00500250">
        <w:br/>
        <w:t>Speaker1: [00:35:37] Well thank you.</w:t>
      </w:r>
      <w:r w:rsidRPr="00500250">
        <w:br/>
        <w:t>Speaker2: [00:35:39] Of all the times I've worn it, this has been the worst I've worn it.</w:t>
      </w:r>
      <w:r w:rsidRPr="00500250">
        <w:br/>
      </w:r>
      <w:r>
        <w:t>Speaker1: [00:35:49] Why?</w:t>
      </w:r>
      <w:r>
        <w:br/>
        <w:t xml:space="preserve">Speaker2: [00:35:51] I don't know. </w:t>
      </w:r>
      <w:r w:rsidRPr="00500250">
        <w:t>The first time was the best. Because I was here at home. I was in my sweatpants and I was comfortable. This time with the pants it was snagging on me over here. It was really bad.</w:t>
      </w:r>
      <w:r w:rsidRPr="00500250">
        <w:br/>
        <w:t>Speaker3: [00:36:16] On Tuesday I said "we could go to the beach on Tuesday and so on" and he says "no, because I have to take off this device and so on" and I said "boy they told you that if you take a shower or if you go to the pool you can take it off" and he said "whatever, on Wednesday we'll finish and I'll take it off".</w:t>
      </w:r>
      <w:r w:rsidRPr="00500250">
        <w:br/>
        <w:t>Speaker1: [00:36:37] So if for example we had told you about being able to wear it on your wrist, would you have worn it better? Like a watch, do you think that wouldn't have been so annoying for you?</w:t>
      </w:r>
      <w:r w:rsidRPr="00500250">
        <w:br/>
        <w:t>Speaker2: [00:36:53] Let's see. If it's not that it's been annoying. That it's been annoying this time. On the wrist it wouldn't have happened to me. I want to tell you that this time because of whatever or because of the pants, this thing that's a different shape or whatever, this time I've worn it terribly.</w:t>
      </w:r>
      <w:r w:rsidRPr="00500250">
        <w:br/>
        <w:t>Speaker1: [00:37:23] Well nothing, well I think we've addressed everything I wanted to talk to you about and nothing.</w:t>
      </w:r>
    </w:p>
    <w:p w14:paraId="2BA2A36A" w14:textId="77777777" w:rsidR="00073744" w:rsidRPr="00500250" w:rsidRDefault="00073744" w:rsidP="00073744">
      <w:pPr>
        <w:pStyle w:val="Ttulo1"/>
      </w:pPr>
      <w:r w:rsidRPr="00500250">
        <w:t>P024-M3</w:t>
      </w:r>
    </w:p>
    <w:p w14:paraId="1963F646" w14:textId="77777777" w:rsidR="00073744" w:rsidRPr="00386E48" w:rsidRDefault="00073744" w:rsidP="00073744">
      <w:r w:rsidRPr="00500250">
        <w:t>P024-M3 Interview.m4a</w:t>
      </w:r>
      <w:r w:rsidRPr="00500250">
        <w:br/>
        <w:t xml:space="preserve">Speaker1: [00:00:00] I'm already recording. If at any point you don't want me to continue recording or anything you let me know. I'm going to ask you a series of questions about you </w:t>
      </w:r>
      <w:r w:rsidRPr="00500250">
        <w:lastRenderedPageBreak/>
        <w:t>find. So we're going to divide it into three phases. One is before you were admitted to the hospital. Another one is during the hospital admission and another one is a posteriori. So, for example, before your admission, how were you? How has your life changed? That you say well I was doing this and when I was admitted I stopped or I was working and I had to stop.</w:t>
      </w:r>
      <w:r w:rsidRPr="00500250">
        <w:br/>
        <w:t>Speaker2: [00:01:05] Well before I had more activity, more, much more activity, I went fishing and now I have practically nothing, I had much more activity.</w:t>
      </w:r>
      <w:r w:rsidRPr="00500250">
        <w:br/>
      </w:r>
      <w:r>
        <w:t>Speaker1: [00:01:22] Did you go out regularly?</w:t>
      </w:r>
      <w:r>
        <w:br/>
        <w:t xml:space="preserve">Speaker2: [00:03:06] Weekends. </w:t>
      </w:r>
      <w:r w:rsidRPr="00500250">
        <w:t>I would go out on Saturday and come back on Sunday. I would go to the cliffs and go walking, hiking. I would go to Cartagena, to Mazarron, and to the Zoia. I would go to the mountain, an hour and a bit with the backpack until I got to the top.</w:t>
      </w:r>
      <w:r w:rsidRPr="00500250">
        <w:br/>
        <w:t>Speaker1: [00:03:38] But were you going alone? Or with your wife?</w:t>
      </w:r>
      <w:r w:rsidRPr="00500250">
        <w:br/>
        <w:t>Speaker2: [00:03:39] Usually it's me and another guy, but I've gone alone, even when I was sick, at night and everything. But well, that's over now. But I used to go out with my wife too, and my wife's little girl too. I met her when the baby was three years old.</w:t>
      </w:r>
      <w:r w:rsidRPr="00500250">
        <w:br/>
        <w:t>Speaker1: [00:03:48] You were really into it then. And other kind of sports. For example, did you like to go out walking, any soccer type sports or anything else before income?</w:t>
      </w:r>
      <w:r w:rsidRPr="00500250">
        <w:br/>
        <w:t>Speaker2: [00:04:03] Well, yeah, when I was younger, but I'm ankle fixed. The only hiking I did was when I went to the cliffs, full backpack, walked, sweated, and came back exhausted. And then to rest and then I could go fishing, but there in the cliff cut. And the next day back.</w:t>
      </w:r>
      <w:r w:rsidRPr="00500250">
        <w:br/>
        <w:t>Speaker1: [00:04:39] And how did you feel physically?</w:t>
      </w:r>
      <w:r w:rsidRPr="00500250">
        <w:br/>
        <w:t>Speaker2: [00:04:40] Yeah, I was better, but I was also punishing myself a lot more. I was smoking more, drinking more.... Now I've cut it all out, I've even cut out fishing and everything related to it, drinking, everything. And look, on the way back from the cliff I sometimes went out for beers. And now I don't anymore.</w:t>
      </w:r>
      <w:r w:rsidRPr="00500250">
        <w:br/>
        <w:t>Speaker1: [00:01:22] So on a social level it's also changed you a lot. You could say that your life has changed on a physical exercise level because you used to go fishing and hiking and now you don't do that anymore and on a social level too.</w:t>
      </w:r>
      <w:r w:rsidRPr="00500250">
        <w:br/>
        <w:t>Speaker2: [00:01:17] It's changed me a lot of course.</w:t>
      </w:r>
      <w:r w:rsidRPr="00500250">
        <w:br/>
        <w:t>Speaker1: [00:01:26] Okay. And before the admission were you working?</w:t>
      </w:r>
      <w:r w:rsidRPr="00500250">
        <w:br/>
      </w:r>
      <w:r>
        <w:t xml:space="preserve">Speaker2: [00:01:35] I worked in fimar, in the frozen foods. </w:t>
      </w:r>
      <w:r w:rsidRPr="00500250">
        <w:t>I was unloading, loading the truck and in the morning I was unloading the customers. But then with the income they discharged me. And they didn't continue with my contract. After 17 years they fired me.</w:t>
      </w:r>
      <w:r w:rsidRPr="00500250">
        <w:br/>
        <w:t>Speaker1: [00:01:57] Then you were able to find some work?</w:t>
      </w:r>
      <w:r w:rsidRPr="00500250">
        <w:br/>
        <w:t>Speaker2: [00:02:00] I was able to find some, after the heart attack. What happens is that now I have to take care of my mother and since I'm an only child, I have to be with her then. So with what I have contributed, which is 30 years, I didn't need to work anymore. And now with what I'm earning plus my mother's contribution as a non-professional caregiver, I can make it to 40 years.</w:t>
      </w:r>
      <w:r w:rsidRPr="00500250">
        <w:br/>
      </w:r>
      <w:r w:rsidRPr="00386E48">
        <w:t>Speaker1: [00:02:45] Great, so then you can ask for retirement. Okay, now let's focus on once you're admitted. how do you remember it? how did you feel? I know yours was many years ago, but tell me a little bit about how it evolved.</w:t>
      </w:r>
      <w:r w:rsidRPr="00386E48">
        <w:br/>
      </w:r>
      <w:r w:rsidRPr="00386E48">
        <w:lastRenderedPageBreak/>
        <w:t>Speaker2: [00:06:40] I was at home and I woke up at 03:00 really bad, feeling like burping, sweating a lot, and I didn't sleep until five or seven o'clock. At that time I went to work, and I called my boss and told him that he had to take me to the hospital, that I felt bad, sweating. And he took me to the hospital because I couldn't drive and when they brought me in, my blood pressure was through the roof. I came in dead.</w:t>
      </w:r>
      <w:r w:rsidRPr="00386E48">
        <w:br/>
        <w:t>Speaker1: [00:07:41] Sure. How long were you in the hospital?</w:t>
      </w:r>
      <w:r w:rsidRPr="00386E48">
        <w:br/>
        <w:t>Speaker2: [00:07:44] Well, I was in for 21 days, because it got complicated or I had multi-organ failure, my whole left side failed, my left lung was collapsed, my kidney and all my intestines. In fact, they syringed the fluid out of my lungs. It stopped. Well, and that happened five or six days after I was here, after I was here. I was born again.</w:t>
      </w:r>
      <w:r w:rsidRPr="00386E48">
        <w:br/>
        <w:t>Speaker1: [00:12:29] And, once you get out of that hospital admission, were you offered cardiac rehab here at the hospital? Were you going, what were you doing?</w:t>
      </w:r>
      <w:r w:rsidRPr="00386E48">
        <w:br/>
        <w:t>Speaker2: [00:12:50] Yeah, yeah, I was coming in. I was doing cycling and walking on the treadmill.  Yeah, I was living for two months. Once a week or so. Two or three months. They weighed me, took my blood pressure.</w:t>
      </w:r>
      <w:r w:rsidRPr="00386E48">
        <w:br/>
        <w:t>Speaker1: [00:13:00] And do you think rehab helped you recover?</w:t>
      </w:r>
      <w:r w:rsidRPr="00386E48">
        <w:br/>
        <w:t>Speaker2: [00:16:35] Yeah, yeah, yeah. It did work for me.</w:t>
      </w:r>
      <w:r w:rsidRPr="00386E48">
        <w:br/>
        <w:t>Speaker1: [00:16:36] Did you feel better when you finished it?</w:t>
      </w:r>
      <w:r w:rsidRPr="00386E48">
        <w:br/>
        <w:t>Speaker2: [00:16:42] I felt better, but I was also thinner.</w:t>
      </w:r>
      <w:r w:rsidRPr="00386E48">
        <w:br/>
        <w:t>Speaker1: [00:08:50] It changed your life dramatically. And so, in terms of the present, how are you feeling now?</w:t>
      </w:r>
      <w:r w:rsidRPr="00386E48">
        <w:br/>
        <w:t>Speaker2: [00:09:38] Worse than before I was admitted, both morally and physically, because before I was feeling bad, but I was working, I was going fishing, I was going for a walk, and now I don't do anything anymore, everything is super monotonous because I feel like a wreck. I feel very tired. Also not working is hard. Besides, get up to get my mother ready for school, then take the kid. I miss a routine.</w:t>
      </w:r>
      <w:r w:rsidRPr="00386E48">
        <w:br/>
        <w:t>Speaker1: [00:04:54] And what things have changed in your life now? Habits, physical exercise?</w:t>
      </w:r>
      <w:r w:rsidRPr="00386E48">
        <w:br/>
        <w:t>Speaker2: [00:05:01] Well, I smoke and drink a lot less now. Sometimes I drink a beer, I'm not saying no, of course, and maybe that day I have three or four. Yes, but after that I say no more, but before it was every day and everything. And as for smoking, I still smoke a little, but I don't smoke as much as I used to, much less. Now I smoke two, three cigarettes maximum.</w:t>
      </w:r>
      <w:r w:rsidRPr="00386E48">
        <w:br/>
        <w:t>Speaker1: [00:05:08] And how much did you smoke before?</w:t>
      </w:r>
      <w:r w:rsidRPr="00386E48">
        <w:br/>
        <w:t>Speaker2: [00:05:11] Don't think I smoked a lot either. On weekdays. 7-8 cigarettes. On weekends, I smoked more because I drank.</w:t>
      </w:r>
      <w:r w:rsidRPr="00386E48">
        <w:br/>
        <w:t>Speaker1: [00:05:08] And do you currently do any kind of exercise? Did you go fishing again?</w:t>
      </w:r>
      <w:r w:rsidRPr="00386E48">
        <w:br/>
        <w:t>Speaker2: [00:05:08] I don't feel like anything anymore. Besides, I can't because I used to go fishing for a day and a half. And now I have to be with my mother, where am I going to go? Well, I haven't gone fishing anymore. My wife told me to go to the beach to swim.</w:t>
      </w:r>
      <w:r w:rsidRPr="00386E48">
        <w:br/>
        <w:t>Speaker1: [00:13:10] Okay, you're not going fishing anymore, but would you like to do some other kind of exercise, go back to cycling like in rehab, or go for a walk?</w:t>
      </w:r>
      <w:r w:rsidRPr="00386E48">
        <w:br/>
      </w:r>
      <w:r w:rsidRPr="00386E48">
        <w:lastRenderedPageBreak/>
        <w:t>Speaker2: [00:16:45] Yes I would like to do that. Now I only go out walking when I have to go shopping.</w:t>
      </w:r>
      <w:r w:rsidRPr="00386E48">
        <w:br/>
        <w:t>Speaker1: [00:13:23] But would you like to go for a walk?</w:t>
      </w:r>
      <w:r w:rsidRPr="00386E48">
        <w:br/>
        <w:t>Speaker2: [00:13:28] Yes, because also I have to force the little boy too because he's older than me at 16 and he's tremendous, so he has to walk. We both have to go. I have also told him to go in the morning and dive there for a while, since we have some fins. From 07:00 to 08:30. One hour after taking my wife and getting my mother up. And then we both leave, we have to do it. Besides, I really like the sea and I haven't been there for two years, I want to start again.</w:t>
      </w:r>
      <w:r w:rsidRPr="00386E48">
        <w:br/>
        <w:t>Speaker1: [00:18:57] Great, that's also a motivation, if you like the sea and swimming and your son goes with you, it costs less than going alone. So, do you think that going out with your son would be an aspect that would work in your favor when it comes to physical exercise? Whether it's walking or going scuba diving. So you would force yourself.</w:t>
      </w:r>
      <w:r w:rsidRPr="00386E48">
        <w:br/>
        <w:t>Speaker2: [00:14:19] Sure. I would force myself to go out with my son.</w:t>
      </w:r>
      <w:r w:rsidRPr="00386E48">
        <w:br/>
        <w:t>Speaker1: [00:14:23] Or conversely, some aspect that would detract you from exercising, for example, not having free time by having to take care of your mother.</w:t>
      </w:r>
      <w:r w:rsidRPr="00386E48">
        <w:br/>
        <w:t>Speaker2: [00:14:30] Sure, when I wasn't with her and I was working I was leaner, I was moving more. I was a lot better. And the putting on so much weight has been after when I'm sedentary with my mom.</w:t>
      </w:r>
      <w:r w:rsidRPr="00386E48">
        <w:br/>
        <w:t>Speaker1: [00:14:38] And the covid, has it also influenced you not to exercise? Did it make you afraid or respectful to go outside, to walk?</w:t>
      </w:r>
      <w:r w:rsidRPr="00386E48">
        <w:br/>
        <w:t>Speaker2: [00:14:47] I would go out to shop the only thing I would go out when it was less crowded. But for walking, I'm very lazy. When I was active I did because I had to and I liked it and I didn't want to stop fishing, that's why I had to, so I could be physically fit. But I have never been one to walk just for the sake of walking. I've always been tired, always.</w:t>
      </w:r>
      <w:r w:rsidRPr="00386E48">
        <w:br/>
        <w:t>Speaker1: [00:15:02] So we can say that covid for you has not been an excuse for not doing physical exercise. And if you go out walking it's for a purpose, because you have to get to such and such a place, but not because you like it.</w:t>
      </w:r>
      <w:r w:rsidRPr="00386E48">
        <w:br/>
        <w:t>Speaker2: [00:15:52] It's just that it's from picking up and saying "let's walk", when I get to the corner, I say "I have to turn around". Not because I'm bust, but because I don't like it, it bores me.</w:t>
      </w:r>
      <w:r w:rsidRPr="00386E48">
        <w:br/>
        <w:t>Speaker1: [00:13:47] Well, you've told me that you don't normally like to go for a walk, but do you use any kind of fitness device? For example, an app that counts your steps per day?</w:t>
      </w:r>
      <w:r w:rsidRPr="00386E48">
        <w:br/>
        <w:t>Speaker2: [00:13:56] No, no. I don't use anything like that.</w:t>
      </w:r>
      <w:r w:rsidRPr="00386E48">
        <w:br/>
        <w:t>Speaker1: [00:14:19] And do you think using any mobile fitness device or app would help you get out and walk? As a way to go about achieving goals and motivating yourself.</w:t>
      </w:r>
      <w:r w:rsidRPr="00386E48">
        <w:br/>
        <w:t>Speaker2: [00:14:25] I don't know, maybe.</w:t>
      </w:r>
      <w:r w:rsidRPr="00386E48">
        <w:br/>
        <w:t>Speaker1: [00:16:03] And do you worry about not exercising?</w:t>
      </w:r>
      <w:r w:rsidRPr="00386E48">
        <w:br/>
        <w:t>Speaker2: [00:16:09] No, no I don't worry about it.</w:t>
      </w:r>
      <w:r w:rsidRPr="00386E48">
        <w:br/>
        <w:t>Speaker1: [00:20:03] And at any point have you ever felt like if you did physical exercise it was going to harm you? Or do you think you take any risks doing physical exercise?</w:t>
      </w:r>
      <w:r w:rsidRPr="00386E48">
        <w:br/>
        <w:t>Speaker2: [00:20:15] No, no. Nothing's going to happen to me if I exercise.</w:t>
      </w:r>
      <w:r w:rsidRPr="00386E48">
        <w:br/>
        <w:t xml:space="preserve">Speaker1: [00:19:13] And regarding the rehabilitation, once you finished it, do you wish the </w:t>
      </w:r>
      <w:r w:rsidRPr="00386E48">
        <w:lastRenderedPageBreak/>
        <w:t>hospital had offered you to do exercises at home or recommended you what to do?</w:t>
      </w:r>
      <w:r w:rsidRPr="00386E48">
        <w:br/>
        <w:t>Speaker2: [00:19:25] Well, yes, I would have, but they didn't send anything. I would have liked that very much.</w:t>
      </w:r>
      <w:r w:rsidRPr="00386E48">
        <w:br/>
        <w:t>Speaker1: [00:20:18] Okay, now let's see what you think about the future, how you see yourself in the future.</w:t>
      </w:r>
      <w:r w:rsidRPr="00386E48">
        <w:br/>
        <w:t>Speaker2: [00:20:31] Well, I see myself in good health because I'm in good health, what happens is that if I continue like this with the family they will kill me again hahahaha [I didn't understand why he said it, if it was because of the unpleasantness or because he doesn't change or what].</w:t>
      </w:r>
      <w:r w:rsidRPr="00386E48">
        <w:br/>
        <w:t>Speaker1: [00:20:47] Do you see a change in you in the near future in terms of habits?</w:t>
      </w:r>
      <w:r w:rsidRPr="00386E48">
        <w:br/>
        <w:t>Speaker2: [00:20:51] Yes, yes, out of obligation, because I have to do it, I have to set my mind to it, because otherwise I'm going backwards.</w:t>
      </w:r>
      <w:r w:rsidRPr="00386E48">
        <w:br/>
        <w:t>Speaker1: [00:21:01] If for example from the hospital you were offered now a home exercise program, would you like to do it, that you wouldn't have to come to the hospital, but that they tell you "this is the exercise you have to do today, you have to walk for ten minutes straight, do some squat reps, etc.". Would you like that so you have to force yourself?</w:t>
      </w:r>
      <w:r w:rsidRPr="00386E48">
        <w:br/>
        <w:t>Speaker2: [00:21:30] Yeah, yeah, yeah, yeah, yeah, yeah, yeah, yeah, I could set that goal.</w:t>
      </w:r>
      <w:r w:rsidRPr="00386E48">
        <w:br/>
      </w:r>
      <w:r>
        <w:t xml:space="preserve">Speaker1: [00:21:38] Okay, okay. </w:t>
      </w:r>
      <w:r w:rsidRPr="00386E48">
        <w:t>And the activity that you'd like to do now, you told me scuba diving, right? Which is something that you have there pending with your son.</w:t>
      </w:r>
      <w:r w:rsidRPr="00386E48">
        <w:br/>
        <w:t>Speaker2: [00:21:57] Yeah, at least for the lungs to rehabilitate a little bit as well.</w:t>
      </w:r>
      <w:r w:rsidRPr="00386E48">
        <w:br/>
        <w:t>Speaker1: [00:22:01] Because whatever you do would you like to do it in nature, outdoors? Or would you prefer a gym?</w:t>
      </w:r>
      <w:r w:rsidRPr="00386E48">
        <w:br/>
        <w:t>Speaker2: [00:22:11] No, no, no, no, me outdoors. I don't like gyms.</w:t>
      </w:r>
      <w:r w:rsidRPr="00386E48">
        <w:br/>
        <w:t>Speaker1: [00:22:23] Right, being closed and a lot of people, you don't like it very much. And if instead of a home program, if you were offered like, from the hospital some kind of step counting app and you have to reach 5000 steps a day and they give you some points that you can then redeem or a device that tells you such and such to motivate you, would that motivate you or not?</w:t>
      </w:r>
      <w:r w:rsidRPr="00386E48">
        <w:br/>
      </w:r>
      <w:r>
        <w:t xml:space="preserve">Speaker2: [00:23:19] No, no. </w:t>
      </w:r>
      <w:r w:rsidRPr="00386E48">
        <w:t>If I get on now it's to do it with my son, if I'm not accompanied....</w:t>
      </w:r>
      <w:r w:rsidRPr="00386E48">
        <w:br/>
        <w:t>Speaker1: [00:23:30] And with your wife would you be encouraged to exercise?</w:t>
      </w:r>
      <w:r w:rsidRPr="00386E48">
        <w:br/>
        <w:t>Speaker2: [00:23:33] My wife couldn't because she has to take care of her mother as well.</w:t>
      </w:r>
      <w:r w:rsidRPr="00386E48">
        <w:br/>
      </w:r>
      <w:r>
        <w:t xml:space="preserve">Speaker1: [00:23:36] You don't have compatible schedules. </w:t>
      </w:r>
      <w:r w:rsidRPr="00386E48">
        <w:t>So that when you guys could do something is on the weekends.</w:t>
      </w:r>
      <w:r w:rsidRPr="00386E48">
        <w:br/>
        <w:t>Speaker2: [00:24:18] On weekends. But on Saturdays we have to clean the staircase on our floor. So the only one we have is Sunday, and Sunday I want to rest and watch TV.</w:t>
      </w:r>
      <w:r w:rsidRPr="00386E48">
        <w:br/>
        <w:t>Speaker1: [00:25:57] Well, nothing, Romulo. Well, I'm going to stop the recording.</w:t>
      </w:r>
    </w:p>
    <w:p w14:paraId="2AEB89F6" w14:textId="77777777" w:rsidR="00073744" w:rsidRPr="00386E48" w:rsidRDefault="00073744" w:rsidP="00073744">
      <w:pPr>
        <w:pStyle w:val="Ttulo1"/>
      </w:pPr>
      <w:r w:rsidRPr="00386E48">
        <w:t>P027-M3</w:t>
      </w:r>
    </w:p>
    <w:p w14:paraId="2918747E" w14:textId="77777777" w:rsidR="00073744" w:rsidRPr="00B852BC" w:rsidRDefault="00073744" w:rsidP="00073744">
      <w:r w:rsidRPr="00386E48">
        <w:t>P027 family interview.m4a</w:t>
      </w:r>
      <w:r w:rsidRPr="00386E48">
        <w:br/>
        <w:t xml:space="preserve">Speaker1: [00:00:00] Okay, this. Okay, this is already in progress. So, as I was telling you, </w:t>
      </w:r>
      <w:r w:rsidRPr="00386E48">
        <w:lastRenderedPageBreak/>
        <w:t>what we are doing now is asking about three moments in time before the event, during these six months and how do you think he will face the future. Everything more or less framed by the topic of physical activity, exercise or healthy habits. Then I would like you to tell me if you think your mother's life has changed after the event. If she had different habits before and has she changed at all or if she has.</w:t>
      </w:r>
      <w:r w:rsidRPr="00386E48">
        <w:br/>
        <w:t>Speaker2: [00:00:41] The habits are exactly the same. Her morning routine of shopping, cooking, picking up her things from the house is the same as before. The only thing is that the pace has changed, if she used to go faster, well now she's adapted to the pace that she has to go at so she doesn't get tired. And as for walking, the same thing, if she used to walk faster, well now what she does is that when she gets tired, by then she has adapted perfectly to the conditions, but she doesn't get tired or feel any discomfort or anything.</w:t>
      </w:r>
      <w:r w:rsidRPr="00386E48">
        <w:br/>
        <w:t>Speaker1: [00:01:19] Okay, so let's say the day to day, the routine is identical.</w:t>
      </w:r>
      <w:r w:rsidRPr="00386E48">
        <w:br/>
        <w:t>Speaker2: [00:01:22] It's exactly the same.</w:t>
      </w:r>
      <w:r w:rsidRPr="00386E48">
        <w:br/>
        <w:t>Speaker1: [00:01:24] Okay, so, for example, on the topic of food or healthy habits how is it?</w:t>
      </w:r>
      <w:r w:rsidRPr="00386E48">
        <w:br/>
        <w:t>Speaker2: [00:01:39] It's exactly the same.</w:t>
      </w:r>
      <w:r w:rsidRPr="00386E48">
        <w:br/>
        <w:t>Speaker1: [00:01:40] On that too, right?</w:t>
      </w:r>
      <w:r w:rsidRPr="00386E48">
        <w:br/>
        <w:t>Speaker2: [00:01:42] The only thing she's been more careful about is not drinking too much liquid, because you told her to consider drinking water, or juice, or coffee with milk, not to drink too much because of fluid retention.</w:t>
      </w:r>
      <w:r w:rsidRPr="00386E48">
        <w:br/>
        <w:t>Speaker1: [00:01:56] Because of the insufficiency issue. That's one of the suggestions.</w:t>
      </w:r>
      <w:r w:rsidRPr="00386E48">
        <w:br/>
        <w:t>Speaker2: [00:01:59] Exactly.</w:t>
      </w:r>
      <w:r w:rsidRPr="00386E48">
        <w:br/>
        <w:t>Speaker1: [00:02:00] So activity and habits have not changed in Antonia. So you've commented to me that maybe what she has done is she's adapted the rhythm a little bit. So, in this sense, do you perceive that before, for example, those walks lasted longer?</w:t>
      </w:r>
      <w:r w:rsidRPr="00386E48">
        <w:br/>
        <w:t>Speaker2: [00:02:20] No, it goes the same. What happens is that she adapts what I'm telling you, that she adapts to how she is. But it's also true that she's getting older, that's a lot of years and the issue of what has happened with the issue of the years. So. But I have not perceived an excessive fatigue in terms of being like this before, no. She is phenomenal. It's phenomenal.</w:t>
      </w:r>
      <w:r w:rsidRPr="00386E48">
        <w:br/>
        <w:t>Speaker1: [00:02:46] So Antonia what she used to do in terms of activity was go out and go for walks. And that's what she continually continues to do, which you can obviously adapt.</w:t>
      </w:r>
      <w:r w:rsidRPr="00386E48">
        <w:br/>
        <w:t>Speaker2: [00:03:00] Because she knows that it's good for her, to maybe go slower or to go calmly without rushing, so she has done it that way.</w:t>
      </w:r>
      <w:r w:rsidRPr="00386E48">
        <w:br/>
        <w:t>Speaker1: [00:03:09] Okay. So what is the type of activity is still the same.</w:t>
      </w:r>
      <w:r w:rsidRPr="00386E48">
        <w:br/>
        <w:t>Speaker2: [00:03:15] All the same.</w:t>
      </w:r>
      <w:r w:rsidRPr="00386E48">
        <w:br/>
        <w:t>Speaker1: [00:03:16] So the same.</w:t>
      </w:r>
      <w:r w:rsidRPr="00386E48">
        <w:br/>
        <w:t>Speaker2: [00:03:17] It just hasn't changed.</w:t>
      </w:r>
      <w:r w:rsidRPr="00386E48">
        <w:br/>
        <w:t>Speaker1: [00:03:19] So that's going out walking exactly and with exactly the same people.</w:t>
      </w:r>
      <w:r w:rsidRPr="00386E48">
        <w:br/>
        <w:t>Speaker2: [00:03:24] Yeah yeah yeah yeah.</w:t>
      </w:r>
      <w:r w:rsidRPr="00386E48">
        <w:br/>
        <w:t>Speaker1: [00:03:26] With the same frequency and so on. Okay, so then let's say that obviously there have been no changes or at least relevant changes. So since the event, since the intake which was in December, how have you seen her?</w:t>
      </w:r>
      <w:r w:rsidRPr="00386E48">
        <w:br/>
        <w:t xml:space="preserve">Speaker2: [00:03:58] She's already phenomenal because she's completely deflated. We </w:t>
      </w:r>
      <w:r w:rsidRPr="00386E48">
        <w:lastRenderedPageBreak/>
        <w:t>thought it was a side effect of the covid, because she had the covid vaccine and the next day she started to feel tired and she was like that for a month, with those symptoms and they told us that it could be from that. And they did a blood test here and they saw that he had insufficiency.</w:t>
      </w:r>
      <w:r w:rsidRPr="00386E48">
        <w:br/>
        <w:t>Speaker1: [00:04:25] Did he have any of the parameters spiked?</w:t>
      </w:r>
      <w:r w:rsidRPr="00386E48">
        <w:br/>
        <w:t>Speaker2: [00:04:29] Yeah, yeah. The left ventricular failure that she had and along with that the respiratory failure and the fatigue that she had. So of course, she came in very tired, very tired, exhausted, she was exhausted. It is true that she would walk two steps and she would get exhausted. But we all thought it was because of the covid vaccine, but it was not. She was very swollen, her feet, her hands, her belly. And now she has lost a lot of abdominal perimeter, it has shrunk a lot, and her feet. That was what was most noticeable. Since she started the treatment, her feet are completely deflated.</w:t>
      </w:r>
      <w:r w:rsidRPr="00386E48">
        <w:br/>
        <w:t>Speaker1: [00:05:21] So before she was diagnosed, what was it that she was reporting?</w:t>
      </w:r>
      <w:r w:rsidRPr="00386E48">
        <w:br/>
        <w:t>Speaker2: [00:05:26] Tiredness, tiredness, very tired.</w:t>
      </w:r>
      <w:r w:rsidRPr="00386E48">
        <w:br/>
        <w:t>Speaker1: [00:05:31] Okay, so she understands that obviously that's where I stop.</w:t>
      </w:r>
      <w:r w:rsidRPr="00386E48">
        <w:br/>
        <w:t>Speaker2: [00:05:35] It's not that she couldn't, it's that she couldn't. And she said "I need to rest, I don't know what's wrong with me, I'm exhausted". Of course, it's also true that it coincided with what I'm telling you when they were giving you the vaccine, so you thought they were side effects, because her heart was going very slowly.</w:t>
      </w:r>
      <w:r w:rsidRPr="00386E48">
        <w:br/>
        <w:t>Speaker1: [00:05:55] And when she's already diagnosed?</w:t>
      </w:r>
      <w:r w:rsidRPr="00386E48">
        <w:br/>
        <w:t>Speaker2: [00:05:58] When she started treatment she responded perfectly and very well. And she's just perfect, like she doesn't have anything.</w:t>
      </w:r>
      <w:r w:rsidRPr="00386E48">
        <w:br/>
        <w:t>Speaker1: [00:06:06] And how have you seen that evolution?</w:t>
      </w:r>
      <w:r w:rsidRPr="00386E48">
        <w:br/>
        <w:t>Speaker2: [00:06:09] That evolution is that she has adapted perfectly to the medication since day 1 and they have varied the dose of the medication in that process and I have not noticed any change because in case it could not be the case of as soon as varying the dose of noticing, they told me too, any anomaly, anything, but I have not noticed anything at all. It's adapted perfectly.</w:t>
      </w:r>
      <w:r w:rsidRPr="00386E48">
        <w:br/>
        <w:t>Speaker1: [00:06:36] And so from her initial moments she was already starting to feel good?</w:t>
      </w:r>
      <w:r w:rsidRPr="00386E48">
        <w:br/>
        <w:t>Speaker2: [00:06:42] Yes, she's fine now. No, no, I'm telling you, as soon as the medication started to take effect, she was back to her old self again.</w:t>
      </w:r>
      <w:r w:rsidRPr="00386E48">
        <w:br/>
        <w:t>Speaker1: [00:06:50] So the change...</w:t>
      </w:r>
      <w:r w:rsidRPr="00386E48">
        <w:br/>
        <w:t>Speaker2: [00:06:53] Radical.</w:t>
      </w:r>
      <w:r w:rsidRPr="00386E48">
        <w:br/>
        <w:t>Speaker1: [00:06:54] With the treatment right from the beginning you saw that it was a dramatic change. And since then have you noticed that it's gotten better?</w:t>
      </w:r>
      <w:r w:rsidRPr="00386E48">
        <w:br/>
      </w:r>
      <w:r>
        <w:t xml:space="preserve">Speaker2: [00:07:01] Yeah, yeah. </w:t>
      </w:r>
      <w:r w:rsidRPr="00386E48">
        <w:t>I've found that he's stable, he's doing well. Like that one says, since it's deflated it's perfect.</w:t>
      </w:r>
      <w:r w:rsidRPr="00386E48">
        <w:br/>
        <w:t>Speaker1: [00:07:09] So you notice a brutal improvement at the beginning and since then it's been fine and it's still on line.</w:t>
      </w:r>
      <w:r w:rsidRPr="00386E48">
        <w:br/>
        <w:t>Speaker2: [00:07:15] That's right, perfectly stable.</w:t>
      </w:r>
      <w:r w:rsidRPr="00386E48">
        <w:br/>
        <w:t xml:space="preserve">Speaker1: [00:07:17] And then she started with her routine activity at the beginning and since then she keeps it up, going for a walk in the morning, in the afternoon and so on. So, </w:t>
      </w:r>
      <w:r w:rsidRPr="00386E48">
        <w:lastRenderedPageBreak/>
        <w:t>during these six months, for example, these walks that she does, does she do them alone or accompanied?</w:t>
      </w:r>
      <w:r w:rsidRPr="00386E48">
        <w:br/>
        <w:t>Speaker2: [00:07:39] Yes, yes, always accompanied, she goes out with my father, both of them.</w:t>
      </w:r>
      <w:r w:rsidRPr="00386E48">
        <w:br/>
        <w:t>Speaker1: [00:07:43] Both in the morning and in the afternoon, are you always accompanied?</w:t>
      </w:r>
      <w:r w:rsidRPr="00386E48">
        <w:br/>
      </w:r>
      <w:r>
        <w:t xml:space="preserve">Speaker2: [00:07:47] In the afternoon. </w:t>
      </w:r>
      <w:r w:rsidRPr="00386E48">
        <w:t>In the morning maybe one goes to do one thing, one goes to do another, but in the afternoon they always go out together.</w:t>
      </w:r>
      <w:r w:rsidRPr="00386E48">
        <w:br/>
        <w:t>Speaker1: [00:07:52] And do you have some kind of itinerary?</w:t>
      </w:r>
      <w:r w:rsidRPr="00386E48">
        <w:br/>
        <w:t>Speaker2: [00:07:54] They leave Babel and they would go to the esplanade.</w:t>
      </w:r>
      <w:r w:rsidRPr="00386E48">
        <w:br/>
        <w:t>Speaker1: [00:07:59] I mean, they usually always take the same route.</w:t>
      </w:r>
      <w:r w:rsidRPr="00386E48">
        <w:br/>
        <w:t>Speaker2: [00:08:00] Yes.</w:t>
      </w:r>
      <w:r w:rsidRPr="00386E48">
        <w:br/>
        <w:t>Speaker1: [00:08:01] And do you know if they use, for example, now that it's so fashionable to use a cell phone or something like that to measure how far they've walked?</w:t>
      </w:r>
      <w:r w:rsidRPr="00386E48">
        <w:br/>
        <w:t>Speaker2: [00:08:10] No, they don't use cell phones for that, just to keep track. I mean, they don't track steps and they don't track times, but I know that they go out every day and they walk.</w:t>
      </w:r>
      <w:r w:rsidRPr="00386E48">
        <w:br/>
      </w:r>
      <w:r>
        <w:t xml:space="preserve">Speaker1: [00:08:23] Okay. </w:t>
      </w:r>
      <w:r w:rsidRPr="00386E48">
        <w:t>So this is basically the same thing that I was doing then. We've said now for six months, he hasn't changed the type of activity that he does or anything. Okay, and did the hospital encourage you, did they give you any advice, did she participate in the rehab?</w:t>
      </w:r>
      <w:r w:rsidRPr="00386E48">
        <w:br/>
        <w:t>Speaker2: [00:08:48] No, no, no, no. No, because she didn't need to, because she's walking. Another thing is a person who doesn't move, but she's just she's done everything that she's been able to do on her part, in fact she continues the routine rhythm that she's always had.</w:t>
      </w:r>
      <w:r w:rsidRPr="00386E48">
        <w:br/>
        <w:t>Speaker1: [00:09:22] So I understand from here, the cardiologists, nursing and so on, have they given you any advice?</w:t>
      </w:r>
      <w:r w:rsidRPr="00386E48">
        <w:br/>
        <w:t>Speaker2: [00:09:31] Some guidelines to follow yes, of course.</w:t>
      </w:r>
      <w:r w:rsidRPr="00386E48">
        <w:br/>
        <w:t>Speaker1: [00:09:32] And what have they told you?</w:t>
      </w:r>
      <w:r w:rsidRPr="00386E48">
        <w:br/>
      </w:r>
      <w:r>
        <w:t xml:space="preserve">Speaker2: [00:09:35] Take care of your diet. </w:t>
      </w:r>
      <w:r w:rsidRPr="00386E48">
        <w:t>And then the medication thing, taking it to the letter and walking and moving around, especially, which is very good. He was already doing it, but he has continued to do it. So it's been advice that has been given, even though she was already doing it, but she hasn't stopped because she said "I feel fine, I'm going to stop".</w:t>
      </w:r>
      <w:r w:rsidRPr="00386E48">
        <w:br/>
        <w:t>Speaker1: [00:10:04] And have you had at any point in these six months any concerns or questions about what she could do about exercise or if this thing that she's doing is okay?</w:t>
      </w:r>
      <w:r w:rsidRPr="00386E48">
        <w:br/>
        <w:t>Speaker2: [00:10:11] No, because as she's doing well, let's say what I told you that she's adapting to the circumstances and as she's had positive results in terms of the medication, so she hasn't regressed at any point.</w:t>
      </w:r>
      <w:r w:rsidRPr="00386E48">
        <w:br/>
      </w:r>
      <w:r>
        <w:t xml:space="preserve">Speaker1: [00:10:29] Okay, okay. </w:t>
      </w:r>
      <w:r w:rsidRPr="00386E48">
        <w:t>And do you think she's worried about it? Well that, maintaining that activity and so forth.</w:t>
      </w:r>
      <w:r w:rsidRPr="00386E48">
        <w:br/>
        <w:t>Speaker2: [00:11:12] She does worry about it, she thinks it's a benefit. For her it's vital. Yes yes yes yes.</w:t>
      </w:r>
      <w:r w:rsidRPr="00386E48">
        <w:br/>
      </w:r>
      <w:r>
        <w:t xml:space="preserve">Speaker1: [00:11:28] And nothing, </w:t>
      </w:r>
      <w:r w:rsidRPr="00386E48">
        <w:t>and so why do you think it's good for her, to maintain that or even increase that activity?</w:t>
      </w:r>
      <w:r w:rsidRPr="00386E48">
        <w:br/>
      </w:r>
      <w:r w:rsidRPr="00386E48">
        <w:lastRenderedPageBreak/>
        <w:t>Speaker2: [00:11:37] Well because for her it's that it's essential, because they're older too, they feel useful. Of course, if you don't move they depend on others. And for a person who's been used to doing the housework, shopping, not having to depend on anybody, so for the moment, to stop and not be able to do any of those tasks, for her, it was like, what's wrong with me? But as soon as she starts to improve again, come on, she forgets all that. I mean, she's a very active person, even though she's older.</w:t>
      </w:r>
      <w:r w:rsidRPr="00386E48">
        <w:br/>
        <w:t>Speaker1: [00:12:13] Yeah, she's already with some levels of autonomy, she's already fine.</w:t>
      </w:r>
      <w:r w:rsidRPr="00386E48">
        <w:br/>
        <w:t>Speaker2: [00:12:19] She seems to be autonomous, she seems to be able to defend herself because the disease doesn't worry her so much.</w:t>
      </w:r>
      <w:r w:rsidRPr="00386E48">
        <w:br/>
        <w:t>Speaker1: [00:12:25] So, do you think that going back to those previous levels has helped her?</w:t>
      </w:r>
      <w:r w:rsidRPr="00386E48">
        <w:br/>
      </w:r>
      <w:r>
        <w:t xml:space="preserve">Speaker2: [00:12:32] Of course, of course. </w:t>
      </w:r>
      <w:r w:rsidRPr="00386E48">
        <w:t>It's just that she, as she is, she's a person who needs to move and she needs to feel useful and she needs to do the tasks that she for her are important.</w:t>
      </w:r>
      <w:r w:rsidRPr="00386E48">
        <w:br/>
        <w:t>Speaker1: [00:12:51] So you would say then you would say yes, it brings her positive things. The fact that she's active, getting out and about and so on. And do you think that apart from the more physiological part of how it can benefit the body that going out walking accompanied, also, can it benefit her as well?</w:t>
      </w:r>
      <w:r w:rsidRPr="00386E48">
        <w:br/>
      </w:r>
      <w:r>
        <w:t xml:space="preserve">Speaker2: [00:13:14] Yes yes, of course it brings positive things. </w:t>
      </w:r>
      <w:r w:rsidRPr="00386E48">
        <w:t>Always, always on a psychological level, on a personal level it is positive. I think that all people should have that kind of mood, but that's in the nature of each one. And luckily she's one of those people who gets up when she's feeling good.</w:t>
      </w:r>
      <w:r w:rsidRPr="00386E48">
        <w:br/>
        <w:t>Speaker1: [00:13:33] And so, from what you've told me, I understand that during this process where she was already coming out when she was already getting back to her normal activity level, she wasn't worried that this might hurt her, right?</w:t>
      </w:r>
      <w:r w:rsidRPr="00386E48">
        <w:br/>
        <w:t>Speaker2: [00:13:48] No, no, because she's not aware. She's aware that she's been unwell, she's been medicated, she's been following guidelines and she's been getting well. She had breast cancer 12 years ago and that was forgotten, she got over it, she is that positive. They have cured me, they have taken away the bad things. You have to move forward and that gives her joy, it gives her strength, that is, it gives her the strength to go on and move forward.</w:t>
      </w:r>
      <w:r w:rsidRPr="00386E48">
        <w:br/>
        <w:t>Speaker1: [00:14:19] So, let's say that at the moment when he is clear about what it was and he sees improvement, he forgets about it. So he doesn't think he's taking any risk.</w:t>
      </w:r>
      <w:r w:rsidRPr="00386E48">
        <w:br/>
        <w:t>Speaker2: [00:14:34] No, no, no, no. He actually wanted to do the trial with you guys so that if it's of any use to you guys for other patients, that you guys can analyze it and have data.</w:t>
      </w:r>
      <w:r w:rsidRPr="00386E48">
        <w:br/>
        <w:t>Speaker1: [00:14:46] Okay. At some point do you think he could have used some more personalized counseling?</w:t>
      </w:r>
      <w:r w:rsidRPr="00386E48">
        <w:br/>
        <w:t>Speaker2: [00:14:53] If you guys have given it to him. He's come here, you've talked to him, you've told him what he needs to do, you've put him on what the devices are to keep him in control. In other words, he's been monitored by the cardiologist and by you.</w:t>
      </w:r>
      <w:r w:rsidRPr="00386E48">
        <w:br/>
        <w:t>Speaker1: [00:15:11] This is coordinated work.</w:t>
      </w:r>
      <w:r w:rsidRPr="00386E48">
        <w:br/>
        <w:t xml:space="preserve">Speaker2: [00:15:12] She has felt accompanied. She didn't need any other outside advice. But let's see, because it's just her nature. Maybe someone else who doesn't have the courage </w:t>
      </w:r>
      <w:r w:rsidRPr="00386E48">
        <w:lastRenderedPageBreak/>
        <w:t>or the strength, they need to get help from a psychologist or someone else, or gymnastics, rehabilitation of any kind. But not her, her. I tell you, she is a person who also trusts the people she has around her treating her, because that also does a lot. The treatment for us has been perfect.</w:t>
      </w:r>
      <w:r w:rsidRPr="00386E48">
        <w:br/>
        <w:t>Speaker1: [00:16:02] Okay, well then I'm trying to rephrase that. If, for example, Maria in some of the visits, or the nurse or someone from the team would have told you well look, in addition to walking, it would also be good for her to do this kind of exercise once a day, twice a day. Let's see how you do, how do you feel, do you think that would have been good?</w:t>
      </w:r>
      <w:r w:rsidRPr="00386E48">
        <w:br/>
        <w:t>Speaker2: [00:16:38] I would, I would have. She doesn't have a problem.</w:t>
      </w:r>
      <w:r w:rsidRPr="00386E48">
        <w:br/>
        <w:t>Speaker1: [00:16:41] So if she had been given some more guidelines from here, she would have implemented it without a problem.</w:t>
      </w:r>
      <w:r w:rsidRPr="00386E48">
        <w:br/>
        <w:t>Speaker2: [00:16:47] Whatever follow-up they gave her, of course.</w:t>
      </w:r>
      <w:r w:rsidRPr="00386E48">
        <w:br/>
        <w:t>Speaker1: [00:16:51] Okay. And did you guys ask anybody at that hospital if I could do anything else, or can I do this?</w:t>
      </w:r>
      <w:r w:rsidRPr="00386E48">
        <w:br/>
        <w:t>Speaker2: [00:17:07] Yeah, but it's just that we have medical family. So...</w:t>
      </w:r>
      <w:r w:rsidRPr="00386E48">
        <w:br/>
        <w:t>Speaker1: [00:17:11] That you are advised.</w:t>
      </w:r>
      <w:r w:rsidRPr="00386E48">
        <w:br/>
        <w:t>Speaker2: [00:17:13] Yeah hahaha.</w:t>
      </w:r>
      <w:r w:rsidRPr="00386E48">
        <w:br/>
        <w:t>Speaker1: [00:18:00] What I mean is that it's clear that it's indispensable and it's the priority in the pharmacological treatment to control, to adjust and so on. But I'm talking a little bit more about some kind of that, if you have commented or asked how much time you have to exercise, "if she does three hours and we don't know if maybe three hours walking a day is enough or if she could do another exercise".</w:t>
      </w:r>
      <w:r w:rsidRPr="00386E48">
        <w:br/>
      </w:r>
      <w:r w:rsidRPr="00C21F9A">
        <w:rPr>
          <w:lang w:val="es-ES"/>
        </w:rPr>
        <w:t xml:space="preserve">Speaker2: [00:18:23] No. </w:t>
      </w:r>
      <w:r w:rsidRPr="00386E48">
        <w:t>That's what the cardiologist told us, that she should walk, but without getting tired in any case. I mean, the point was to walk, to exercise, but never get tired. That's what she told us.</w:t>
      </w:r>
      <w:r w:rsidRPr="00386E48">
        <w:br/>
        <w:t>Speaker1: [00:18:44] And do you think that anyone around you or even your father has helped him in this process?</w:t>
      </w:r>
      <w:r w:rsidRPr="00386E48">
        <w:br/>
        <w:t>Speaker2: [00:18:57] Always, always.</w:t>
      </w:r>
      <w:r w:rsidRPr="00386E48">
        <w:br/>
        <w:t>Speaker1: [00:18:59] And how has that been?</w:t>
      </w:r>
      <w:r w:rsidRPr="00386E48">
        <w:br/>
        <w:t>Speaker2: [00:19:01] Because they're always together, is that where one goes, the other goes. Yeah, yeah. But it's not a matter of us pulling her. It's just that she's got a really good attitude.</w:t>
      </w:r>
      <w:r w:rsidRPr="00386E48">
        <w:br/>
        <w:t>Speaker1: [00:19:14] So it's all more companionship.</w:t>
      </w:r>
      <w:r w:rsidRPr="00386E48">
        <w:br/>
      </w:r>
      <w:r>
        <w:t xml:space="preserve">Speaker2: [00:19:19] She walks and walks. </w:t>
      </w:r>
      <w:r w:rsidRPr="00386E48">
        <w:t>I go for a walk, I take her, maybe, but it's accompanying them, not forcing them because she does it on her own.</w:t>
      </w:r>
      <w:r w:rsidRPr="00386E48">
        <w:br/>
        <w:t>Speaker1: [00:19:27] So, during this process, during these six months, you haven't missed anything.</w:t>
      </w:r>
      <w:r w:rsidRPr="00386E48">
        <w:br/>
        <w:t>Speaker2: [00:19:36] Nothing at all.</w:t>
      </w:r>
      <w:r w:rsidRPr="00386E48">
        <w:br/>
        <w:t>Speaker1: [00:19:39] And even though there are not so many restrictions with covid anymore but, there are still modifications, do you think that the covid situation has played a role in this process?</w:t>
      </w:r>
      <w:r w:rsidRPr="00386E48">
        <w:br/>
        <w:t xml:space="preserve">Speaker2: [00:19:57] No because as we thought that I that she had, that it was because of covid, well she was scared thinking that a lot of people had passed away. They're older. She </w:t>
      </w:r>
      <w:r w:rsidRPr="00386E48">
        <w:lastRenderedPageBreak/>
        <w:t>wasn't feeling well, but she was with the suspicion that they confirmed to her that it could be the vaccine. Then, of course, when she saw that it was not the vaccine and that she started to feel better because of the medication, she felt much better. So what she has is a lot of respect for not getting involved, because she knows that she is dedicated to crowds, to travel.... But she would have been careful if she had this or not, because we are all careful.</w:t>
      </w:r>
      <w:r w:rsidRPr="00386E48">
        <w:br/>
      </w:r>
      <w:r>
        <w:t xml:space="preserve">Speaker1: [00:20:55] I understand. </w:t>
      </w:r>
      <w:r w:rsidRPr="00386E48">
        <w:t>But that at no point in the recovery process has she ever said well I'm not going to go out just in case.</w:t>
      </w:r>
      <w:r w:rsidRPr="00386E48">
        <w:br/>
      </w:r>
      <w:r>
        <w:t xml:space="preserve">Speaker2: [00:21:05] No, no, she goes out. </w:t>
      </w:r>
      <w:r w:rsidRPr="00386E48">
        <w:t>What happens is that they go out to a place where there are no people and if they see a sidewalk full of people, then they go to the other sidewalk, being careful, wearing masks, now in bonfires, wearing masks, being careful not to get together with people. So that, so what we have to do.</w:t>
      </w:r>
      <w:r w:rsidRPr="00386E48">
        <w:br/>
        <w:t>Speaker1: [00:21:21] So they've adapted, but it hasn't limited you.</w:t>
      </w:r>
      <w:r w:rsidRPr="00386E48">
        <w:br/>
        <w:t>Speaker2: [00:21:25] It hasn't limited him at all.</w:t>
      </w:r>
      <w:r w:rsidRPr="00386E48">
        <w:br/>
        <w:t>Speaker1: [00:21:28] And so let's say she perceived is that if there hadn't been the pandemic in the middle and what happened to her, the way she approached it and what she did would have been the same.</w:t>
      </w:r>
      <w:r w:rsidRPr="00386E48">
        <w:br/>
        <w:t>Speaker2: [00:21:37] Exactly.</w:t>
      </w:r>
      <w:r w:rsidRPr="00386E48">
        <w:br/>
        <w:t>Speaker1: [00:21:42] Okay, so nothing, just a little bit of closure, so from now on I don't eat. How do you see it, how do you think it's going to continue?</w:t>
      </w:r>
      <w:r w:rsidRPr="00386E48">
        <w:br/>
        <w:t>Speaker2: [00:21:51] Well, I see her the same because she's going to continue doing her life. She says don't take anything away from her, because then she gets sick, so she wants her routine, she wants her life.</w:t>
      </w:r>
      <w:r w:rsidRPr="00386E48">
        <w:br/>
        <w:t>Speaker1: [00:22:03] What do you mean "we take away from her"?</w:t>
      </w:r>
      <w:r w:rsidRPr="00386E48">
        <w:br/>
        <w:t>Speaker2: [00:22:04] We take her away as soon as, for example, well, come on, don't feed her. According to her she has arms and she has legs to feed. So that's what stimulates her.</w:t>
      </w:r>
      <w:r w:rsidRPr="00386E48">
        <w:br/>
        <w:t>Speaker1: [00:22:17] And it keeps her mind busy.</w:t>
      </w:r>
      <w:r w:rsidRPr="00386E48">
        <w:br/>
      </w:r>
      <w:r>
        <w:t xml:space="preserve">Speaker2: [00:22:19] And she wants to, she wants to. </w:t>
      </w:r>
      <w:r w:rsidRPr="00386E48">
        <w:t>It's been like that all her life, so it hasn't changed.</w:t>
      </w:r>
      <w:r w:rsidRPr="00386E48">
        <w:br/>
      </w:r>
      <w:r w:rsidRPr="00B852BC">
        <w:t>Speaker1: [00:22:25] So that in addition to what you're telling me, that she goes out walking and so on, she on a day to day basis, which you told me before, but we weren't recording to take it into account is that the housework is done by her.</w:t>
      </w:r>
      <w:r w:rsidRPr="00B852BC">
        <w:br/>
      </w:r>
      <w:r>
        <w:t xml:space="preserve">Speaker2: [00:22:36] Yeah, yeah, yeah, yeah, yeah, yeah, </w:t>
      </w:r>
      <w:r w:rsidRPr="00B852BC">
        <w:t>all her housework, cooking and picking everything up and shopping.</w:t>
      </w:r>
      <w:r w:rsidRPr="00B852BC">
        <w:br/>
        <w:t>Speaker1: [00:22:47] Okay, so do you think this routine activity is good for her?</w:t>
      </w:r>
      <w:r w:rsidRPr="00B852BC">
        <w:br/>
        <w:t>Speaker2: [00:22:53] Also, it's good for him.</w:t>
      </w:r>
      <w:r w:rsidRPr="00B852BC">
        <w:br/>
        <w:t>Speaker1: [00:22:55] Are you going to continue?</w:t>
      </w:r>
      <w:r w:rsidRPr="00B852BC">
        <w:br/>
        <w:t>Speaker2: [00:22:56] Yes, yes, yes, yes, of course.</w:t>
      </w:r>
      <w:r w:rsidRPr="00B852BC">
        <w:br/>
      </w:r>
      <w:r>
        <w:t xml:space="preserve">Speaker1: [00:22:58] So. </w:t>
      </w:r>
      <w:r w:rsidRPr="00B852BC">
        <w:t>Would you like me to do something different or something else?</w:t>
      </w:r>
      <w:r w:rsidRPr="00B852BC">
        <w:br/>
        <w:t xml:space="preserve">Speaker2: [00:23:06] No, because what I want is for her to be comfortable, which she feels good about. </w:t>
      </w:r>
      <w:r w:rsidRPr="00386E48">
        <w:t>She's happy with her house, her things. And then of course in the evenings untouchable her walk, after lunch her little nap and then her walk. So it's her life that she's led that way more than my father retired and they're enjoying themselves in that sense.</w:t>
      </w:r>
      <w:r w:rsidRPr="00386E48">
        <w:br/>
      </w:r>
      <w:r w:rsidRPr="00B852BC">
        <w:t xml:space="preserve">Speaker1: [00:23:30] So if we were to say to you well look, we're in a home cardiac </w:t>
      </w:r>
      <w:r w:rsidRPr="00B852BC">
        <w:lastRenderedPageBreak/>
        <w:t xml:space="preserve">rehabilitation program where we try to counsel the participants a little bit more and give them much more specific guidelines with follow-up. </w:t>
      </w:r>
      <w:r w:rsidRPr="00386E48">
        <w:t>That, for example, would you guys like me to do that?</w:t>
      </w:r>
      <w:r w:rsidRPr="00386E48">
        <w:br/>
      </w:r>
      <w:r w:rsidRPr="00B852BC">
        <w:t>Speaker2: [00:23:52] As long as it doesn't interfere with being with my dad. Because I'm telling you, it's that, that time, that afternoon, is sacred to her.</w:t>
      </w:r>
      <w:r w:rsidRPr="00B852BC">
        <w:br/>
        <w:t>Speaker1: [00:24:02] It would be good for both of them.</w:t>
      </w:r>
      <w:r w:rsidRPr="00B852BC">
        <w:br/>
        <w:t>Speaker2: [00:24:03] Well, yeah, yeah. I'm not saying no. They're getting older and it could be.</w:t>
      </w:r>
      <w:r w:rsidRPr="00B852BC">
        <w:br/>
        <w:t>Speaker1: [00:24:10] This is basically because maybe what is walking and aerobic endurance we tend to work it quite a bit and have it implemented, but better to leave out other capabilities that can also be interesting. So, just to keep in mind to be able to give you some guideline.</w:t>
      </w:r>
      <w:r w:rsidRPr="00B852BC">
        <w:br/>
        <w:t>Speaker2: [00:24:33] Yeah, also I'm telling you, as long as she doesn't leave out what she has to do or what she wants to do.</w:t>
      </w:r>
      <w:r w:rsidRPr="00B852BC">
        <w:br/>
      </w:r>
      <w:r>
        <w:t xml:space="preserve">Speaker1: [00:24:42] Okay. </w:t>
      </w:r>
      <w:r w:rsidRPr="00B852BC">
        <w:t>And just a little bit of a tie-in with the principle that I was asking you about. They use the phone in addition just for the location issue. But using new technologies to monitor and or prescribe and so on that, that in this case doesn't work. right?</w:t>
      </w:r>
      <w:r w:rsidRPr="00B852BC">
        <w:br/>
        <w:t>Speaker2: [00:25:06] No, no, no, zero there.</w:t>
      </w:r>
      <w:r w:rsidRPr="00B852BC">
        <w:br/>
        <w:t>Speaker1: [00:25:09] And do you think that doing your activity in another environment would benefit you? I mean, if instead of doing this itinerary she had some facilities that maybe she has, I don't know, some kind of parks and so on. Would this for Antonia be an incentive, a motivation?</w:t>
      </w:r>
      <w:r w:rsidRPr="00B852BC">
        <w:br/>
        <w:t>Speaker2: [00:25:41] We have them, but it's what they want and what I like. So they're comfortable with what they do and then we have gardens nearby as well. So it's not for lack of services, it's not. It's because they feel comfortable.</w:t>
      </w:r>
      <w:r w:rsidRPr="00B852BC">
        <w:br/>
        <w:t>Speaker1: [00:26:00] In what they do, in the routine that they have. And then the issue of del covid and so on. In this case Antonio, will you still have the respect for him?</w:t>
      </w:r>
      <w:r w:rsidRPr="00B852BC">
        <w:br/>
      </w:r>
      <w:r>
        <w:t xml:space="preserve">Speaker2: [00:26:13] Yes, yes, of course. </w:t>
      </w:r>
      <w:r w:rsidRPr="00B852BC">
        <w:t>They have a lot of respect because they are older and they know that they have more ballots, so they are very careful. But well, that's what we all have to do. They wear their masks. When there's a lot of people around, they try to do what I told you, they're not in crowds, but that's a benefit.</w:t>
      </w:r>
      <w:r w:rsidRPr="00B852BC">
        <w:br/>
        <w:t>Speaker1: [00:26:42] For everybody.</w:t>
      </w:r>
      <w:r w:rsidRPr="00B852BC">
        <w:br/>
        <w:t>Speaker2: [00:26:46] Being forewarned and being careful, that's what we have to do. Well that's all of us in the house.</w:t>
      </w:r>
      <w:r w:rsidRPr="00B852BC">
        <w:br/>
        <w:t>Speaker1: [00:26:57] So nothing. Well, I think we're done now. Thank you very much.</w:t>
      </w:r>
    </w:p>
    <w:p w14:paraId="2A39BC3F" w14:textId="77777777" w:rsidR="00073744" w:rsidRPr="00B852BC" w:rsidRDefault="00073744" w:rsidP="00073744">
      <w:pPr>
        <w:pStyle w:val="Ttulo1"/>
      </w:pPr>
      <w:r w:rsidRPr="00B852BC">
        <w:t>P029-M3</w:t>
      </w:r>
    </w:p>
    <w:p w14:paraId="03F798C1" w14:textId="77777777" w:rsidR="00073744" w:rsidRPr="00C21F9A" w:rsidRDefault="00073744" w:rsidP="00073744">
      <w:pPr>
        <w:rPr>
          <w:lang w:val="es-ES"/>
        </w:rPr>
      </w:pPr>
      <w:r w:rsidRPr="00B852BC">
        <w:t>P029-M3.m4a</w:t>
      </w:r>
      <w:r w:rsidRPr="00B852BC">
        <w:br/>
        <w:t xml:space="preserve">Speaker2: [00:00:12] What we're going to do is a little bit of questions, mostly focused on healthy habits, physical activity and so on. What we do is we divide it into three time points, that is, before admission, during admission, which is usually six months, but it's been a little </w:t>
      </w:r>
      <w:r w:rsidRPr="00B852BC">
        <w:lastRenderedPageBreak/>
        <w:t>bit longer, and a little bit of questions about how you see yourself going forward in the future. So, the first thing I'd like to ask you is if anything has changed in your life since admission.</w:t>
      </w:r>
      <w:r w:rsidRPr="00B852BC">
        <w:br/>
        <w:t>Speaker1: [00:00:48] It has changed. Maybe I used to go out more, I don't know if it's influenced by the pandemic and all that. But come on, I pretty much do the same life.</w:t>
      </w:r>
      <w:r w:rsidRPr="00B852BC">
        <w:br/>
        <w:t>Speaker2: [00:01:00] Well, it's because we're talking about the admission was in November. So, at that time you because of the environment situation, the pandemic there was still something. Did that influence you to stay home?</w:t>
      </w:r>
      <w:r w:rsidRPr="00B852BC">
        <w:br/>
        <w:t>Speaker1: [00:01:16] Man, there were times when yes, you would go out with a little bit more fear. Yes, I admit it, I went out with a little bit of fear because we are already at risk, but then, I mean, you have to live a normal life.</w:t>
      </w:r>
      <w:r w:rsidRPr="00B852BC">
        <w:br/>
        <w:t>Speaker2: [00:01:43] But then, for example, would you say that before you were admitted, did you go for walks, did you do any kind of activity?</w:t>
      </w:r>
      <w:r w:rsidRPr="00B852BC">
        <w:br/>
        <w:t>Speaker1: [00:01:52] In my house we walk a lot and we go everywhere walking.</w:t>
      </w:r>
      <w:r w:rsidRPr="00B852BC">
        <w:br/>
        <w:t>Speaker2: [00:01:57] So, for example, before admission, more or less on a normal day, what could you do in terms of activity.</w:t>
      </w:r>
      <w:r w:rsidRPr="00B852BC">
        <w:br/>
        <w:t>Speaker1: [00:02:04] Normally I've always been out walking. Maybe in the morning an hour, hour and a half, whatever I could stand. Then in the afternoon, when my husband comes home from work, we go out too, less time, put another 45 minutes. So walking yes, but no other kind of exercise because I can't because of my back. You know I told you that I have scoliosis and it hurts, but we walk.</w:t>
      </w:r>
      <w:r w:rsidRPr="00B852BC">
        <w:br/>
        <w:t>Speaker2: [00:02:35] And always under your premise, not under what I think is good for me and your way.</w:t>
      </w:r>
      <w:r w:rsidRPr="00B852BC">
        <w:br/>
        <w:t>Speaker1: [00:02:40] I walk as my back supports me, I'm stopping, if I see that I'm stopping, I'm going to see another one. I have scoliosis. Well I walk very fast, I start walking and I say it looks like somebody's chasing me and I have to stop to slow down.</w:t>
      </w:r>
      <w:r w:rsidRPr="00B852BC">
        <w:br/>
      </w:r>
      <w:r w:rsidRPr="008E4D2A">
        <w:t>Speaker2: [00:03:11] But I also meant a little bit if you were getting any kind of help or advice from a family member.</w:t>
      </w:r>
      <w:r w:rsidRPr="008E4D2A">
        <w:br/>
        <w:t>Speaker1: [00:03:15] No, no, no, no, no, no, no.  My mother is rather sedentary. My mother is one of those who has never walked in her life, I would go with her to the doctor and I would tell her but look at her legs and no, no, no, no, no, no, no and no.</w:t>
      </w:r>
      <w:r w:rsidRPr="008E4D2A">
        <w:br/>
        <w:t>Speaker2: [00:03:52] And so Francisca would say is that after the admission this physical activity has continued like this?</w:t>
      </w:r>
      <w:r w:rsidRPr="008E4D2A">
        <w:br/>
        <w:t>Speaker1: [00:04:01] Yeah, man, at the beginning no, because at the beginning, after I was discharged, I was tired. Then I had a few days that I went out practically nothing. Then little by little I started going out again and I could last half an hour, so I was going little by little, now I'm going progressively.</w:t>
      </w:r>
      <w:r w:rsidRPr="008E4D2A">
        <w:br/>
        <w:t>Speaker2: [00:04:20] But what is changing, I mean, you haven't changed anything.</w:t>
      </w:r>
      <w:r w:rsidRPr="008E4D2A">
        <w:br/>
        <w:t>Speaker1: [00:04:22] No, no.</w:t>
      </w:r>
      <w:r w:rsidRPr="008E4D2A">
        <w:br/>
        <w:t>Speaker2: [00:04:23] You used to go for a walk and now you're still the same.</w:t>
      </w:r>
      <w:r w:rsidRPr="008E4D2A">
        <w:br/>
        <w:t>Speaker1: [00:04:25] Yeah, yeah, yeah, yeah, I go for a walk every morning, nobody takes that away from me. That habit.</w:t>
      </w:r>
      <w:r w:rsidRPr="008E4D2A">
        <w:br/>
        <w:t xml:space="preserve">Speaker2: [00:04:30] And relative to other habits, for example, in terms of nutrition or in </w:t>
      </w:r>
      <w:r w:rsidRPr="008E4D2A">
        <w:lastRenderedPageBreak/>
        <w:t>terms of what you eat, did you eat worse or better before?</w:t>
      </w:r>
      <w:r w:rsidRPr="008E4D2A">
        <w:br/>
        <w:t>Speaker1: [00:04:39] No, we've always been home cooked meals, no industrial or processed stuff, home cooked meals all our lives. When I was taking the sintrol that I couldn't have any vegetables or cauliflower, etc., that's when I had the food chart.</w:t>
      </w:r>
      <w:r w:rsidRPr="008E4D2A">
        <w:br/>
        <w:t>Speaker3: [00:05:03] But have you restricted any foods or have you cut out certain foods?</w:t>
      </w:r>
      <w:r w:rsidRPr="008E4D2A">
        <w:br/>
      </w:r>
      <w:r>
        <w:t xml:space="preserve">Speaker1: [00:05:07] For example, I've cut out sausage. </w:t>
      </w:r>
      <w:r w:rsidRPr="008E4D2A">
        <w:t>Maybe I eat turkey breast and all that. I used to eat ham sometimes. Now, for example, I don't eat it.</w:t>
      </w:r>
      <w:r w:rsidRPr="008E4D2A">
        <w:br/>
        <w:t>Speaker2: [00:05:24] Some adjustments in nutrition, we can say yes, that have been made.</w:t>
      </w:r>
      <w:r w:rsidRPr="008E4D2A">
        <w:br/>
        <w:t>Speaker1: [00:05:27] Yes, some yes.</w:t>
      </w:r>
      <w:r w:rsidRPr="008E4D2A">
        <w:br/>
        <w:t>Speaker2: [00:05:28] Based on some advice you've been given?</w:t>
      </w:r>
      <w:r w:rsidRPr="008E4D2A">
        <w:br/>
        <w:t>Speaker1: [00:05:31] No, no. On top of that my husband had to have a pacemaker put in, and I scold my husband because he eats sausage and I tell him "don't eat this" and he says "it's okay if I feel fine".</w:t>
      </w:r>
      <w:r w:rsidRPr="008E4D2A">
        <w:br/>
        <w:t>Speaker2: [00:05:50] So trying to take care of him is also good for you.</w:t>
      </w:r>
      <w:r w:rsidRPr="008E4D2A">
        <w:br/>
        <w:t>Speaker1: [00:05:54] Sure, I deprive myself more, but he's a big boy.</w:t>
      </w:r>
      <w:r w:rsidRPr="008E4D2A">
        <w:br/>
        <w:t>Speaker2: [00:06:00] And then, for example, when it comes to walking, more or less the same routine as always, you don't do anything else, you don't change anything, you continue to go out in the morning and in the afternoon with, for example, with your husband.</w:t>
      </w:r>
      <w:r w:rsidRPr="008E4D2A">
        <w:br/>
        <w:t>Speaker1: [00:06:17] Yes. I take a different route every time, so that it's not always the same and I don't know it by heart.</w:t>
      </w:r>
      <w:r w:rsidRPr="008E4D2A">
        <w:br/>
        <w:t>Speaker2: [00:06:27] Okay, so we've said there's been no change in physical activity. Let's say, in nutrition, small adjustments, what about anything else?</w:t>
      </w:r>
      <w:r w:rsidRPr="008E4D2A">
        <w:br/>
        <w:t>Speaker1: [00:06:37] No, because, look, I didn't drink alcohol. I just drink water.</w:t>
      </w:r>
      <w:r w:rsidRPr="008E4D2A">
        <w:br/>
        <w:t>Speaker2: [00:06:41] Let's say your habits and so forth and your day to day life hasn't changed substantially. Okay, so if you like let's go a little bit now. Since the admission more or less, until now.</w:t>
      </w:r>
      <w:r w:rsidRPr="008E4D2A">
        <w:br/>
        <w:t>Speaker1: [00:07:00] A year has almost gone by... [surprised that the time is passing so fast].</w:t>
      </w:r>
      <w:r w:rsidRPr="008E4D2A">
        <w:br/>
        <w:t>Speaker2: [00:07:01] How have you been looking?</w:t>
      </w:r>
      <w:r w:rsidRPr="008E4D2A">
        <w:br/>
      </w:r>
      <w:r>
        <w:t xml:space="preserve">Speaker1: [00:07:03] At the beginning I felt very tired. </w:t>
      </w:r>
      <w:r w:rsidRPr="008E4D2A">
        <w:t>For example, I would start doing something in the house and I would have to stop, sit down. Besides, the doctor told me "if you see that you get tired, you sit down". Now I don't, now I do everything super fast.</w:t>
      </w:r>
      <w:r w:rsidRPr="008E4D2A">
        <w:br/>
        <w:t>Speaker2: [00:07:22] Did you go to the hospital because you were feeling sick?</w:t>
      </w:r>
      <w:r w:rsidRPr="008E4D2A">
        <w:br/>
        <w:t>Speaker1: [00:07:24] I went to the doctor five times because I wasn't feeling well. My chest didn't hurt. I had a lot of chills, fever and a very strange cough. I went five times to the doctor and he said "no, no, you have a very bad flu" and I said "this is not the flu". And my husband had to hold me at night and I was shaking and until one day, at 5:00 a.m. I went to the emergency room and as soon as the doctor saw me she started to do x-rays, tests and so on, and at first they told me "it looks like inflammation of the heart". I was admitted for three days, then I was discharged, they did an MRI and the doctor called me to Babbel and told me that what I had was that I had a heart attack and I had a thrombus in my heart.</w:t>
      </w:r>
      <w:r w:rsidRPr="008E4D2A">
        <w:br/>
        <w:t>Speaker2: [00:08:21] And from then on then did you worry about it?</w:t>
      </w:r>
      <w:r w:rsidRPr="008E4D2A">
        <w:br/>
        <w:t xml:space="preserve">Speaker1: [00:08:26] Well, the truth is that I don't, I'm afraid that some people are afraid that if I have to have a repeat heart attack, I'm afraid that I'm going to have to have a repeat </w:t>
      </w:r>
      <w:r w:rsidRPr="008E4D2A">
        <w:lastRenderedPageBreak/>
        <w:t>heart attack, so too bad.</w:t>
      </w:r>
      <w:r w:rsidRPr="008E4D2A">
        <w:br/>
        <w:t>Speaker2: [00:08:35] Also if you feel better, maybe that feeling goes away.</w:t>
      </w:r>
      <w:r w:rsidRPr="008E4D2A">
        <w:br/>
      </w:r>
      <w:r>
        <w:t xml:space="preserve">Speaker1: [00:08:37] Yes. </w:t>
      </w:r>
      <w:r w:rsidRPr="008E4D2A">
        <w:t>The truth is that at the beginning that tiredness that I could not do anything, now I feel much better, but I'm not thinking "oh if I get it oh, I do not do this in case I get it", no, because if not, you do not live.</w:t>
      </w:r>
      <w:r w:rsidRPr="008E4D2A">
        <w:br/>
        <w:t>Speaker3: [00:08:50] And more so if you've always had healthy habits, that you don't have to modify your routine much.</w:t>
      </w:r>
      <w:r w:rsidRPr="008E4D2A">
        <w:br/>
        <w:t>Speaker1: [00:08:52] I'm telling you, I haven't drunk alcohol for years, maybe when I was young I drank a cubata, now I don't. I drink water only. I drink water only.</w:t>
      </w:r>
      <w:r w:rsidRPr="008E4D2A">
        <w:br/>
        <w:t>Speaker2: [00:09:02] And for example from the health center hospital after you were admitted did they give you any advice on what to do in terms of physical exercise, "do this or do that".</w:t>
      </w:r>
      <w:r w:rsidRPr="008E4D2A">
        <w:br/>
        <w:t>Speaker1: [00:09:18] No.</w:t>
      </w:r>
      <w:r w:rsidRPr="008E4D2A">
        <w:br/>
        <w:t>Speaker2: [00:09:20] And would you have liked to have been given any advice?</w:t>
      </w:r>
      <w:r w:rsidRPr="008E4D2A">
        <w:br/>
        <w:t>Speaker1: [00:09:21] Well, on the one hand yes, but on the other hand, since I don't do excesses or anything either.</w:t>
      </w:r>
      <w:r w:rsidRPr="008E4D2A">
        <w:br/>
        <w:t>Speaker2: [00:09:31] And for example, if they had told you, some kind of exercise to do that was good for you, would you have liked that?</w:t>
      </w:r>
      <w:r w:rsidRPr="008E4D2A">
        <w:br/>
        <w:t>Speaker1: [00:09:41] Man, it depends on the exercises, because of my back problem.</w:t>
      </w:r>
      <w:r w:rsidRPr="008E4D2A">
        <w:br/>
        <w:t>Speaker2: [00:09:44] Right, we're talking about they would have taken into account your whole situation, I mean, a personalized thing.</w:t>
      </w:r>
      <w:r w:rsidRPr="008E4D2A">
        <w:br/>
        <w:t>Speaker1: [00:09:52] Yeah man, it wouldn't have been bad, but come on, the truth is that walking is the best way I feel. And in the summer when I can swim at the beach.</w:t>
      </w:r>
      <w:r w:rsidRPr="008E4D2A">
        <w:br/>
        <w:t>Speaker2: [00:10:05] Okay, so for almost a year now what you've been doing is walking and as you feel better, you've been increasing it. So you've also told me that what you usually do is here in the neighborhood, walking routes.</w:t>
      </w:r>
      <w:r w:rsidRPr="008E4D2A">
        <w:br/>
        <w:t>Speaker1: [00:10:23] Yeah, every time I do a different route.</w:t>
      </w:r>
      <w:r w:rsidRPr="008E4D2A">
        <w:br/>
        <w:t>Speaker2: [00:10:26] And do you guys usually go that way?</w:t>
      </w:r>
      <w:r w:rsidRPr="008E4D2A">
        <w:br/>
        <w:t>Speaker1: [00:10:31] That's mostly on weekends, when my husband is there. My husband works Monday through Friday, and on Saturdays he doesn't work. So yes. So in the morning we spend it shopping. And in the afternoon, we go to the center or we go somewhere else, or we go to Altea for dinner, and walking around there, I went up the slopes and I didn't get tired.</w:t>
      </w:r>
      <w:r w:rsidRPr="008E4D2A">
        <w:br/>
        <w:t>Speaker2: [00:10:54] What I was going to ask you is if you usually do all this walking.</w:t>
      </w:r>
      <w:r w:rsidRPr="008E4D2A">
        <w:br/>
        <w:t>Speaker1: [00:11:00] Man, in Altea when we went there we walked around Altea.</w:t>
      </w:r>
      <w:r w:rsidRPr="008E4D2A">
        <w:br/>
        <w:t>Speaker2: [00:11:10] So, you like to go to visit some places, but also to walk around.</w:t>
      </w:r>
      <w:r w:rsidRPr="008E4D2A">
        <w:br/>
        <w:t>Speaker1: [00:11:14] Every year we go to Calpe because we like to go there and eat at the port and walk all along the promenade to the rock and walk around, walk around Calpe.</w:t>
      </w:r>
      <w:r w:rsidRPr="008E4D2A">
        <w:br/>
        <w:t>Speaker3: [00:11:26] So you like to walk and stroll a lot, and especially along the beach. Active visits.</w:t>
      </w:r>
      <w:r w:rsidRPr="008E4D2A">
        <w:br/>
      </w:r>
      <w:r>
        <w:t xml:space="preserve">Speaker1: [00:11:28] Yes, yes, yes, yes, yes, we love it. </w:t>
      </w:r>
      <w:r w:rsidRPr="008E4D2A">
        <w:t>And we go to Calpe every year, yes, that's why the pandemic was so bad for us. That we couldn't go, it was terrible for us.</w:t>
      </w:r>
      <w:r w:rsidRPr="008E4D2A">
        <w:br/>
        <w:t xml:space="preserve">Speaker2: [00:11:46] And for example, the watch that you wear, have you used it or do you </w:t>
      </w:r>
      <w:r w:rsidRPr="008E4D2A">
        <w:lastRenderedPageBreak/>
        <w:t>use it every time you go out for a walk?</w:t>
      </w:r>
      <w:r w:rsidRPr="008E4D2A">
        <w:br/>
        <w:t>Speaker1: [00:12:06] I wear it all the time, I wear it all the time, I haven't worn it this summer because of the heat. It tells me how many steps I've taken and my heart rate, but sometimes I don't look at it, but I like to look at what I've done in a day, yesterday we got home and I said "look, I've done 12,500 steps".</w:t>
      </w:r>
      <w:r w:rsidRPr="008E4D2A">
        <w:br/>
        <w:t>Speaker3: [00:12:24] And does it help you to motivate yourself and set a goal to exercise? For example, tomorrow I have to do more steps than I did yesterday.</w:t>
      </w:r>
      <w:r w:rsidRPr="008E4D2A">
        <w:br/>
        <w:t>Speaker1: [00:12:27] Well yeah, sometimes I say look, I've gone up to 10,000 let's see if tomorrow I'll do more. But yeah, because I wanted it normal at first, I didn't want this one, but very good.</w:t>
      </w:r>
      <w:r w:rsidRPr="008E4D2A">
        <w:br/>
        <w:t>Speaker2: [00:12:55] So it's a good way, it's a good indicator to know what you've done and if someone says, "Well, let's try to accumulate such and such this week," maybe it would serve as a goal.</w:t>
      </w:r>
      <w:r w:rsidRPr="008E4D2A">
        <w:br/>
      </w:r>
      <w:r>
        <w:t xml:space="preserve">Speaker1: [00:13:09] Yeah, yeah, </w:t>
      </w:r>
      <w:r w:rsidRPr="008E4D2A">
        <w:t>I myself might go for a walk and I look at it and I say "look, I've done so many steps, so I'm going to keep going, I'm going to do one more lap, see if I get that many", I'm going to look at it myself.</w:t>
      </w:r>
      <w:r w:rsidRPr="008E4D2A">
        <w:br/>
        <w:t>Speaker2: [00:13:19] So even when you're doing those walks there's times when you say oh, I'd give up, but I know I've got a little bit to go, so I keep going.</w:t>
      </w:r>
      <w:r w:rsidRPr="008E4D2A">
        <w:br/>
        <w:t>Speaker1: [00:13:25] I pick myself up and I keep going. Yeah that's true.</w:t>
      </w:r>
      <w:r w:rsidRPr="008E4D2A">
        <w:br/>
        <w:t>Speaker2: [00:13:31] And usually in the mornings you usually go out alone and in the afternoons you usually go out alone.</w:t>
      </w:r>
      <w:r w:rsidRPr="008E4D2A">
        <w:br/>
        <w:t>Speaker1: [00:13:36] Yeah, yeah, usually in the morning I go out alone.</w:t>
      </w:r>
      <w:r w:rsidRPr="008E4D2A">
        <w:br/>
        <w:t>Speaker2: [00:13:40] And you, this walking or exercising and so on, do you worry about your health or do you do it for distraction?</w:t>
      </w:r>
      <w:r w:rsidRPr="008E4D2A">
        <w:br/>
      </w:r>
      <w:r w:rsidRPr="0057396C">
        <w:t>Speaker1: [00:13:50] Because it's a habit that I've had forever and I like it and the day that for whatever reason I don't go out, I feel weird, I'm missing something. It's already a habit, a habit that I have. I get up early, it's nine o'clock and I go for a walk. If I don't do it, I feel that the day becomes heavy and long. I have to go for a walk.</w:t>
      </w:r>
      <w:r w:rsidRPr="0057396C">
        <w:br/>
        <w:t>Speaker2: [00:14:14] And have you had any moments during this time, afraid to exercise too much just in case?</w:t>
      </w:r>
      <w:r w:rsidRPr="0057396C">
        <w:br/>
        <w:t>Speaker1: [00:14:26] No, no, because maybe if I do feel tired, I stop.</w:t>
      </w:r>
      <w:r w:rsidRPr="0057396C">
        <w:br/>
        <w:t>Speaker2: [00:14:31] That's the signal.</w:t>
      </w:r>
      <w:r w:rsidRPr="0057396C">
        <w:br/>
        <w:t>Speaker1: [00:14:32] That's the signal. Already when I feel tired, I say, this is it. I already turn around for the shortest route and go home.</w:t>
      </w:r>
      <w:r w:rsidRPr="0057396C">
        <w:br/>
        <w:t>Speaker3: [00:14:38] But you've never been afraid in the first place?</w:t>
      </w:r>
      <w:r w:rsidRPr="0057396C">
        <w:br/>
        <w:t>Speaker1: [00:14:41] No, no, no. No, because I've been told by the doctor "if you stand still, your heart atrophies and you move less and less". And even though it hurts, I try to walk. I can't do much, so I do a little less. But even if it hurts, I try to walk.</w:t>
      </w:r>
      <w:r w:rsidRPr="0057396C">
        <w:br/>
        <w:t>Speaker3: [00:15:02] Do you think that physical activity has benefits for you?</w:t>
      </w:r>
      <w:r w:rsidRPr="0057396C">
        <w:br/>
      </w:r>
      <w:r>
        <w:t xml:space="preserve">Speaker1: [00:15:05] I think so. </w:t>
      </w:r>
      <w:r w:rsidRPr="0057396C">
        <w:t xml:space="preserve">Also, two or three years ago, I was told that the back thing is from birth. If every time it hurts, you don't move, then every time you move less and there comes a time when you can't walk. In addition, I noticed it with the confinement, at home I have a corridor and I walked all the time back and forth along the corridor. There came a </w:t>
      </w:r>
      <w:r w:rsidRPr="0057396C">
        <w:lastRenderedPageBreak/>
        <w:t>time when my legs ached and everything hurt from not moving so much and I didn't know what to do to move. And the first day they let us go out, we walked all over Alicante.</w:t>
      </w:r>
      <w:r w:rsidRPr="0057396C">
        <w:br/>
        <w:t>Speaker2: [00:15:56] And so what I asked you, Isa, is that I think the answer is: yes, what do you think physical exercise has helped you in this recovery process, going out and walking and so on. And what do you think is positive for you?</w:t>
      </w:r>
      <w:r w:rsidRPr="0057396C">
        <w:br/>
        <w:t>Speaker1: [00:16:09] Well I feel better physically and psychologically too, it helps me with everything. Because the day that I don't go out I feel it, I get down, I shut down, the three months of the pandemic I say "I'm going to throw myself off the balcony" because I didn't know what to do. It's just that now the day I don't walk, I'm not me.</w:t>
      </w:r>
      <w:r w:rsidRPr="0057396C">
        <w:br/>
      </w:r>
      <w:r>
        <w:t xml:space="preserve">Speaker2: [00:16:40] Like you're missing something. </w:t>
      </w:r>
      <w:r w:rsidRPr="0057396C">
        <w:t>This is the enjoyment of going out and walking. Enjoying doing it. And then, for example, do you get influenced by going out accompanied or unaccompanied?</w:t>
      </w:r>
      <w:r w:rsidRPr="0057396C">
        <w:br/>
      </w:r>
      <w:r>
        <w:t xml:space="preserve">Speaker1: [00:17:01] Alone I do it just fine. </w:t>
      </w:r>
      <w:r w:rsidRPr="0057396C">
        <w:t>I mean, I don't care. With my husband what happens is that we don't adapt to the steps because he walks faster than me.</w:t>
      </w:r>
      <w:r w:rsidRPr="0057396C">
        <w:br/>
        <w:t>Speaker3: [00:17:11] But if your husband didn't go out in the evening with you, would you still go out?</w:t>
      </w:r>
      <w:r w:rsidRPr="0057396C">
        <w:br/>
        <w:t>Speaker1: [00:17:16] Well yes, because I, for example, on Saturday, he went fishing and I went walking. He asked me if I would go fishing with him, but I told him no, because it really bores me and so I went for a walk and I spent an hour walking.</w:t>
      </w:r>
      <w:r w:rsidRPr="0057396C">
        <w:br/>
        <w:t>Speaker2: [00:17:35] And do you think you take any risk that is harmful to you?</w:t>
      </w:r>
      <w:r w:rsidRPr="0057396C">
        <w:br/>
      </w:r>
      <w:r>
        <w:t xml:space="preserve">Speaker1: [00:17:43] I haven't really thought about it. </w:t>
      </w:r>
      <w:r w:rsidRPr="0057396C">
        <w:t>Because I try not to force it so it doesn't get worse.</w:t>
      </w:r>
      <w:r w:rsidRPr="0057396C">
        <w:br/>
        <w:t>Speaker2: [00:17:56] And from the hospital or from the health center, as soon as the event happened to you, did they tell you anything to do in terms of physical activity or walking?</w:t>
      </w:r>
      <w:r w:rsidRPr="0057396C">
        <w:br/>
        <w:t>Speaker1: [00:18:10] No.</w:t>
      </w:r>
      <w:r w:rsidRPr="0057396C">
        <w:br/>
        <w:t>Speaker3: [00:18:13] Did they send you cardiac rehab from the hospital?</w:t>
      </w:r>
      <w:r w:rsidRPr="0057396C">
        <w:br/>
        <w:t>Speaker1: [00:18:16] No, no.</w:t>
      </w:r>
      <w:r w:rsidRPr="0057396C">
        <w:br/>
        <w:t>Speaker2: [00:18:19] I mean, you didn't go to the cardiac rehab program?</w:t>
      </w:r>
      <w:r w:rsidRPr="0057396C">
        <w:br/>
      </w:r>
      <w:r>
        <w:t xml:space="preserve">Speaker1: [00:18:21] No. </w:t>
      </w:r>
      <w:r w:rsidRPr="0057396C">
        <w:t>The doctor told me, that they didn't know why I got it.</w:t>
      </w:r>
      <w:r w:rsidRPr="0057396C">
        <w:br/>
        <w:t>Speaker2: [00:19:05] And so did they give you any advice or any instructions from the hospital in terms of physical activity?</w:t>
      </w:r>
      <w:r w:rsidRPr="0057396C">
        <w:br/>
        <w:t>Speaker1: [00:19:11] No, just to go about my normal life, to keep active, I mean, if I felt that I was getting tired, to sit down and so on, but to try to go about my normal life.</w:t>
      </w:r>
      <w:r w:rsidRPr="0057396C">
        <w:br/>
        <w:t>Speaker2: [00:19:20] And would you like that for example, Isabel would have told you "Francisca, let's try this week to do these physical exercise things and in a week or two weeks we'll talk about it and see how it went" and so on.</w:t>
      </w:r>
      <w:r w:rsidRPr="0057396C">
        <w:br/>
      </w:r>
      <w:r>
        <w:t xml:space="preserve">Speaker1: [00:19:49] Yes, let's see, it would have depended on how I felt. </w:t>
      </w:r>
      <w:r w:rsidRPr="0057396C">
        <w:t>[She doesn't look very convinced, it seems like she just likes to walk].</w:t>
      </w:r>
      <w:r w:rsidRPr="0057396C">
        <w:br/>
        <w:t>Speaker2: [00:19:53] In the end a series of things that you can do and if you like them more or less you do them or you increase them.</w:t>
      </w:r>
      <w:r w:rsidRPr="0057396C">
        <w:br/>
        <w:t>Speaker1: [00:20:02] Yeah, the problem is that I can't push my back very hard either. There are things that maybe it seems like they're not going to hurt me and then I can't move for days without wanting to. That's the problem.</w:t>
      </w:r>
      <w:r w:rsidRPr="0057396C">
        <w:br/>
      </w:r>
      <w:r w:rsidRPr="0057396C">
        <w:lastRenderedPageBreak/>
        <w:t>Speaker2: [00:20:13] Then there are also some issues in the case of scoliosis, that maybe a more adapted type of stretching would be good for you.</w:t>
      </w:r>
      <w:r w:rsidRPr="0057396C">
        <w:br/>
        <w:t>Speaker1: [00:20:22] Oops, I don't trust them anymore, because I've been to physios that didn't work for me and I got scared of them. I've been to physiotherapists, I've had acupuncture, I went to a very good one, but the last one I went to, I spent two weeks in excruciating pain.</w:t>
      </w:r>
      <w:r w:rsidRPr="0057396C">
        <w:br/>
        <w:t>Speaker3: [00:20:43] Did the physio give you any kind of exercise or did they just give you the muscle massage?</w:t>
      </w:r>
      <w:r w:rsidRPr="0057396C">
        <w:br/>
        <w:t>Speaker1: [00:20:46] Yes, they sent me exercises and cervical exercises, but I went to tell them that it hurt and they told me that it was normal, and I said that other times it had not hurt so much and now I do not dare to go again.</w:t>
      </w:r>
      <w:r w:rsidRPr="0057396C">
        <w:br/>
        <w:t>Speaker2: [00:21:09] But maybe they didn't send you stretching exercises.</w:t>
      </w:r>
      <w:r w:rsidRPr="0057396C">
        <w:br/>
        <w:t>Speaker1: [00:21:15] That's true, because look [makes a movement to raise his arm] I can't raise my arms any higher than this. And the good physio I went to, he gave me acupuncture and he practically "twisted my body", but the guy didn't hurt and I went out of there and he told me you're going to be sore for two or three days, but then I didn't feel any discomfort.</w:t>
      </w:r>
      <w:r w:rsidRPr="0057396C">
        <w:br/>
        <w:t>Speaker3: [00:21:33] But then for home they would send you some kind of exercise that you had to do.</w:t>
      </w:r>
      <w:r w:rsidRPr="0057396C">
        <w:br/>
        <w:t>Speaker1: [00:21:41] No, not at home, no. But I was doing great, actually.</w:t>
      </w:r>
      <w:r w:rsidRPr="0057396C">
        <w:br/>
        <w:t>Speaker2: [00:21:45] And you stopped going?</w:t>
      </w:r>
      <w:r w:rsidRPr="0057396C">
        <w:br/>
        <w:t>Speaker1: [00:21:46] Well, because of the pandemic I couldn't find it and I went to a girl that is near here, and the truth is that the one that was there was doing very well, but now they have changed and the one that is there now didn't know how to treat me, because I came out worse and my husband told me "don't even think about coming back again, she's going to leave you, you're not walking".</w:t>
      </w:r>
      <w:r w:rsidRPr="0057396C">
        <w:br/>
        <w:t>Speaker3: [00:22:13] And you mentioned before that you also like to swim at the beach.</w:t>
      </w:r>
      <w:r w:rsidRPr="0057396C">
        <w:br/>
        <w:t>Speaker1: [00:22:16] Yes.</w:t>
      </w:r>
      <w:r w:rsidRPr="0057396C">
        <w:br/>
        <w:t>Speaker3: [00:22:16] And you don't swim in the pool?</w:t>
      </w:r>
      <w:r w:rsidRPr="0057396C">
        <w:br/>
        <w:t>Speaker1: [00:22:19] I'm allergic to chlorine in the pool. On the other hand, I'm great at the beach. First I walk from one end to the other, and then I swim.</w:t>
      </w:r>
      <w:r w:rsidRPr="0057396C">
        <w:br/>
        <w:t>Speaker2: [00:22:34] So apart from walking, which you do a lot every day, in the summer you walk and then you swim.</w:t>
      </w:r>
      <w:r w:rsidRPr="0057396C">
        <w:br/>
        <w:t>Speaker1: [00:22:46] Yeah, we get to the beach, the first thing is walking, swimming and then a little bit of walking. Especially on the weekends. I used to do that with my daughter, but now on the weekends.</w:t>
      </w:r>
      <w:r w:rsidRPr="0057396C">
        <w:br/>
        <w:t>Speaker2: [00:23:24] Now looking forward, how do you see yourself?</w:t>
      </w:r>
      <w:r w:rsidRPr="0057396C">
        <w:br/>
        <w:t>Speaker1: [00:23:33] With many years if I get there [laughs].</w:t>
      </w:r>
      <w:r w:rsidRPr="0057396C">
        <w:br/>
        <w:t>Speaker2: [00:24:13] So I think that from everything you've told us, you're going to continue with this routine of walking in the mornings and in the afternoons as well.</w:t>
      </w:r>
      <w:r w:rsidRPr="0057396C">
        <w:br/>
        <w:t>Speaker1: [00:24:21] As long as you can. Yeah, sure.</w:t>
      </w:r>
      <w:r w:rsidRPr="0057396C">
        <w:br/>
        <w:t>Speaker2: [00:24:23] And do you think as long as you can you're going to continue to increase your walking time, steps, etc.?</w:t>
      </w:r>
      <w:r w:rsidRPr="0057396C">
        <w:br/>
        <w:t xml:space="preserve">Speaker1: [00:24:35] Man, I don't think, I don't think as I get older, I don't think I'll be able </w:t>
      </w:r>
      <w:r w:rsidRPr="0057396C">
        <w:lastRenderedPageBreak/>
        <w:t>to tighten up.</w:t>
      </w:r>
      <w:r w:rsidRPr="0057396C">
        <w:br/>
        <w:t>Speaker3: [00:24:40] But you mean within your ability.</w:t>
      </w:r>
      <w:r w:rsidRPr="0057396C">
        <w:br/>
        <w:t>Speaker1: [00:24:41] If I'm feeling good, within my means yes. If I can last half an hour, 3/4 of an hour, whatever I can last, as I see fit. As long as I can I'm sure I'll keep walking.</w:t>
      </w:r>
      <w:r w:rsidRPr="0057396C">
        <w:br/>
        <w:t>Speaker2: [00:24:51] And would you like or do you think it would be positive to do something different or some other activity?</w:t>
      </w:r>
      <w:r w:rsidRPr="0057396C">
        <w:br/>
        <w:t>Speaker1: [00:24:58] Man, at this age, I don't see myself doing other things.</w:t>
      </w:r>
      <w:r w:rsidRPr="0057396C">
        <w:br/>
        <w:t>Speaker2: [00:25:00] What you're doing, you're doing well and you don't think anything else could help you more. And why do you think there can't be something that could help you more?</w:t>
      </w:r>
      <w:r w:rsidRPr="0057396C">
        <w:br/>
        <w:t>Speaker1: [00:25:16] I don't know, science advances and it may be, but at the moment I'm telling you I'm doing fine like this.</w:t>
      </w:r>
      <w:r w:rsidRPr="0057396C">
        <w:br/>
        <w:t>Speaker3: [00:25:22] If for example you were told that there came a time when just walking wasn't enough and you had to do something else, that's where you would do it?</w:t>
      </w:r>
      <w:r w:rsidRPr="0057396C">
        <w:br/>
        <w:t>Speaker1: [00:25:30] Yes... [not very convinced] if it was to get better, yes, why not. If it was to get better, sure, but what I've been told is that my back is getting worse with age and my doctor told me "there's no solution". That if this guy who was going told me "tell your doctor that he is the one who has no solution, because as long as you can go like this", but that with age it goes more, but that they offer me something that is to improve, hey, because it's not, but.</w:t>
      </w:r>
      <w:r w:rsidRPr="0057396C">
        <w:br/>
        <w:t>Speaker2: [00:26:07] Sure, if we exercise, you can live better, more quality of life, with more satisfaction. So another question then if you didn't have an allergy to closed pool water, would you go?</w:t>
      </w:r>
      <w:r w:rsidRPr="0057396C">
        <w:br/>
        <w:t>Speaker1: [00:26:25] Yeah, sure.</w:t>
      </w:r>
      <w:r w:rsidRPr="0057396C">
        <w:br/>
        <w:t>Speaker2: [00:26:26] So that's one thing that you would like to change if you could.</w:t>
      </w:r>
      <w:r w:rsidRPr="0057396C">
        <w:br/>
        <w:t>Speaker1: [00:26:29] My daughter when she was a little girl, I signed her up for two or three courses at a municipal pool to learn how to swim, and I didn't sign up because of that, because of the allergy.</w:t>
      </w:r>
      <w:r w:rsidRPr="0057396C">
        <w:br/>
        <w:t>Speaker2: [00:26:48] But yes there are things that if it was in your power you would do.</w:t>
      </w:r>
      <w:r w:rsidRPr="0057396C">
        <w:br/>
        <w:t>Speaker1: [00:26:52] I have allergic type rhinitis. So the chlorine in the pool starts to sting my eyes, my nose, it starts to hurt and I feel a lot of choking, I prefer the sea water.</w:t>
      </w:r>
      <w:r w:rsidRPr="0057396C">
        <w:br/>
        <w:t>Speaker2: [00:27:22] So if we could somehow, with the cell phone or with the smartwatch or with an app, interact with you or send you something to exercise.</w:t>
      </w:r>
      <w:r w:rsidRPr="0057396C">
        <w:br/>
        <w:t>Speaker1: [00:27:32] Oops, I'm very clumsy with technology, my husband tells me that hahaha, I use my cell phone to call and to be called like this, whatsapp and little else. I to ask me for an appointment and everything my husband asks me because he says that renegade technology, I say.</w:t>
      </w:r>
      <w:r w:rsidRPr="0057396C">
        <w:br/>
        <w:t>Speaker3: [00:27:40] You learn that.</w:t>
      </w:r>
      <w:r w:rsidRPr="0057396C">
        <w:br/>
        <w:t>Speaker2: [00:27:46] But the smartwatch you do use.</w:t>
      </w:r>
      <w:r w:rsidRPr="0057396C">
        <w:br/>
        <w:t>Speaker1: [00:27:48] Because it tracks your steps, etc. but I'm a technology nerd.</w:t>
      </w:r>
      <w:r w:rsidRPr="0057396C">
        <w:br/>
      </w:r>
      <w:r w:rsidRPr="00C21F9A">
        <w:rPr>
          <w:lang w:val="es-ES"/>
        </w:rPr>
        <w:t xml:space="preserve">Speaker3: [00:27:57] What if it was something simple? </w:t>
      </w:r>
      <w:r w:rsidRPr="0057396C">
        <w:t>A video or something like that, a video call that you had to follow.</w:t>
      </w:r>
      <w:r w:rsidRPr="0057396C">
        <w:br/>
        <w:t>Speaker1: [00:28:00] I don't know, I'm just not good at it.</w:t>
      </w:r>
      <w:r w:rsidRPr="0057396C">
        <w:br/>
      </w:r>
      <w:r w:rsidRPr="0057396C">
        <w:lastRenderedPageBreak/>
        <w:t>Speaker3: [00:28:08] But I mean would you like to.</w:t>
      </w:r>
      <w:r w:rsidRPr="0057396C">
        <w:br/>
        <w:t>Speaker1: [00:28:13] Well, now it's all done with computer technology. With how good it used to be to live hahaha.</w:t>
      </w:r>
      <w:r w:rsidRPr="0057396C">
        <w:br/>
        <w:t>Speaker2: [00:28:23] There's also an alternative that they could give you the information through a notebook or some calls.</w:t>
      </w:r>
      <w:r w:rsidRPr="0057396C">
        <w:br/>
        <w:t>Speaker1: [00:28:31] Better, that's better.</w:t>
      </w:r>
      <w:r w:rsidRPr="0057396C">
        <w:br/>
        <w:t>Speaker2: [00:28:41] And for example, if you could change something about the environment that you live in, do you think that would encourage you to get out more?</w:t>
      </w:r>
      <w:r w:rsidRPr="0057396C">
        <w:br/>
        <w:t>Speaker1: [00:28:53] For example, look at the environment on my street I would change it or I would go somewhere else. No, because it's very rowdy, it's got a lot of traffic, it's unbearable in itself.</w:t>
      </w:r>
      <w:r w:rsidRPr="0057396C">
        <w:br/>
        <w:t>Speaker2: [00:29:14] Because around here for example parks and so on do you usually go?</w:t>
      </w:r>
      <w:r w:rsidRPr="0057396C">
        <w:br/>
        <w:t>Speaker1: [00:29:20] There are very few parks around here, and the ones that are here are in such a state of disrepair that it's a shame.</w:t>
      </w:r>
      <w:r w:rsidRPr="0057396C">
        <w:br/>
        <w:t>Speaker3: [00:29:40] So when you go for a walk, do you try to look for bigger, greener areas?</w:t>
      </w:r>
      <w:r w:rsidRPr="0057396C">
        <w:br/>
        <w:t>Speaker1: [00:29:45] I go to the boulevard which is wide, quiet, because this way, you can see how wide it is.</w:t>
      </w:r>
      <w:r w:rsidRPr="0057396C">
        <w:br/>
        <w:t>Speaker3: [00:29:51] But you don't like to walk in the streets.</w:t>
      </w:r>
      <w:r w:rsidRPr="0057396C">
        <w:br/>
        <w:t>Speaker1: [00:29:54] I have no choice but to go through there to go to the boulevard, which is wide, it's a kilometer long, people are walking and sometimes I go from one end to the other, I go through it three or four times, then I go somewhere else. It's just that my street is unbearable, I have a bar across the street and everything.</w:t>
      </w:r>
      <w:r w:rsidRPr="0057396C">
        <w:br/>
      </w:r>
      <w:r w:rsidRPr="00C21F9A">
        <w:rPr>
          <w:lang w:val="es-ES"/>
        </w:rPr>
        <w:t>Speaker2: [00:30:40] A lot of noise.</w:t>
      </w:r>
    </w:p>
    <w:p w14:paraId="4CABCBC0" w14:textId="77777777" w:rsidR="00073744" w:rsidRPr="0057396C" w:rsidRDefault="00073744" w:rsidP="00073744">
      <w:pPr>
        <w:pStyle w:val="Ttulo1"/>
      </w:pPr>
      <w:r w:rsidRPr="0057396C">
        <w:t>P031-M3</w:t>
      </w:r>
    </w:p>
    <w:p w14:paraId="75B461F5" w14:textId="77777777" w:rsidR="00073744" w:rsidRPr="0057396C" w:rsidRDefault="00073744" w:rsidP="00073744">
      <w:r w:rsidRPr="0057396C">
        <w:t>Interview P031- Valerio.m4a</w:t>
      </w:r>
      <w:r w:rsidRPr="0057396C">
        <w:br/>
        <w:t>Speaker1: [00:00:00] Valerio is recording the cell phone. If at any time you want him to stop recording, delete it or anything else, just let me know. As I was telling you, there are going to be three moments, one before the admission, one afterwards and one about how you see yourself in the future. How did it change your life when you were told you were suffering from heart failure? Has it changed your life a lot in terms of work, family, sports?</w:t>
      </w:r>
      <w:r w:rsidRPr="0057396C">
        <w:br/>
        <w:t>Speaker2: [00:00:34] Well, the truth is that yes, what has changed me the most has been in the emotional sense, not in the physical sense, because I more or less do my normal life, I just always have to be aware of the pill. Sometimes I forget. So that is what discourages me a little. I used to have a normal life and now all of a sudden it's like I feel like it's something forever.</w:t>
      </w:r>
      <w:r w:rsidRPr="0057396C">
        <w:br/>
        <w:t>Speaker1: [00:01:13] On a mental level you think that this is forever.</w:t>
      </w:r>
      <w:r w:rsidRPr="0057396C">
        <w:br/>
      </w:r>
      <w:r w:rsidRPr="00C21F9A">
        <w:rPr>
          <w:lang w:val="es-ES"/>
        </w:rPr>
        <w:t xml:space="preserve">Speaker2: [00:01:18] Yeah, yeah. </w:t>
      </w:r>
      <w:r w:rsidRPr="0057396C">
        <w:t>The physically part I haven't relapsed again, that I feel like I did before.</w:t>
      </w:r>
      <w:r w:rsidRPr="0057396C">
        <w:br/>
        <w:t>Speaker1: [00:01:32] At work did it limit you a lot, did you have to stop for a long time?</w:t>
      </w:r>
      <w:r w:rsidRPr="0057396C">
        <w:br/>
      </w:r>
      <w:r w:rsidRPr="00C21F9A">
        <w:rPr>
          <w:lang w:val="es-ES"/>
        </w:rPr>
        <w:t xml:space="preserve">Speaker2: [00:01:39] Yeah, yeah, I was like two months off. </w:t>
      </w:r>
      <w:r w:rsidRPr="0057396C">
        <w:t xml:space="preserve">Because at the beginning, when </w:t>
      </w:r>
      <w:r w:rsidRPr="0057396C">
        <w:lastRenderedPageBreak/>
        <w:t>I started noticing that I was suffering from insufficiency, I didn't understand exactly what was happening to me. I was trying to keep working, I thought it was a cold. But then, once I was admitted, I was there for a week, when I got out I saw that everything was back to normal, like before, but I still feel a little bit worse.</w:t>
      </w:r>
      <w:r w:rsidRPr="0057396C">
        <w:br/>
        <w:t>Speaker1: [00:02:13] You don't feel the same as before?</w:t>
      </w:r>
      <w:r w:rsidRPr="0057396C">
        <w:br/>
        <w:t>Speaker2: [00:02:16] No, before I was always with the shots at the bar, with the customers, and now it's one thing that limits me, in the sense of the life that you did before.</w:t>
      </w:r>
      <w:r w:rsidRPr="0057396C">
        <w:br/>
        <w:t>Speaker1: [00:02:31] Because that part, for example, did you take it very seriously? The restrictions with alcohol.</w:t>
      </w:r>
      <w:r w:rsidRPr="0057396C">
        <w:br/>
      </w:r>
      <w:r>
        <w:t xml:space="preserve">Speaker2: [00:02:36] Yeah, although once in a while, had some. </w:t>
      </w:r>
      <w:r w:rsidRPr="0057396C">
        <w:t>On top of that I'm the one who owns the bar and they're my customers and they were already used to me treating them in a way, of me being involved with them in the party and then I've had to change, but I try to do the same, but it can't be.</w:t>
      </w:r>
      <w:r w:rsidRPr="0057396C">
        <w:br/>
        <w:t>Speaker1: [00:03:01] It limits you.</w:t>
      </w:r>
      <w:r w:rsidRPr="0057396C">
        <w:br/>
        <w:t>Speaker2: [00:03:02] Right, I can't binge every weekend, because it's not good.</w:t>
      </w:r>
      <w:r w:rsidRPr="0057396C">
        <w:br/>
        <w:t>Speaker1: [00:03:10] And regarding physical exercise, for example, were you doing physical exercise before?</w:t>
      </w:r>
      <w:r w:rsidRPr="0057396C">
        <w:br/>
        <w:t>Speaker2: [00:03:16] No. I did in my youth.</w:t>
      </w:r>
      <w:r w:rsidRPr="0057396C">
        <w:br/>
        <w:t>Speaker1: [00:03:21] What did you do in your youth?</w:t>
      </w:r>
      <w:r w:rsidRPr="0057396C">
        <w:br/>
        <w:t>Speaker2: [00:03:24] I played soccer, like pachangas, but that was every day and several hours a day. I would get out of high school and get in there.</w:t>
      </w:r>
      <w:r w:rsidRPr="0057396C">
        <w:br/>
        <w:t>Speaker1: [00:03:42] So you did a lot of exercise.</w:t>
      </w:r>
      <w:r w:rsidRPr="0057396C">
        <w:br/>
        <w:t>Speaker2: [00:03:44] And then you work, you have kids and I don't do sports anymore. I try sometimes, I go with my kids to the park there to play soccer with them, but it's not the same. I don't do anything.</w:t>
      </w:r>
      <w:r w:rsidRPr="0057396C">
        <w:br/>
        <w:t>Speaker1: [00:04:10] And at the end you have a job that is standing for many hours moving around. But apart from that, you go out walking, alone, with your wife....</w:t>
      </w:r>
      <w:r w:rsidRPr="0057396C">
        <w:br/>
      </w:r>
      <w:r w:rsidRPr="00F47296">
        <w:rPr>
          <w:lang w:val="es-ES"/>
        </w:rPr>
        <w:t xml:space="preserve">Speaker2: [00:04:30] No. </w:t>
      </w:r>
      <w:r w:rsidRPr="0057396C">
        <w:t>The time that we have for us, she accompanies me to the mall or I accompany her, or we don't go out there, but that going for a walk, no, there's no time for that.</w:t>
      </w:r>
      <w:r w:rsidRPr="0057396C">
        <w:br/>
        <w:t>Speaker1: [00:04:46] So that previous part that I told you we've already completed. So now let's talk about when you were admitted. Since it happened to you, how have you been feeling these past few months?</w:t>
      </w:r>
      <w:r w:rsidRPr="0057396C">
        <w:br/>
      </w:r>
      <w:r>
        <w:t xml:space="preserve">Speaker2: [00:05:12] Well physically that's what I'm telling you. </w:t>
      </w:r>
      <w:r w:rsidRPr="0057396C">
        <w:t>I feel fine, but mentally I know I'm not fine. But since I don't need help from practically anything, I don't say anything. There are times that I notice there, like I'm a little bit scared.</w:t>
      </w:r>
      <w:r w:rsidRPr="0057396C">
        <w:br/>
        <w:t>Speaker1: [00:05:41] That your heart rate goes up a lot?</w:t>
      </w:r>
      <w:r w:rsidRPr="0057396C">
        <w:br/>
        <w:t>Speaker2: [00:05:42] Yeah, sometimes I think it's because I haven't taken my pill, and they scold me and tell me that I have to be more vigilant, but it's something that I'm not used to.</w:t>
      </w:r>
      <w:r w:rsidRPr="0057396C">
        <w:br/>
        <w:t>Speaker1: [00:06:02] And then at work, do you notice that fatigue?</w:t>
      </w:r>
      <w:r w:rsidRPr="0057396C">
        <w:br/>
      </w:r>
      <w:r w:rsidRPr="00F47296">
        <w:rPr>
          <w:lang w:val="es-ES"/>
        </w:rPr>
        <w:t xml:space="preserve">Speaker2: [00:06:16] No, no, nothing. </w:t>
      </w:r>
      <w:r w:rsidRPr="0057396C">
        <w:t>It could also be because I'm young and that my body holds more.</w:t>
      </w:r>
      <w:r w:rsidRPr="0057396C">
        <w:br/>
        <w:t>Speaker1: [00:07:00] Because since it's happened to you, have you done any exercise?</w:t>
      </w:r>
      <w:r w:rsidRPr="0057396C">
        <w:br/>
      </w:r>
      <w:r w:rsidRPr="0057396C">
        <w:lastRenderedPageBreak/>
        <w:t>Speaker2: [00:07:04] Yes. In rehab.</w:t>
      </w:r>
      <w:r w:rsidRPr="0057396C">
        <w:br/>
        <w:t>Speaker1: [00:07:06] What did you do there?</w:t>
      </w:r>
      <w:r w:rsidRPr="0057396C">
        <w:br/>
        <w:t>Speaker2: [00:07:08] They made me do the bike there to see how my heartbeat was doing. The last time I went there he said I was fine, I did pretty good, he got my heart rate up a lot.</w:t>
      </w:r>
      <w:r w:rsidRPr="0057396C">
        <w:br/>
        <w:t>Speaker1: [00:07:26] You did cycling, and treadmill too?</w:t>
      </w:r>
      <w:r w:rsidRPr="0057396C">
        <w:br/>
        <w:t>Speaker2: [00:07:27] Yeah.</w:t>
      </w:r>
      <w:r w:rsidRPr="0057396C">
        <w:br/>
        <w:t>Speaker1: [00:07:28] And strength exercises with weights?</w:t>
      </w:r>
      <w:r w:rsidRPr="0057396C">
        <w:br/>
        <w:t>Speaker2: [00:07:31] No, that's what I want to do now, that I want to sign up for.</w:t>
      </w:r>
      <w:r w:rsidRPr="0057396C">
        <w:br/>
        <w:t>Speaker1: [00:07:36] So you want to sign up, is it because you're concerned about exercising, do you think it's a good thing for you?</w:t>
      </w:r>
      <w:r w:rsidRPr="0057396C">
        <w:br/>
        <w:t>Speaker2: [00:07:48] I'm not worried about it in the sense that I think it's a bad thing. In fact, I want to do it because I know it's good. What I notice is that, for example, all of a sudden like one part of my body starts hurting more or like two days ago my hip started hurting, and I don't know why, because I haven't done anything, I haven't slept badly, but then it goes away. And then you think "what's really going on, right? I don't know, no doctor has ever said to me "hey, this is what you have to do, you can't do this anymore..." they haven't told me anything, they haven't spoken to me clearly they've just said "take this, take that".</w:t>
      </w:r>
      <w:r w:rsidRPr="0057396C">
        <w:br/>
        <w:t>Speaker1: [00:08:34] So, do you wish the hospital would have told you or given you instructions about physical exercise, physical activity, etc.?</w:t>
      </w:r>
      <w:r w:rsidRPr="0057396C">
        <w:br/>
        <w:t>Speaker2: [00:08:44] Sure, I think that's what they should have done. At no time did they tell me anything. They didn't even tell me what I had. At no time did they tell me you have this, I found out later by reading in the reports what they had written to me and the discharge report that they gave me. Of course, in the discharge report they gave me I did not read it, I left it there and one day it occurred to me to give it to a doctor friend of mine, and he started to read it and said to me "man, you are very ill" and I said "I am not very ill", and he said "you are very ill because it says here that you are very ill". He told me that I had high blood pressure, diabetes and a bunch of things that he started telling me, and at that point I said "this is what the doctors were supposed to have told me so I know what to do, what not to do, what to eat, what not to eat..."</w:t>
      </w:r>
      <w:r w:rsidRPr="0057396C">
        <w:br/>
        <w:t>Speaker1: [00:09:48] After the admission did you have more analytical tests done? I'm not talking about with the study anymore, I mean, other than.</w:t>
      </w:r>
      <w:r w:rsidRPr="0057396C">
        <w:br/>
        <w:t>Speaker2: [00:09:59] Yeah they did.</w:t>
      </w:r>
      <w:r w:rsidRPr="0057396C">
        <w:br/>
        <w:t>Speaker1: [00:10:00] And nobody picked you up and said "hey Valerio, this is wrong with you, you need to do this, take care of yourself." Did they say anything to you about diet?</w:t>
      </w:r>
      <w:r w:rsidRPr="0057396C">
        <w:br/>
        <w:t>Speaker2: [00:10:10:10] Nothing, nothing, nothing, nothing, nothing.</w:t>
      </w:r>
      <w:r w:rsidRPr="0057396C">
        <w:br/>
        <w:t>Speaker1: [00:10:13] You didn't ask either?</w:t>
      </w:r>
      <w:r w:rsidRPr="0057396C">
        <w:br/>
      </w:r>
      <w:r w:rsidRPr="00F47296">
        <w:rPr>
          <w:lang w:val="es-ES"/>
        </w:rPr>
        <w:t xml:space="preserve">Speaker2: [00:10:18] Nothing, I didn't ask. </w:t>
      </w:r>
      <w:r w:rsidRPr="0057396C">
        <w:t>They told me they gave me the "discharge, get your stuff, take this, take this, take this" and goodbye, no more. I didn't know anything either. Just think, you get sick all of a sudden you go to the hospital and they don't tell you why you got sick. They discharge you and send you home. They don't tell you how you are. They tell you that you have to do rehab and you think "I have to do rehab for what?</w:t>
      </w:r>
      <w:r w:rsidRPr="0057396C">
        <w:br/>
        <w:t>Speaker1: [00:10:45] Sure, explain to me what I have.</w:t>
      </w:r>
      <w:r w:rsidRPr="0057396C">
        <w:br/>
      </w:r>
      <w:r w:rsidRPr="0057396C">
        <w:lastRenderedPageBreak/>
        <w:t>Speaker2: [00:10:51] In rehab they did tell me it was to see how my heart is doing if it's holding up, but I wanted to know exactly why.</w:t>
      </w:r>
      <w:r w:rsidRPr="0057396C">
        <w:br/>
        <w:t>Speaker1: [00:11:04] At the end explaining to you why, "you have this and you're going to do rehab to improve it and what we want, to increase your cardiorespiratory capacity, etc." Well and regarding exercise, do you wear any kind of device that counts your steps?</w:t>
      </w:r>
      <w:r w:rsidRPr="0057396C">
        <w:br/>
        <w:t>Speaker2: [00:11:22] I do now, I bought it, I didn't before. Now sometimes it alerts me to stand up and so on.</w:t>
      </w:r>
      <w:r w:rsidRPr="0057396C">
        <w:br/>
        <w:t>Speaker1: [00:11:30] And do you usually listen to it when it tells you?</w:t>
      </w:r>
      <w:r w:rsidRPr="0057396C">
        <w:br/>
        <w:t>Speaker2: [00:11:37] [laughs] Sometimes he tells me, "you've reached the steps" because I'm in the bar walking, especially during the week when I'm alone, I do a lot of physical strength because I have to take the terrace out, put it away. So even though I don't train as such, but I also do things.</w:t>
      </w:r>
      <w:r w:rsidRPr="0057396C">
        <w:br/>
        <w:t>Speaker1: [00:12:12:12] But do you look at how many steps do you do a day, do you look at it?</w:t>
      </w:r>
      <w:r w:rsidRPr="0057396C">
        <w:br/>
      </w:r>
      <w:r w:rsidRPr="00C21F9A">
        <w:rPr>
          <w:lang w:val="es-ES"/>
        </w:rPr>
        <w:t xml:space="preserve">Speaker2: [00:12:16] I don't even look at it hahaha. </w:t>
      </w:r>
      <w:r w:rsidRPr="0057396C">
        <w:t>The only thing I sometimes do is put on the heartbeat thing to see if it goes up.</w:t>
      </w:r>
      <w:r w:rsidRPr="0057396C">
        <w:br/>
        <w:t>Speaker1: [00:12:22] Okay, we use it more to see the pulse than the steps.</w:t>
      </w:r>
      <w:r w:rsidRPr="0057396C">
        <w:br/>
      </w:r>
      <w:r w:rsidRPr="00C21F9A">
        <w:rPr>
          <w:lang w:val="es-ES"/>
        </w:rPr>
        <w:t xml:space="preserve">Speaker2: [00:12:25] Yeah. </w:t>
      </w:r>
      <w:r w:rsidRPr="0057396C">
        <w:t>And I also take my blood pressure. At the pharmacy, he put the machine on me and they said "look, you've got very, very high, are you okay?" and I was like "yeah yeah", and he said "no, you're not okay because this is at a level that it shouldn't be."</w:t>
      </w:r>
      <w:r w:rsidRPr="0057396C">
        <w:br/>
        <w:t>Speaker1: [00:13:09] That was when, recently?</w:t>
      </w:r>
      <w:r w:rsidRPr="0057396C">
        <w:br/>
        <w:t>Speaker2: [00:13:10] That was two weeks ago. So, of course, because it's something that's latent there, it's silent. Because I don't notice that I have high blood pressure. I don't notice it. I don't know what are the symptoms that you get when you have high blood pressure, or low blood pressure, because I don't get dizzy like people say.</w:t>
      </w:r>
      <w:r w:rsidRPr="0057396C">
        <w:br/>
        <w:t>Speaker1: [00:13:36] Have you made an appointment at the doctor to ask?</w:t>
      </w:r>
      <w:r w:rsidRPr="0057396C">
        <w:br/>
        <w:t>Speaker2: [00:13:40] No, I made an appointment just to get the results of the last blood test. But no appointment for blood pressure.</w:t>
      </w:r>
      <w:r w:rsidRPr="0057396C">
        <w:br/>
        <w:t>Speaker1: [00:13:47] So take advantage of that same appointment. Tell him.</w:t>
      </w:r>
      <w:r w:rsidRPr="0057396C">
        <w:br/>
        <w:t>Speaker2: [00:14:01] With what I'm taking, it's supposed to be for blood pressure too.</w:t>
      </w:r>
      <w:r w:rsidRPr="0057396C">
        <w:br/>
        <w:t>Speaker1: [00:14:17] And how often do you take your blood pressure?</w:t>
      </w:r>
      <w:r w:rsidRPr="0057396C">
        <w:br/>
        <w:t>Speaker2: [00:14:20] I was told I have to take it every day.</w:t>
      </w:r>
      <w:r w:rsidRPr="0057396C">
        <w:br/>
      </w:r>
      <w:r w:rsidRPr="00F47296">
        <w:rPr>
          <w:lang w:val="es-ES"/>
        </w:rPr>
        <w:t>Speaker1: [00:14:22] And do you do that?</w:t>
      </w:r>
      <w:r w:rsidRPr="00F47296">
        <w:rPr>
          <w:lang w:val="es-ES"/>
        </w:rPr>
        <w:br/>
        <w:t xml:space="preserve">Speaker2: [00:14:29] No, hahahaha. </w:t>
      </w:r>
      <w:r w:rsidRPr="0057396C">
        <w:t>I would, if I felt like I needed to do it.</w:t>
      </w:r>
      <w:r w:rsidRPr="0057396C">
        <w:br/>
        <w:t>Speaker1: [00:14:52] What you don't like is that routine of having to do it every day, taking the pills, etc. right?</w:t>
      </w:r>
      <w:r w:rsidRPr="0057396C">
        <w:br/>
      </w:r>
      <w:r w:rsidRPr="00C21F9A">
        <w:rPr>
          <w:lang w:val="es-ES"/>
        </w:rPr>
        <w:t xml:space="preserve">Speaker2: [00:14:56] But because I don't feel sick. </w:t>
      </w:r>
      <w:r w:rsidRPr="0057396C">
        <w:t>I know I'm sick, but I don't feel like I'm sick.</w:t>
      </w:r>
      <w:r w:rsidRPr="0057396C">
        <w:br/>
        <w:t>Speaker1: [00:15:01] So you feel a contradiction between what you think and feel and what your body actually has. But still, you have to keep track.</w:t>
      </w:r>
      <w:r w:rsidRPr="0057396C">
        <w:br/>
      </w:r>
      <w:r w:rsidRPr="00F47296">
        <w:rPr>
          <w:lang w:val="es-ES"/>
        </w:rPr>
        <w:t xml:space="preserve">Speaker2: [00:15:24] I know, I know. </w:t>
      </w:r>
      <w:r w:rsidRPr="0057396C">
        <w:t xml:space="preserve">Nobody's taking that away from me, I'm clear on that. So of course, that's my problem, I don't remember, I do other things and when I realize I haven't taken my pills. And now I have to get there, take the morning ones, then the lunch </w:t>
      </w:r>
      <w:r w:rsidRPr="0057396C">
        <w:lastRenderedPageBreak/>
        <w:t>ones and then the dinner ones and I don't like taking so many pills. Also, there's one that I take and it's really bad for me, I go to the bathroom to pee a lot.</w:t>
      </w:r>
      <w:r w:rsidRPr="0057396C">
        <w:br/>
        <w:t>Speaker1: [00:16:19] But tell that to the doctor too, because they can see if it's appropriate to reduce the amount. And then, in terms of the cardiac rehab that you did in the hospital, do you think it helped you get better?</w:t>
      </w:r>
      <w:r w:rsidRPr="0057396C">
        <w:br/>
        <w:t>[patient shakes his head from side to side in denial].</w:t>
      </w:r>
      <w:r w:rsidRPr="0057396C">
        <w:br/>
        <w:t>Speaker1: [00:17:04] Do you think no, do you think other things would have helped you, other kind of exercise?</w:t>
      </w:r>
      <w:r w:rsidRPr="0057396C">
        <w:br/>
        <w:t>Speaker2: [00:17:09] I see that the physical exercise that they told me to do was because I'm not in shape. If I take the bike every day, I'm going to be fitter. So what they were doing to me is bullshit, it's nonsense.</w:t>
      </w:r>
      <w:r w:rsidRPr="0057396C">
        <w:br/>
        <w:t>Speaker1: [00:17:37] How many days were you going a week?</w:t>
      </w:r>
      <w:r w:rsidRPr="0057396C">
        <w:br/>
        <w:t>Speaker2: [00:17:42] Once a week or so. That's little, that's nothing. A lot of times I would walk down so I would have to exercise more. If I had to exercise on my own, I'm going to work out more, I'm going to do more intense things, more in a row, more days in a row to stay in shape.</w:t>
      </w:r>
      <w:r w:rsidRPr="0057396C">
        <w:br/>
        <w:t>Speaker1: [00:18:25] So do you think that exercise can harm you in any way or not?</w:t>
      </w:r>
      <w:r w:rsidRPr="0057396C">
        <w:br/>
        <w:t>Speaker2: [00:18:33] No, I don't know either.</w:t>
      </w:r>
      <w:r w:rsidRPr="0057396C">
        <w:br/>
        <w:t>Speaker1: [00:18:35] But are you afraid of doing physical exercise.</w:t>
      </w:r>
      <w:r w:rsidRPr="0057396C">
        <w:br/>
        <w:t>Speaker2: [00:18:39] No.</w:t>
      </w:r>
      <w:r w:rsidRPr="0057396C">
        <w:br/>
        <w:t>Speaker1: [00:18:41] Regarding the covid, did it influence any aspect of doing physical exercise?</w:t>
      </w:r>
      <w:r w:rsidRPr="0057396C">
        <w:br/>
        <w:t>Speaker2: [00:19:17] No, it influenced me.</w:t>
      </w:r>
      <w:r w:rsidRPr="0057396C">
        <w:br/>
        <w:t>Speaker1: [00:19:22] And now in the future, do you see yourself exercising in the future? You told me that you bought a bike.</w:t>
      </w:r>
      <w:r w:rsidRPr="0057396C">
        <w:br/>
      </w:r>
      <w:r w:rsidRPr="00C21F9A">
        <w:rPr>
          <w:lang w:val="es-ES"/>
        </w:rPr>
        <w:t xml:space="preserve">Speaker2: [00:19:48] Yes, I will exercise. </w:t>
      </w:r>
      <w:r w:rsidRPr="0057396C">
        <w:t>I haven't used the bike yet. One of these days I will use it.</w:t>
      </w:r>
      <w:r w:rsidRPr="0057396C">
        <w:br/>
        <w:t>Speaker1: [00:19:54] But yeah, you do have it in mind. And maybe join a gym?</w:t>
      </w:r>
      <w:r w:rsidRPr="0057396C">
        <w:br/>
        <w:t>Speaker2: [00:19:58] I also have to look at gyms, there's one that I'm not sure about but my wife goes there every day when we drop the kids off at school.  I'm not convinced that one because of the people that go and that it's too hot. I want one that I can do gym and swimming.</w:t>
      </w:r>
      <w:r w:rsidRPr="0057396C">
        <w:br/>
        <w:t>Speaker1: [00:20:28] Do you like swimming?</w:t>
      </w:r>
      <w:r w:rsidRPr="0057396C">
        <w:br/>
        <w:t>Speaker2: [00:20:30] Yes.</w:t>
      </w:r>
      <w:r w:rsidRPr="0057396C">
        <w:br/>
        <w:t>Speaker1: [00:20:30] So you're clear that if you go to the gym, you're going to do swimming and then strength training.</w:t>
      </w:r>
      <w:r w:rsidRPr="0057396C">
        <w:br/>
      </w:r>
      <w:r w:rsidRPr="00C21F9A">
        <w:rPr>
          <w:lang w:val="es-ES"/>
        </w:rPr>
        <w:t xml:space="preserve">Speaker2: [00:20:43] Yeah. </w:t>
      </w:r>
      <w:r w:rsidRPr="0057396C">
        <w:t>Machines, cycling, swimming, abs. Full workout. I'll download a chart to do it right.</w:t>
      </w:r>
      <w:r w:rsidRPr="0057396C">
        <w:br/>
        <w:t>Speaker1: [00:21:00] If you were offered an exercise program from the hospital, similar to that chart that you're talking about, would you follow the program?</w:t>
      </w:r>
      <w:r w:rsidRPr="0057396C">
        <w:br/>
      </w:r>
      <w:r w:rsidRPr="00C21F9A">
        <w:rPr>
          <w:lang w:val="es-ES"/>
        </w:rPr>
        <w:t xml:space="preserve">Speaker2: [00:21:08] Yeah, yeah, no question. </w:t>
      </w:r>
      <w:r w:rsidRPr="0057396C">
        <w:t>Sure, because it would be good, they would do the supervised workouts for you, because at this point I would do it on my own.</w:t>
      </w:r>
      <w:r w:rsidRPr="0057396C">
        <w:br/>
      </w:r>
      <w:r w:rsidRPr="00C21F9A">
        <w:rPr>
          <w:lang w:val="es-ES"/>
        </w:rPr>
        <w:t xml:space="preserve">Speaker1: [00:23:51] Great. </w:t>
      </w:r>
      <w:r w:rsidRPr="0057396C">
        <w:t xml:space="preserve">And if you had a companion to work out with, would that be </w:t>
      </w:r>
      <w:r w:rsidRPr="0057396C">
        <w:lastRenderedPageBreak/>
        <w:t>supportive or motivating? If you're accompanied by your wife or if you go with friends.</w:t>
      </w:r>
      <w:r w:rsidRPr="0057396C">
        <w:br/>
      </w:r>
      <w:r w:rsidRPr="00C21F9A">
        <w:rPr>
          <w:lang w:val="es-ES"/>
        </w:rPr>
        <w:t xml:space="preserve">Speaker2: [00:24:07] Yes yes, it would be a motivation. </w:t>
      </w:r>
      <w:r w:rsidRPr="0057396C">
        <w:t>And besides my wife also, my friend, he's signed up, I've told him to buy a bike so we can go out together.</w:t>
      </w:r>
      <w:r w:rsidRPr="0057396C">
        <w:br/>
        <w:t>Speaker1: [00:25:04] And finally, do you think that covid in the future will affect you not to exercise?</w:t>
      </w:r>
      <w:r w:rsidRPr="0057396C">
        <w:br/>
      </w:r>
      <w:r w:rsidRPr="00C21F9A">
        <w:rPr>
          <w:lang w:val="es-ES"/>
        </w:rPr>
        <w:t xml:space="preserve">Speaker2: [00:25:18] No, nothing. </w:t>
      </w:r>
      <w:r w:rsidRPr="0057396C">
        <w:t>If they close the gyms I can go for a run, so no problem.</w:t>
      </w:r>
    </w:p>
    <w:p w14:paraId="241EF2B6" w14:textId="77777777" w:rsidR="00073744" w:rsidRPr="0057396C" w:rsidRDefault="00073744" w:rsidP="00073744">
      <w:pPr>
        <w:pStyle w:val="Ttulo1"/>
      </w:pPr>
      <w:r w:rsidRPr="0057396C">
        <w:t>P032-M3</w:t>
      </w:r>
    </w:p>
    <w:p w14:paraId="5251E996" w14:textId="77777777" w:rsidR="00073744" w:rsidRPr="0057396C" w:rsidRDefault="00073744" w:rsidP="00073744">
      <w:r w:rsidRPr="0057396C">
        <w:t>P032-Interview.m4a</w:t>
      </w:r>
      <w:r w:rsidRPr="0057396C">
        <w:br/>
        <w:t>Speaker1: [00:00:00] So we are going to develop the interview in three phases, about before admission, another one about the present and another one about how you see yourself in the future and we are going to focus on physical activity during those phases. So before admission tell me a little bit about what your routine was like, did you do physical exercise?</w:t>
      </w:r>
      <w:r w:rsidRPr="0057396C">
        <w:br/>
        <w:t>Speaker2: [00:00:53] Well, I'm a very active person and I like to be doing things all the time, things in the field like pruning, transplanting a pot, and so on. I mean, I like to do everything myself, and then I would always go for a walk in the bush for an hour a day. Until I started to get tired and stopped, but I went every day. Until one day I got halfway through and I couldn't keep going.</w:t>
      </w:r>
      <w:r w:rsidRPr="0057396C">
        <w:br/>
        <w:t>Speaker1: [00:02:10] And so that's when you went to the hospital and got diagnosed?</w:t>
      </w:r>
      <w:r w:rsidRPr="0057396C">
        <w:br/>
        <w:t>Speaker2: [00:02:13] No, I was hanging on for 18 days because I wasn't in any pain, just fatigue, shortness of breath and mostly in bed at night. I would fall asleep, but at 01:30 at night I would wake up because I was choking. So I would sit up in bed, drink water, and that's how I endured every day. And one day I was in the kitchen and my husband was there too and I had to stop because I was choking and he said "baby are you okay?", and I said no, he said "but what's wrong with you?" and I said "I'm choking" and he said "let's go to the hospital". And we went to the hospital. I was there all morning and they did a lot of tests, they gave me a little pill and sent me home.</w:t>
      </w:r>
      <w:r w:rsidRPr="0057396C">
        <w:br/>
        <w:t>Speaker1: [00:03:21] But they didn't tell you what you had?</w:t>
      </w:r>
      <w:r w:rsidRPr="0057396C">
        <w:br/>
        <w:t>Speaker2: [00:03:23] Nothing, nothing. I don't know what it said in the report, because I don't remember. So, with the little pill I came home and at night I thought I was dying from the choking I had when we got up we went to the private hospital and they told me that they had to admit me wherever I wanted, so I went home to pack a suitcase and I went to the hospital in Alicante, and at five o'clock I was admitted and I was there for four or five days.</w:t>
      </w:r>
      <w:r w:rsidRPr="0057396C">
        <w:br/>
        <w:t>Speaker1: [00:04:40] And in what ways has your life changed once you get out of admission?</w:t>
      </w:r>
      <w:r w:rsidRPr="0057396C">
        <w:br/>
        <w:t>Speaker2: [00:04:53] It does change a lot, because I lost a lot of strength, I lost 40% of my strength, so I get tired, I can't walk as often, I don't feel fatigue but I feel tired. And then, since I have a back problem, the day I get back pain, I'm not a person, but I continue to do housework.</w:t>
      </w:r>
      <w:r w:rsidRPr="0057396C">
        <w:br/>
        <w:t>Speaker1: [00:05:43] And how have you been feeling these months, have you changed any habits in terms of eating, etc.?</w:t>
      </w:r>
      <w:r w:rsidRPr="0057396C">
        <w:br/>
        <w:t xml:space="preserve">Speaker2: [00:06:09] Well, we have always eaten very well. I'm better because I don't have </w:t>
      </w:r>
      <w:r w:rsidRPr="0057396C">
        <w:lastRenderedPageBreak/>
        <w:t>that choking feeling.</w:t>
      </w:r>
      <w:r w:rsidRPr="0057396C">
        <w:br/>
        <w:t>Speaker1: [00:06:30] But you do notice, for example, the tiredness.</w:t>
      </w:r>
      <w:r w:rsidRPr="0057396C">
        <w:br/>
        <w:t>Speaker2: [00:06:32] Yes, I get more tired, I don't have the same activity that I had before or the same strength.</w:t>
      </w:r>
      <w:r w:rsidRPr="0057396C">
        <w:br/>
        <w:t>Speaker1: [00:06:37] And since you've been out, have you been back out walking in the mountains?</w:t>
      </w:r>
      <w:r w:rsidRPr="0057396C">
        <w:br/>
        <w:t>Speaker2: [00:06:49] Not on the mountain, in case something happens to me and I'm alone. My husband doesn't want me to go and I don't think I'm able to do the same route, maybe this winter I'll try it, let's see how far I get.</w:t>
      </w:r>
      <w:r w:rsidRPr="0057396C">
        <w:br/>
      </w:r>
      <w:r w:rsidRPr="00C21F9A">
        <w:rPr>
          <w:lang w:val="es-ES"/>
        </w:rPr>
        <w:t xml:space="preserve">Speaker1: [00:07:23] Okay. </w:t>
      </w:r>
      <w:r w:rsidRPr="0057396C">
        <w:t>Also, you told me before that you have a stationary bike and now you've taken it up again. So really within your means you haven't stopped moving.</w:t>
      </w:r>
      <w:r w:rsidRPr="0057396C">
        <w:br/>
        <w:t>Speaker2: [00:07:33] No, no, no, no. I came home from the hospital and I started doing my own thing at home and moving around. The house is very big, and I do a lot of things every day.</w:t>
      </w:r>
      <w:r w:rsidRPr="0057396C">
        <w:br/>
        <w:t>Speaker1: [00:07:53] Do you have any kind of device that measures your steps? A watch, cell phone...</w:t>
      </w:r>
      <w:r w:rsidRPr="0057396C">
        <w:br/>
        <w:t>Speaker2: [00:07:59] No.</w:t>
      </w:r>
      <w:r w:rsidRPr="0057396C">
        <w:br/>
        <w:t>Speaker1: [00:08:00] And would you like to, for example, have it to measure your steps and be able to refer to it at the end of the day?</w:t>
      </w:r>
      <w:r w:rsidRPr="0057396C">
        <w:br/>
      </w:r>
      <w:r w:rsidRPr="00C21F9A">
        <w:rPr>
          <w:lang w:val="es-ES"/>
        </w:rPr>
        <w:t xml:space="preserve">Speaker2: [00:08:13] Well, I wouldn't mind. </w:t>
      </w:r>
      <w:r w:rsidRPr="0057396C">
        <w:t>My sister has it and she often tells me, "I've done 7000 steps today."</w:t>
      </w:r>
      <w:r w:rsidRPr="0057396C">
        <w:br/>
        <w:t>Speaker1: [00:08:19] Do you think maybe it would be an incentive to move more? To say, "Oh, my sister did 7,000 steps, come on, I'm going to see if I can get to 7,000 steps."</w:t>
      </w:r>
      <w:r w:rsidRPr="0057396C">
        <w:br/>
        <w:t>Speaker2: [00:08:26] Yeah. Where do they sell that, at the pharmacy?</w:t>
      </w:r>
      <w:r w:rsidRPr="0057396C">
        <w:br/>
      </w:r>
      <w:r w:rsidRPr="00F47296">
        <w:rPr>
          <w:lang w:val="es-ES"/>
        </w:rPr>
        <w:t xml:space="preserve">Speaker1: [00:08:28] Mostly in electronics stores, appliance stores, etc. </w:t>
      </w:r>
      <w:r w:rsidRPr="0057396C">
        <w:t>And also puts steps, heart rate and a little something else besides the watch.</w:t>
      </w:r>
      <w:r w:rsidRPr="0057396C">
        <w:br/>
        <w:t>Speaker2: [00:09:02] So when my kids come over I'll tell them.</w:t>
      </w:r>
      <w:r w:rsidRPr="0057396C">
        <w:br/>
        <w:t>Speaker1: [00:09:06] And for example, what do you think is an impediment for you to exercise?</w:t>
      </w:r>
      <w:r w:rsidRPr="0057396C">
        <w:br/>
      </w:r>
      <w:r w:rsidRPr="00C21F9A">
        <w:rPr>
          <w:lang w:val="es-ES"/>
        </w:rPr>
        <w:t xml:space="preserve">Speaker2: [00:09:13] My hips and my eyes. </w:t>
      </w:r>
      <w:r w:rsidRPr="0057396C">
        <w:t>My knees hurt but less so</w:t>
      </w:r>
      <w:r w:rsidRPr="0057396C">
        <w:br/>
        <w:t>Speaker1: [00:09:31] And do you think the covid has influenced you not to do physical exercise?</w:t>
      </w:r>
      <w:r w:rsidRPr="0057396C">
        <w:br/>
      </w:r>
      <w:r w:rsidRPr="00F47296">
        <w:rPr>
          <w:lang w:val="es-ES"/>
        </w:rPr>
        <w:t xml:space="preserve">Speaker2: [00:09:36] Well yes, because I was exercising every day. </w:t>
      </w:r>
      <w:r w:rsidRPr="0057396C">
        <w:t>I was going to a class three days a week, and the other days I was walking in the mountains.</w:t>
      </w:r>
      <w:r w:rsidRPr="0057396C">
        <w:br/>
        <w:t>Speaker1: [00:10:03] And now are you afraid or scared to go to a gym?</w:t>
      </w:r>
      <w:r w:rsidRPr="0057396C">
        <w:br/>
      </w:r>
      <w:r w:rsidRPr="00C21F9A">
        <w:rPr>
          <w:lang w:val="es-ES"/>
        </w:rPr>
        <w:t xml:space="preserve">Speaker2: [00:10:09] No. </w:t>
      </w:r>
      <w:r w:rsidRPr="0057396C">
        <w:t>What happens is that I'm tired of so many things and so many trips. If I were in town I would go. I would be doing tai chi which is easier.</w:t>
      </w:r>
      <w:r w:rsidRPr="0057396C">
        <w:br/>
        <w:t>Speaker1: [00:10:24] So there's no physical exercise center here in town?</w:t>
      </w:r>
      <w:r w:rsidRPr="0057396C">
        <w:br/>
        <w:t>Speaker2: [00:10:31] We used to have one, but when the crisis came they took it away.</w:t>
      </w:r>
      <w:r w:rsidRPr="0057396C">
        <w:br/>
        <w:t>Speaker1: [00:10:45] And do you worry about, for example, not doing physical exercise?</w:t>
      </w:r>
      <w:r w:rsidRPr="0057396C">
        <w:br/>
      </w:r>
      <w:r w:rsidRPr="00C21F9A">
        <w:rPr>
          <w:lang w:val="es-ES"/>
        </w:rPr>
        <w:t xml:space="preserve">Speaker2: [00:10:50] Man, of course. </w:t>
      </w:r>
      <w:r w:rsidRPr="0057396C">
        <w:t>Of course it worries me, because I know that if I don't do it today, tomorrow I'm going to be terrible. So of course it worries me.</w:t>
      </w:r>
      <w:r w:rsidRPr="0057396C">
        <w:br/>
        <w:t>Speaker1: [00:10:58] So you think physical exercise has helped you to be better.</w:t>
      </w:r>
      <w:r w:rsidRPr="0057396C">
        <w:br/>
      </w:r>
      <w:r w:rsidRPr="0057396C">
        <w:lastRenderedPageBreak/>
        <w:t>Speaker2: [00:11:04] And that I need it to live, I need it to live. At the beginning I went to the doctor and they told me that I had to exercise and I had to walk for an hour of so and so. And at the beginning I didn't pay much attention to it, I asked myself "why do I have to exercise so much? And as I have been verifying over time that it is necessary, it is necessary because I feel better. I used to go to tai chi and I loved it, as long as I could exercise, whatever it took. I go anywhere. But then, of course, my husband started and we moved to the countryside and I gave it up. And then we were here in the countryside, but with the crisis they took it away. So for me, yes. For me it's very important.</w:t>
      </w:r>
      <w:r w:rsidRPr="0057396C">
        <w:br/>
        <w:t>Speaker1: [00:12:46] So do you think that exercise has also helped you recover better from the failure?</w:t>
      </w:r>
      <w:r w:rsidRPr="0057396C">
        <w:br/>
        <w:t>Speaker2: [00:13:03] I know it has. I've been feeling good.</w:t>
      </w:r>
      <w:r w:rsidRPr="0057396C">
        <w:br/>
        <w:t>Speaker1: [00:13:06] And conversely, do you think it can hurt you at all to exercise?</w:t>
      </w:r>
      <w:r w:rsidRPr="0057396C">
        <w:br/>
        <w:t>Speaker2: [00:13:14] I don't think so.</w:t>
      </w:r>
      <w:r w:rsidRPr="0057396C">
        <w:br/>
        <w:t>Speaker1: [00:13:16] Or that you take some risk by doing it.</w:t>
      </w:r>
      <w:r w:rsidRPr="0057396C">
        <w:br/>
      </w:r>
      <w:r w:rsidRPr="00F47296">
        <w:rPr>
          <w:lang w:val="es-ES"/>
        </w:rPr>
        <w:t xml:space="preserve">Speaker2: [00:13:26] No. </w:t>
      </w:r>
      <w:r w:rsidRPr="0057396C">
        <w:t>Because if I stop it's because my hip hurts, but not because anything is going to happen to me.</w:t>
      </w:r>
      <w:r w:rsidRPr="0057396C">
        <w:br/>
        <w:t>Speaker1: [00:14:40] And from the hospital did they give you any physical exercise guidelines or advice about it?</w:t>
      </w:r>
      <w:r w:rsidRPr="0057396C">
        <w:br/>
        <w:t>Speaker2: [00:14:44] Nothing.</w:t>
      </w:r>
      <w:r w:rsidRPr="0057396C">
        <w:br/>
        <w:t>Speaker1: [00:14:45] Did they offer you to do rehab with them at the hospital?</w:t>
      </w:r>
      <w:r w:rsidRPr="0057396C">
        <w:br/>
        <w:t>Speaker2: [00:14:47] No, neither.</w:t>
      </w:r>
      <w:r w:rsidRPr="0057396C">
        <w:br/>
        <w:t>Speaker1: [00:14:48] Would you have liked to have been offered that?</w:t>
      </w:r>
      <w:r w:rsidRPr="0057396C">
        <w:br/>
        <w:t>Speaker2: [00:14:52] Well, yes, yes I would have.</w:t>
      </w:r>
      <w:r w:rsidRPr="0057396C">
        <w:br/>
        <w:t>Speaker1: [00:22:13] Okay, and now we would have the last part left, which would be in the future how do we see ourselves. And then the first question is are you going to keep exercising?</w:t>
      </w:r>
      <w:r w:rsidRPr="0057396C">
        <w:br/>
        <w:t>Speaker2: [00:22:27] Yes. As long as my body allows me to yes.</w:t>
      </w:r>
      <w:r w:rsidRPr="0057396C">
        <w:br/>
        <w:t>Speaker1: [00:22:32] And would you even like to increase if you could, the amount of physical exercise? And what kind of exercise would you like to do in addition?</w:t>
      </w:r>
      <w:r w:rsidRPr="0057396C">
        <w:br/>
      </w:r>
      <w:r>
        <w:t xml:space="preserve">Speaker2: [00:22:49] Yes. </w:t>
      </w:r>
      <w:r w:rsidRPr="0057396C">
        <w:t>Tai Chi is not so forced, you don't get down on the floor. And I noticed that when winter came, my bones didn't hurt so much.</w:t>
      </w:r>
      <w:r w:rsidRPr="0057396C">
        <w:br/>
        <w:t>Speaker1: [00:23:23] And if you could, would you like to do it at home or would you rather go to a center with more people?</w:t>
      </w:r>
      <w:r w:rsidRPr="0057396C">
        <w:br/>
        <w:t>Speaker2: [00:23:46] At the center, with more people. It motivates me more.</w:t>
      </w:r>
      <w:r w:rsidRPr="0057396C">
        <w:br/>
        <w:t>Speaker1: [00:24:05] And even though the situation is calmer now, do you think that covid is going to affect you in the future to do physical exercise?</w:t>
      </w:r>
      <w:r w:rsidRPr="0057396C">
        <w:br/>
      </w:r>
      <w:r>
        <w:t xml:space="preserve">Speaker2: [00:24:34] A little bit yes. </w:t>
      </w:r>
      <w:r w:rsidRPr="0057396C">
        <w:t>If I have to wear a mask I would certainly not go until I was back to normal.</w:t>
      </w:r>
    </w:p>
    <w:p w14:paraId="2B7B058C" w14:textId="77777777" w:rsidR="00073744" w:rsidRPr="0057396C" w:rsidRDefault="00073744" w:rsidP="00073744">
      <w:pPr>
        <w:pStyle w:val="Ttulo1"/>
      </w:pPr>
      <w:r w:rsidRPr="0057396C">
        <w:t>P033-M3</w:t>
      </w:r>
    </w:p>
    <w:p w14:paraId="29908E79" w14:textId="77777777" w:rsidR="00073744" w:rsidRPr="0057396C" w:rsidRDefault="00073744" w:rsidP="00073744">
      <w:r w:rsidRPr="0057396C">
        <w:t>P033-M3.m4a</w:t>
      </w:r>
      <w:r w:rsidRPr="0057396C">
        <w:br/>
        <w:t xml:space="preserve">Speaker1: [00:00:20] The interview is going to be divided into three parts. The first one is </w:t>
      </w:r>
      <w:r w:rsidRPr="0057396C">
        <w:lastRenderedPageBreak/>
        <w:t>about your life and the physical exercise you were doing before admission, the second one is once you come out of admission, how you are in the present and how your life has changed, and finally how you see yourself in the future. So how did you feel before admission, were you exercising before?</w:t>
      </w:r>
      <w:r w:rsidRPr="0057396C">
        <w:br/>
        <w:t>Speaker2: [00:00:59] Before the admission I was feeling great, great.</w:t>
      </w:r>
      <w:r w:rsidRPr="0057396C">
        <w:br/>
        <w:t>Speaker1: [00:01:05] And what things did you do before that you don't do now or that are more difficult for you? What things might you be more limited in?</w:t>
      </w:r>
      <w:r w:rsidRPr="0057396C">
        <w:br/>
        <w:t>Speaker2: [00:01:12] If I say to do them, I do them even though it costs me.</w:t>
      </w:r>
      <w:r w:rsidRPr="0057396C">
        <w:br/>
        <w:t>Speaker1: [00:01:14] Give me an example of something that you did before that you now struggle with, for example, walking up the stairs, or going for a walk, now I don't walk as much, or something else that you did that you now can't.</w:t>
      </w:r>
      <w:r w:rsidRPr="0057396C">
        <w:br/>
      </w:r>
      <w:r w:rsidRPr="00103EFB">
        <w:rPr>
          <w:lang w:val="es-ES"/>
        </w:rPr>
        <w:t xml:space="preserve">Speaker2: [00:01:29] Well, stairs cost me a little bit. </w:t>
      </w:r>
      <w:r w:rsidRPr="0057396C">
        <w:t>I used to do everything and now there's things that I can't do.</w:t>
      </w:r>
      <w:r w:rsidRPr="0057396C">
        <w:br/>
        <w:t>Speaker1: [00:01:34] Like housework for example?</w:t>
      </w:r>
      <w:r w:rsidRPr="0057396C">
        <w:br/>
        <w:t>Speaker2: [00:01:37] No, farm chores.</w:t>
      </w:r>
      <w:r w:rsidRPr="0057396C">
        <w:br/>
        <w:t>Speaker1: [00:01:38] Okay and regarding the field, what do you find it harder now, do you have a field or did you work in the field?</w:t>
      </w:r>
      <w:r w:rsidRPr="0057396C">
        <w:br/>
        <w:t>Speaker2: [00:01:49] I have a field.</w:t>
      </w:r>
      <w:r w:rsidRPr="0057396C">
        <w:br/>
        <w:t>Speaker1: [00:01:50] And what's the hardest thing for you, digging, pruning?</w:t>
      </w:r>
      <w:r w:rsidRPr="0057396C">
        <w:br/>
        <w:t>Speaker2: [00:01:55] I don't dig anymore.</w:t>
      </w:r>
      <w:r w:rsidRPr="0057396C">
        <w:br/>
        <w:t>Speaker1: [00:01:56] Okay, and what was it that you did in the field?</w:t>
      </w:r>
      <w:r w:rsidRPr="0057396C">
        <w:br/>
        <w:t>Speaker2: [00:02:04] Well, I have a house with a little bit of land and I planted things.</w:t>
      </w:r>
      <w:r w:rsidRPr="0057396C">
        <w:br/>
        <w:t>Speaker1: [00:02:07] Okay, chores in the orchard then, planting, watering, et cetera. And apart from the garden chores, did you go for walks before the heart attack, did you like to go for walks?</w:t>
      </w:r>
      <w:r w:rsidRPr="0057396C">
        <w:br/>
        <w:t>Speaker2: [00:02:22] Yes, we went out yes.</w:t>
      </w:r>
      <w:r w:rsidRPr="0057396C">
        <w:br/>
        <w:t>Speaker1: [00:02:23] And now you still go for walks?</w:t>
      </w:r>
      <w:r w:rsidRPr="0057396C">
        <w:br/>
        <w:t>Speaker2: [00:02:26] Now too, but less.</w:t>
      </w:r>
      <w:r w:rsidRPr="0057396C">
        <w:br/>
        <w:t>Speaker1: [00:02:31] And has covid changed your physical activity? For example, being afraid to go for a walk because of meeting people or going to the countryside and so on.</w:t>
      </w:r>
      <w:r w:rsidRPr="0057396C">
        <w:br/>
        <w:t>Speaker2: [00:03:03] Like we've always gone out here in the area [very quiet area with few people] and we've always worn the mask and we haven't had any problems.</w:t>
      </w:r>
      <w:r w:rsidRPr="0057396C">
        <w:br/>
        <w:t>Speaker1: [00:03:20] I mean, you've been careful and you haven't been afraid to go for a walk. And then when you go out walking, do you use any kind of a step counting device?</w:t>
      </w:r>
      <w:r w:rsidRPr="0057396C">
        <w:br/>
        <w:t>Speaker2: [00:03:30] Cell phone.</w:t>
      </w:r>
      <w:r w:rsidRPr="0057396C">
        <w:br/>
        <w:t>Speaker1: [00:03:31] And do you check, do you look at your phone to see how far you've walked?</w:t>
      </w:r>
      <w:r w:rsidRPr="0057396C">
        <w:br/>
        <w:t>Speaker2: [00:03:38] Sometimes.</w:t>
      </w:r>
      <w:r w:rsidRPr="0057396C">
        <w:br/>
        <w:t>Speaker1: [00:03:40] And is it a motivation for you to go out with Narti [partner] to walk, do you think if you had to go out alone you would do it or would it cost you more?</w:t>
      </w:r>
      <w:r w:rsidRPr="0057396C">
        <w:br/>
      </w:r>
      <w:r>
        <w:t xml:space="preserve">Speaker2: [00:03:47] It would cost me more. </w:t>
      </w:r>
      <w:r w:rsidRPr="0057396C">
        <w:t>We both go out and walk until we feel like it and then we go and that's it.</w:t>
      </w:r>
      <w:r w:rsidRPr="0057396C">
        <w:br/>
        <w:t xml:space="preserve">Speaker1: [00:03:52] Let's just say in that respect you get something positive from going </w:t>
      </w:r>
      <w:r w:rsidRPr="0057396C">
        <w:lastRenderedPageBreak/>
        <w:t>with one person and so it doesn't make it so hard for you.</w:t>
      </w:r>
      <w:r w:rsidRPr="0057396C">
        <w:br/>
        <w:t>Speaker2: [00:04:05] Yeah, of course, going together you're talking and you're entertained.</w:t>
      </w:r>
      <w:r w:rsidRPr="0057396C">
        <w:br/>
        <w:t>Speaker1: [00:04:15] And do you think Jacinto that doing physical exercise can harm you in any way?</w:t>
      </w:r>
      <w:r w:rsidRPr="0057396C">
        <w:br/>
        <w:t>Speaker2: [00:04:24] No, because I move a lot, I don't stop, so it doesn't harm me.</w:t>
      </w:r>
      <w:r w:rsidRPr="0057396C">
        <w:br/>
        <w:t>Speaker1: [00:04:26] So, you would say the other way around, exercising can bring you good things.</w:t>
      </w:r>
      <w:r w:rsidRPr="0057396C">
        <w:br/>
        <w:t>Speaker2: [00:04:29] Yes.</w:t>
      </w:r>
      <w:r w:rsidRPr="0057396C">
        <w:br/>
        <w:t>Speaker1: [00:04:30] What things do you think exercising can benefit you?</w:t>
      </w:r>
      <w:r w:rsidRPr="0057396C">
        <w:br/>
        <w:t>Speaker2: [00:04:35] Well, I like walking and in the field I don't stop, I don't do anything specific, but I don't stop moving and doing little things. I walk a lot.</w:t>
      </w:r>
      <w:r w:rsidRPr="0057396C">
        <w:br/>
        <w:t>Speaker1: [00:04:45] And one question, when you were diagnosed with heart failure, did the hospital send you to rehab?</w:t>
      </w:r>
      <w:r w:rsidRPr="0057396C">
        <w:br/>
        <w:t>Speaker2: [00:04:59] No, they didn't send me anything.</w:t>
      </w:r>
      <w:r w:rsidRPr="0057396C">
        <w:br/>
        <w:t>Speaker1: [00:05:03] And would you have liked to have been offered that?</w:t>
      </w:r>
      <w:r w:rsidRPr="0057396C">
        <w:br/>
      </w:r>
      <w:r>
        <w:t xml:space="preserve">Speaker2: [00:05:05] Well, I don't know. </w:t>
      </w:r>
      <w:r w:rsidRPr="0057396C">
        <w:t>I don't know. Because I have an exercise bike and sometimes I take it.</w:t>
      </w:r>
      <w:r w:rsidRPr="0057396C">
        <w:br/>
        <w:t>Speaker1: [00:05:11] And do you like it?</w:t>
      </w:r>
      <w:r w:rsidRPr="0057396C">
        <w:br/>
        <w:t>Speaker2: [00:05:15] Mm, yeah, I do.</w:t>
      </w:r>
      <w:r w:rsidRPr="0057396C">
        <w:br/>
      </w:r>
      <w:r w:rsidRPr="00103EFB">
        <w:rPr>
          <w:lang w:val="es-ES"/>
        </w:rPr>
        <w:t xml:space="preserve">Speaker1: [00:05:17] Okay, you do from time to time. </w:t>
      </w:r>
      <w:r w:rsidRPr="0057396C">
        <w:t>Okay, and now the interview goes focused on how you see yourself in the future. So, do you think from now on, are you going to continue to go out and walk and do the country stuff?</w:t>
      </w:r>
      <w:r w:rsidRPr="0057396C">
        <w:br/>
        <w:t>Speaker2: [00:05:35] Well, as long as I can, yes.</w:t>
      </w:r>
      <w:r w:rsidRPr="0057396C">
        <w:br/>
        <w:t>Speaker1: [00:05:36] It's something that you enjoy, that keeps you active.</w:t>
      </w:r>
      <w:r w:rsidRPr="0057396C">
        <w:br/>
        <w:t>Speaker2: [00:05:40] Sure, it's something that I like.</w:t>
      </w:r>
      <w:r w:rsidRPr="0057396C">
        <w:br/>
        <w:t>Speaker1: [00:05:45] And doing something new would you like to do?</w:t>
      </w:r>
      <w:r w:rsidRPr="0057396C">
        <w:br/>
        <w:t>Speaker2: [00:05:48] No, I like what I've done most of the time. I'm content.</w:t>
      </w:r>
      <w:r w:rsidRPr="0057396C">
        <w:br/>
      </w:r>
      <w:r>
        <w:t xml:space="preserve">Speaker1: [00:05:51] What you do for you is enough, </w:t>
      </w:r>
      <w:r w:rsidRPr="0057396C">
        <w:t>and if you had to choose something new to do that you like what would it be?</w:t>
      </w:r>
      <w:r w:rsidRPr="0057396C">
        <w:br/>
        <w:t>Speaker2: [00:06:10] Well I've never thought about it, I don't know. It doesn't call to me that.</w:t>
      </w:r>
      <w:r w:rsidRPr="0057396C">
        <w:br/>
      </w:r>
      <w:r>
        <w:t xml:space="preserve">Speaker1: [00:06:21] What if you had to do it? </w:t>
      </w:r>
      <w:r w:rsidRPr="0057396C">
        <w:t>For example, if the hospital told you to do it, would you do it?</w:t>
      </w:r>
      <w:r w:rsidRPr="0057396C">
        <w:br/>
        <w:t>Speaker2: [00:06:26] Well, if they told me to do it, I would do it. [says reluctantly]</w:t>
      </w:r>
      <w:r w:rsidRPr="0057396C">
        <w:br/>
        <w:t>Speaker1: [00:06:37] And for the future, wearing a smartwatch that tells you steps, or detects when you're exercising, do you think it would make you increase your physical activity?</w:t>
      </w:r>
      <w:r w:rsidRPr="0057396C">
        <w:br/>
        <w:t>Speaker2: [00:06:45] I already have it.</w:t>
      </w:r>
      <w:r w:rsidRPr="0057396C">
        <w:br/>
        <w:t>Speaker1: [00:06:45] But do you use it?</w:t>
      </w:r>
      <w:r w:rsidRPr="0057396C">
        <w:br/>
        <w:t>Speaker2: [00:06:48] I just bought it yesterday.</w:t>
      </w:r>
      <w:r w:rsidRPr="0057396C">
        <w:br/>
      </w:r>
      <w:r>
        <w:t>Speaker1: [00:06:49] Okay. Are you going to use it?</w:t>
      </w:r>
      <w:r>
        <w:br/>
        <w:t xml:space="preserve">Speaker2: [00:06:54] Of course. </w:t>
      </w:r>
      <w:r w:rsidRPr="0057396C">
        <w:t>I got it as a gift and I'm waiting to get it.</w:t>
      </w:r>
      <w:r w:rsidRPr="0057396C">
        <w:br/>
      </w:r>
      <w:r>
        <w:t xml:space="preserve">Speaker1: [00:06:58] Well, great, it's an incentive to keep moving. </w:t>
      </w:r>
      <w:r w:rsidRPr="0057396C">
        <w:t xml:space="preserve">And in the future, do you </w:t>
      </w:r>
      <w:r w:rsidRPr="0057396C">
        <w:lastRenderedPageBreak/>
        <w:t>think it will affect you covid to exercise?</w:t>
      </w:r>
      <w:r w:rsidRPr="0057396C">
        <w:br/>
        <w:t>Speaker2: [00:07:15] No.</w:t>
      </w:r>
      <w:r w:rsidRPr="0057396C">
        <w:br/>
        <w:t>Speaker1: [00:07:23] Okay Jacinto, so you'll continue to do the same exercise that you do now, going for walks, the countryside, etc. Before you retired you were doing the countryside?</w:t>
      </w:r>
      <w:r w:rsidRPr="0057396C">
        <w:br/>
        <w:t>Speaker2: [00:07:23] No, I was working in a terrace factory.</w:t>
      </w:r>
      <w:r w:rsidRPr="0057396C">
        <w:br/>
        <w:t>Speaker1: [00:07:24] So you were constantly moving all the time, weren't you?</w:t>
      </w:r>
      <w:r w:rsidRPr="0057396C">
        <w:br/>
        <w:t>Speaker2: [00:07:30] Yeah, sure. And I was moving a lot of weight.</w:t>
      </w:r>
      <w:r w:rsidRPr="0057396C">
        <w:br/>
        <w:t>Speaker1: [00:07:32] So, you were still a very active and strong person to work there. Do you think that also influenced you to be this good now?</w:t>
      </w:r>
      <w:r w:rsidRPr="0057396C">
        <w:br/>
      </w:r>
      <w:r>
        <w:t xml:space="preserve">Speaker2: [00:07:38] Well, yes. </w:t>
      </w:r>
      <w:r w:rsidRPr="0057396C">
        <w:t>Also, I think that the field has made me be this good, because I don't stop, I don't do anything, but I don't stop.</w:t>
      </w:r>
      <w:r w:rsidRPr="0057396C">
        <w:br/>
        <w:t>Speaker1: [00:07:51] That's very important, to stay active. On our side we're done.</w:t>
      </w:r>
      <w:r w:rsidRPr="0057396C">
        <w:br/>
        <w:t>In general, he's an older man, which doesn't make for a fluid conversation. The answers he gives are short and he never answers beyond what he's asked or talks about another topic. And some questions he doesn't even answer in full. He is content with what he is doing and shows no interest in doing anything new. The feeling I got from him was that he was looking forward to the end of the interview to finish the study and that was the end of it. It lasted about 8 minutes.</w:t>
      </w:r>
    </w:p>
    <w:p w14:paraId="29B67DCB" w14:textId="77777777" w:rsidR="00073744" w:rsidRPr="0057396C" w:rsidRDefault="00073744" w:rsidP="00073744"/>
    <w:p w14:paraId="5904934F" w14:textId="77777777" w:rsidR="00073744" w:rsidRPr="0057396C" w:rsidRDefault="00073744" w:rsidP="00073744">
      <w:pPr>
        <w:pStyle w:val="Ttulo1"/>
      </w:pPr>
      <w:r w:rsidRPr="0057396C">
        <w:t>P035-M3</w:t>
      </w:r>
    </w:p>
    <w:p w14:paraId="1F94313E" w14:textId="77777777" w:rsidR="00073744" w:rsidRPr="0057396C" w:rsidRDefault="00073744" w:rsidP="00073744">
      <w:r w:rsidRPr="00500250">
        <w:t>P035-M3.m4a</w:t>
      </w:r>
      <w:r w:rsidRPr="00500250">
        <w:br/>
        <w:t>Speaker1: [00:00:00:00] We're going to ask a few questions focused on before, a few on during, and a little bit about how you see yourself in the future. So, the first question I'd like to ask you is if you think anything has changed in your life since joining.</w:t>
      </w:r>
      <w:r w:rsidRPr="00500250">
        <w:br/>
        <w:t>Speaker2: [00:00:26] It's changed a lot, a lot in the routine of working every day and then to not being able to carry it. Also, I've quit smoking. And it's changed me in a lot of other things. In the money that comes into the house. A lot of things have changed.</w:t>
      </w:r>
      <w:r w:rsidRPr="00500250">
        <w:br/>
        <w:t>Speaker1: [00:00:53] So you've had quite a big change in your day to day life. And other than what your routine is. Other than smoking, any habit issues that you've changed, I mean, food, exercise?</w:t>
      </w:r>
      <w:r w:rsidRPr="00500250">
        <w:br/>
        <w:t>Speaker2: [00:01:18] Going out for example, I don't go out anymore. It's very rare that I go out on the weekends, when before I used to finish work on Fridays and you could go out.</w:t>
      </w:r>
      <w:r w:rsidRPr="00500250">
        <w:br/>
        <w:t>Speaker3: [00:01:32] The social life is what has also changed you then, isn't it?</w:t>
      </w:r>
      <w:r w:rsidRPr="00500250">
        <w:br/>
        <w:t>Speaker2: [00:01:38] Yes a lot. The relationship with co-workers, the jobs that I had.</w:t>
      </w:r>
      <w:r w:rsidRPr="00500250">
        <w:br/>
        <w:t>Speaker1: [00:01:41] What were you working on?</w:t>
      </w:r>
      <w:r w:rsidRPr="00500250">
        <w:br/>
        <w:t>Speaker2: [00:01:43] I had a steel structure company but we stopped working because they were on their own and I wasn't there as a boss.</w:t>
      </w:r>
      <w:r w:rsidRPr="00500250">
        <w:br/>
        <w:t>Speaker1: [00:02:01] And for example, what you're telling me that now you're going out maybe walking more, didn't you used to do this before?</w:t>
      </w:r>
      <w:r w:rsidRPr="00500250">
        <w:br/>
        <w:t xml:space="preserve">Speaker2: [00:02:10] No, not before, although I've also been here for two years by myself. </w:t>
      </w:r>
      <w:r w:rsidRPr="00500250">
        <w:lastRenderedPageBreak/>
        <w:t>We used to live there in the middle of the city, less nature to go out and walk. This happened to me this Christmas, on the 26th, I noticed that I couldn't take a breath or let it out normally, but well, I didn't think much of it. And then when I went to work I did bend down and I felt dizzy and I noticed that I was short of breath. Then I went to the emergency room and the whole admission came and all that stuff that had never happened to me until then.</w:t>
      </w:r>
      <w:r w:rsidRPr="00500250">
        <w:br/>
      </w:r>
      <w:r w:rsidRPr="00103EFB">
        <w:rPr>
          <w:lang w:val="es-ES"/>
        </w:rPr>
        <w:t xml:space="preserve">Speaker1: [00:02:55] Life has changed you quite a bit. </w:t>
      </w:r>
      <w:r w:rsidRPr="00500250">
        <w:t>And during this process, for example, have colleagues in the hospital given you any advice on what to do or any instructions.</w:t>
      </w:r>
      <w:r w:rsidRPr="00500250">
        <w:br/>
        <w:t>Speaker2: [00:03:17] I've been doing rehab, but well, that's... what all the doctors advise you to do, to live a healthy life. The thing is that the deadlines have been extended a crazy amount, that happened to me in December and they didn't see me again until November of the following year.</w:t>
      </w:r>
      <w:r w:rsidRPr="00500250">
        <w:br/>
        <w:t>Speaker1: [00:03:42] But you said you went to the rehab program.</w:t>
      </w:r>
      <w:r w:rsidRPr="00500250">
        <w:br/>
        <w:t>Speaker2: [00:03:48] Yeah, I went to the rehab program, which was one day a week, cycling, one hour, I think.</w:t>
      </w:r>
      <w:r w:rsidRPr="00500250">
        <w:br/>
        <w:t>Speaker3: [00:03:54] How long did you go for?</w:t>
      </w:r>
      <w:r w:rsidRPr="00500250">
        <w:br/>
        <w:t>Speaker2: [00:03:56] Well I don't know, I think five or six sessions.</w:t>
      </w:r>
      <w:r w:rsidRPr="00500250">
        <w:br/>
        <w:t>Speaker1: [00:04:04] And about, what was it from when, right out of intake?</w:t>
      </w:r>
      <w:r w:rsidRPr="00500250">
        <w:br/>
        <w:t>Speaker2: [00:04:10] No, it took them quite a while to call me. One of the times, it was when I did that accelerometer test. It coincided with both of them, they put me on the EKG and the accelerometer.</w:t>
      </w:r>
      <w:r w:rsidRPr="00500250">
        <w:br/>
        <w:t>Speaker1: [00:04:23] So, in the hospital, did you feel helped, did you like it, would you repeat or change any of that?</w:t>
      </w:r>
      <w:r w:rsidRPr="00500250">
        <w:br/>
        <w:t>Speaker2: [00:04:33] No, I was fine, there I went, they told me what to do, they monitored me and that was it. They didn't tell me if I was doing better or worse, nothing. It was according to them, to regulate the medication, because it's true that at the beginning I was bending a little bit the cords, I got dizzy and they took a pill away, they reduced it by half and it was better.</w:t>
      </w:r>
      <w:r w:rsidRPr="00500250">
        <w:br/>
        <w:t>Speaker1: [00:04:54] But then they would ask you questions to adjust your medication. But the rehab part of it, did you do that?</w:t>
      </w:r>
      <w:r w:rsidRPr="00500250">
        <w:br/>
      </w:r>
      <w:r w:rsidRPr="0057396C">
        <w:t>Speaker2: [00:05:08] Yeah sure, 1 hour.</w:t>
      </w:r>
      <w:r w:rsidRPr="0057396C">
        <w:br/>
        <w:t xml:space="preserve">Speaker1: [00:05:11] And what was it? </w:t>
      </w:r>
      <w:r w:rsidRPr="00500250">
        <w:t>It was always the same, pretty much what did you do.</w:t>
      </w:r>
      <w:r w:rsidRPr="00500250">
        <w:br/>
        <w:t>Speaker2: [00:05:14] Yeah yeah, always the same, one hour of exercise, they would monitor me and that was it.</w:t>
      </w:r>
      <w:r w:rsidRPr="00500250">
        <w:br/>
        <w:t>Speaker3: [00:05:16] But then they didn't tell you anything about the monitoring, whether you were doing better or not, or send you exercises for home or anything?</w:t>
      </w:r>
      <w:r w:rsidRPr="00500250">
        <w:br/>
      </w:r>
      <w:r w:rsidRPr="0057396C">
        <w:t xml:space="preserve">Speaker2: [00:05:24] No, no. </w:t>
      </w:r>
      <w:r w:rsidRPr="00500250">
        <w:t>The only thing that, that was to adjust my medication and after that, when we finished the last session nothing at all.</w:t>
      </w:r>
      <w:r w:rsidRPr="00500250">
        <w:br/>
      </w:r>
      <w:r w:rsidRPr="0057396C">
        <w:t>Speaker3: [00:05:34] Did you notice any improvement?</w:t>
      </w:r>
      <w:r w:rsidRPr="0057396C">
        <w:br/>
        <w:t xml:space="preserve">Speaker2: [00:05:37] No. </w:t>
      </w:r>
      <w:r w:rsidRPr="00500250">
        <w:t xml:space="preserve">Right now, for example, for the last month I've been waking up and whistling like when I was smoking. I mean, it's seasonal. There was also this summer, there were a few months when the heat, I couldn't practically breathe and then it went away. Of course, what I do gain a lot of weight and food, very bad. Although the day to day </w:t>
      </w:r>
      <w:r w:rsidRPr="00500250">
        <w:lastRenderedPageBreak/>
        <w:t>before was also food in the bars menu. In the evenings I had dinner because I came hungry.</w:t>
      </w:r>
      <w:r w:rsidRPr="00500250">
        <w:br/>
        <w:t>Speaker3: [00:06:21] But eating the same, maybe you used to move around when you were working.</w:t>
      </w:r>
      <w:r w:rsidRPr="00500250">
        <w:br/>
        <w:t>Speaker2: [00:06:22] Yeah, it was pretty physical work.</w:t>
      </w:r>
      <w:r w:rsidRPr="00500250">
        <w:br/>
        <w:t>Speaker1: [00:06:29] And because of the medication?</w:t>
      </w:r>
      <w:r w:rsidRPr="00500250">
        <w:br/>
      </w:r>
      <w:r>
        <w:t xml:space="preserve">Speaker2: [00:06:31] Well, I retain a lot of fluid now, yes. </w:t>
      </w:r>
      <w:r w:rsidRPr="00500250">
        <w:t>That's why I also have one of the medications for that. So that I don't stop urinating all day long.</w:t>
      </w:r>
      <w:r w:rsidRPr="00500250">
        <w:br/>
        <w:t>Speaker1: [00:06:45] Okay. So over these ten months, how have you been feeling, have there been phases, would you say you're doing better or have there been ups, and downs?</w:t>
      </w:r>
      <w:r w:rsidRPr="00500250">
        <w:br/>
        <w:t>Speaker2: [00:07:00] After I passed I felt a little bit better. I lost quite a bit of weight as well. Then, with the summer heat, I had a pretty bad time and now I find that I'm getting tired, I notice that I'm getting more and more tired. When I'm going uphill I have to stop sometimes.</w:t>
      </w:r>
      <w:r w:rsidRPr="00500250">
        <w:br/>
        <w:t>Speaker1: [00:07:19] And for example, would you have liked some kind of support?</w:t>
      </w:r>
      <w:r w:rsidRPr="00500250">
        <w:br/>
        <w:t>Speaker2: [00:07:25] Well, it would have been a little faster, they would have given me a solution sooner, either to be able to work or to be told what to do, but ten months is a long time for them not to tell you anything, neither for good nor for bad.</w:t>
      </w:r>
      <w:r w:rsidRPr="00500250">
        <w:br/>
        <w:t>Speaker1: [00:07:45] So a little bit focused on the physical activity part, if they had told you something specific what to do, do you think you would have followed it?</w:t>
      </w:r>
      <w:r w:rsidRPr="00500250">
        <w:br/>
        <w:t>Speaker2: [00:07:58] Well, now I'm setting up a gym with a treadmill and everything up there [at the top of his house]. Because walking on the road is really hard for me with the knees that I have. I have to lose weight any way I can, but for the sake of my knee, yes, and because I feel like I'm suffocating.</w:t>
      </w:r>
      <w:r w:rsidRPr="00500250">
        <w:br/>
        <w:t>Speaker1: [00:08:29] If you're riding it's because you're worried about working out, so what's not getting you hooked on working out?</w:t>
      </w:r>
      <w:r w:rsidRPr="00500250">
        <w:br/>
      </w:r>
      <w:r>
        <w:t xml:space="preserve">Speaker2: [00:08:50] It's a lot of things. </w:t>
      </w:r>
      <w:r w:rsidRPr="00500250">
        <w:t>A lot of problems, because I still have the company and payments and stories. Doing a lot of math and a lot of numbers. And everything affects you a lot.</w:t>
      </w:r>
      <w:r w:rsidRPr="00500250">
        <w:br/>
        <w:t>Speaker1: [00:09:32] Even then, for example, maybe, besides the exercise, it can be very important from the hospital also the psychological support with the psychologist, you would have been receptive too.</w:t>
      </w:r>
      <w:r w:rsidRPr="00500250">
        <w:br/>
        <w:t>Speaker2: [00:09:48] It would have been very necessary because I had a very bad time.</w:t>
      </w:r>
      <w:r w:rsidRPr="00500250">
        <w:br/>
        <w:t>Speaker1: [00:09:57] So, during these ten months, now you're not a little bit trying a little bit with setting up your gym, but has there been a time when you've thought about it before?</w:t>
      </w:r>
      <w:r w:rsidRPr="00500250">
        <w:br/>
      </w:r>
      <w:r w:rsidRPr="0057396C">
        <w:t xml:space="preserve">Speaker2: [00:10:10] Yeah, I'm going little by little, now I've picked up a rowing machine, I've been buying stuff to set it up. </w:t>
      </w:r>
      <w:r w:rsidRPr="00500250">
        <w:t xml:space="preserve">But I used to go out with the bike, but then I couldn't go uphill with the bike, and walking I could. But we're back to the same thing, my knees are very bad, and besides the fatigue. </w:t>
      </w:r>
      <w:r w:rsidRPr="0057396C">
        <w:t>That's really gone to the top [fatigue].</w:t>
      </w:r>
      <w:r w:rsidRPr="0057396C">
        <w:br/>
        <w:t>Speaker1: [00:10:58] So, during these ten months, you wouldn't say that that feeling of drowning has gone down.</w:t>
      </w:r>
      <w:r w:rsidRPr="0057396C">
        <w:br/>
        <w:t>Speaker2: [00:11:05] I would say it's been getting more Well, it's also been a very hot summer, very bad for this, but I would say it's been getting more.</w:t>
      </w:r>
      <w:r w:rsidRPr="0057396C">
        <w:br/>
      </w:r>
      <w:r w:rsidRPr="0057396C">
        <w:lastRenderedPageBreak/>
        <w:t>Speaker1: [00:11:14] And for example, when you're out cycling or rowing and so on and so forth, do you think you're taking any health risks?</w:t>
      </w:r>
      <w:r w:rsidRPr="0057396C">
        <w:br/>
        <w:t xml:space="preserve">Speaker2: [00:11:25] No, because I'm not maxing out. </w:t>
      </w:r>
      <w:r w:rsidRPr="00500250">
        <w:t>When I feel the most fatigue, it's when I'm going uphill.</w:t>
      </w:r>
      <w:r w:rsidRPr="00500250">
        <w:br/>
      </w:r>
      <w:r w:rsidRPr="0057396C">
        <w:t>Speaker3: [00:11:48] Yeah. What do you think, it's not harmful?</w:t>
      </w:r>
      <w:r w:rsidRPr="0057396C">
        <w:br/>
        <w:t>Speaker1: [00:11:50] You think it's not detrimental, but you think that you have some limitation and that's what makes you angry or frustrates you a little bit more, but it's not bad.</w:t>
      </w:r>
      <w:r w:rsidRPr="0057396C">
        <w:br/>
        <w:t>Speaker2: [00:11:57] That's right.</w:t>
      </w:r>
      <w:r w:rsidRPr="0057396C">
        <w:br/>
        <w:t>Speaker1: [00:12:11] So, for example, would you have liked, if the hospital had advised you what to work on according to what you're telling us? Respiratory, low impact for the knees, etc.</w:t>
      </w:r>
      <w:r w:rsidRPr="0057396C">
        <w:br/>
        <w:t>Speaker2: [00:12:29] But being there with them, because if I do it at home, you get discouraged too.</w:t>
      </w:r>
      <w:r w:rsidRPr="0057396C">
        <w:br/>
        <w:t>Speaker1: [00:14:01] Well, well, although I guess we'll go along the same lines. But what are you worried about from now on?</w:t>
      </w:r>
      <w:r w:rsidRPr="0057396C">
        <w:br/>
        <w:t>Speaker2: [00:14:08] I'm worried that I'll be unable to do my job, that they'll tell me I can't drive, because in my job it's paramount and I'm in charge of a lot of people and the one who controls and teaches the others is me [what worries him most is not being able to work anymore, especially at the level of economic problems].</w:t>
      </w:r>
      <w:r w:rsidRPr="0057396C">
        <w:br/>
        <w:t>Speaker1: [00:15:47] And nothing. Well it's clear that there are a lot of very important things, like the routine of work and finding yourself again, but within what we're here a little bit addressing which is physical activity, do you think you're going to use the gym that you've set up for yourself.</w:t>
      </w:r>
      <w:r w:rsidRPr="0057396C">
        <w:br/>
        <w:t>Speaker2: [00:16:18] Working out by yourself costs, but yeah.</w:t>
      </w:r>
      <w:r w:rsidRPr="0057396C">
        <w:br/>
        <w:t>Speaker3: [00:16:30] If for example your girl was encouraged to work out with you, would you be more motivated to work out?</w:t>
      </w:r>
      <w:r w:rsidRPr="0057396C">
        <w:br/>
        <w:t>Speaker2: [00:16:40] Yes, but I live with my son.</w:t>
      </w:r>
      <w:r w:rsidRPr="0057396C">
        <w:br/>
      </w:r>
      <w:r>
        <w:t xml:space="preserve">Speaker1: [00:16:53] Well, nothing. </w:t>
      </w:r>
      <w:r w:rsidRPr="0057396C">
        <w:t>The last thing I would like to ask you if we from the hospital, our group and so on, would facilitate you a little bit, it's a routine and knowing that you have availability of equipment and such so knowing if you would like to and if you think it would help you,</w:t>
      </w:r>
      <w:r w:rsidRPr="0057396C">
        <w:br/>
        <w:t>Speaker2: [00:17:26] Absolutely. Well I think I would try to do it.</w:t>
      </w:r>
      <w:r w:rsidRPr="0057396C">
        <w:br/>
        <w:t>Speaker1: [00:17:29] Well nothing, I think so, thank you very much.</w:t>
      </w:r>
    </w:p>
    <w:p w14:paraId="1331CE73" w14:textId="77777777" w:rsidR="00073744" w:rsidRPr="00500250" w:rsidRDefault="00073744" w:rsidP="00073744">
      <w:pPr>
        <w:pStyle w:val="Ttulo1"/>
      </w:pPr>
      <w:r w:rsidRPr="00500250">
        <w:t>P036-M3</w:t>
      </w:r>
    </w:p>
    <w:p w14:paraId="7072F6D7" w14:textId="0D1CD1B5" w:rsidR="00073744" w:rsidRPr="00500250" w:rsidRDefault="00073744" w:rsidP="00500250">
      <w:pPr>
        <w:jc w:val="both"/>
        <w:rPr>
          <w:bCs/>
        </w:rPr>
      </w:pPr>
      <w:r w:rsidRPr="00500250">
        <w:rPr>
          <w:bCs/>
        </w:rPr>
        <w:t xml:space="preserve">Speaker1: [00:00:00] Well, Heliodoro, what I was telling you, we're going to divide the interview into three parts, the past, when you go into the hospital; once you get out up to the present, and how do you see yourself in the future. So how has your life changed since then? </w:t>
      </w:r>
    </w:p>
    <w:p w14:paraId="65919C9E" w14:textId="12C43B1F" w:rsidR="00073744" w:rsidRPr="00500250" w:rsidRDefault="00073744" w:rsidP="00500250">
      <w:pPr>
        <w:jc w:val="both"/>
        <w:rPr>
          <w:bCs/>
        </w:rPr>
      </w:pPr>
      <w:r w:rsidRPr="00500250">
        <w:rPr>
          <w:bCs/>
        </w:rPr>
        <w:t>Speaker2: [00:01:23] It's total, total. It's totally changed me. Because I went from working and doing things to doing nothing. Now I just walk.</w:t>
      </w:r>
    </w:p>
    <w:p w14:paraId="06ED1C73" w14:textId="238725DC" w:rsidR="00073744" w:rsidRPr="00500250" w:rsidRDefault="00073744" w:rsidP="00500250">
      <w:pPr>
        <w:jc w:val="both"/>
        <w:rPr>
          <w:bCs/>
        </w:rPr>
      </w:pPr>
      <w:r w:rsidRPr="00500250">
        <w:rPr>
          <w:bCs/>
        </w:rPr>
        <w:lastRenderedPageBreak/>
        <w:t>Speaker1: [00:01:31] What were you working on before?</w:t>
      </w:r>
    </w:p>
    <w:p w14:paraId="465BD466" w14:textId="730BB762" w:rsidR="00073744" w:rsidRPr="00500250" w:rsidRDefault="00073744" w:rsidP="00500250">
      <w:pPr>
        <w:jc w:val="both"/>
        <w:rPr>
          <w:bCs/>
        </w:rPr>
      </w:pPr>
      <w:r w:rsidRPr="00500250">
        <w:rPr>
          <w:bCs/>
        </w:rPr>
        <w:t>Speaker2: [00:01:34] I was retired, but I worked in the field, I pruned, I fixed it, I had the field in good condition. When the grape season came, well, I would pull grapes to entertain myself, but I didn't stop.</w:t>
      </w:r>
    </w:p>
    <w:p w14:paraId="591EF932" w14:textId="40435B20" w:rsidR="00073744" w:rsidRPr="00500250" w:rsidRDefault="00073744" w:rsidP="00500250">
      <w:pPr>
        <w:jc w:val="both"/>
        <w:rPr>
          <w:bCs/>
        </w:rPr>
      </w:pPr>
      <w:r w:rsidRPr="00500250">
        <w:rPr>
          <w:bCs/>
        </w:rPr>
        <w:t>Speaker1: [00:01:50] So we can say that before you were admitted you did physical exercise every day, that you were quite active when you were working in the fields.</w:t>
      </w:r>
    </w:p>
    <w:p w14:paraId="168D3B2F" w14:textId="4B2E0A06" w:rsidR="00073744" w:rsidRPr="00500250" w:rsidRDefault="00073744" w:rsidP="00500250">
      <w:pPr>
        <w:jc w:val="both"/>
        <w:rPr>
          <w:bCs/>
        </w:rPr>
      </w:pPr>
      <w:r w:rsidRPr="00500250">
        <w:rPr>
          <w:bCs/>
        </w:rPr>
        <w:t xml:space="preserve">Speaker3: [00:02:10] Yes, but we didn't go out walking like we do now. Now is that we go out walking a lot, I used to do more field work. </w:t>
      </w:r>
    </w:p>
    <w:p w14:paraId="5CFFF6E3" w14:textId="7F49BEEA" w:rsidR="00073744" w:rsidRPr="00500250" w:rsidRDefault="00073744" w:rsidP="00500250">
      <w:pPr>
        <w:jc w:val="both"/>
        <w:rPr>
          <w:bCs/>
        </w:rPr>
      </w:pPr>
      <w:r w:rsidRPr="00500250">
        <w:rPr>
          <w:bCs/>
        </w:rPr>
        <w:t>Speaker1: [00:00:00:00] That's about exercise, what about healthy habits?</w:t>
      </w:r>
    </w:p>
    <w:p w14:paraId="7858A61E" w14:textId="1EA37199" w:rsidR="00073744" w:rsidRPr="00500250" w:rsidRDefault="00073744" w:rsidP="00500250">
      <w:pPr>
        <w:jc w:val="both"/>
        <w:rPr>
          <w:bCs/>
        </w:rPr>
      </w:pPr>
      <w:r w:rsidRPr="00500250">
        <w:rPr>
          <w:bCs/>
        </w:rPr>
        <w:t xml:space="preserve">Speaker2: [00:00:00] Well, I quit smoking, I had a hard time at first and now it's the other way around. Now I don't like the smell. I used to drink a shot of alcohol every day and now I don't drink anymore. </w:t>
      </w:r>
    </w:p>
    <w:p w14:paraId="502F75A4" w14:textId="447A3080" w:rsidR="00073744" w:rsidRPr="00500250" w:rsidRDefault="00073744" w:rsidP="00500250">
      <w:pPr>
        <w:jc w:val="both"/>
        <w:rPr>
          <w:bCs/>
        </w:rPr>
      </w:pPr>
      <w:r w:rsidRPr="00500250">
        <w:rPr>
          <w:bCs/>
        </w:rPr>
        <w:t>Speaker1: [00:02:12] And how did you detect that?</w:t>
      </w:r>
    </w:p>
    <w:p w14:paraId="51D1B629" w14:textId="1B19B67A" w:rsidR="00073744" w:rsidRPr="00500250" w:rsidRDefault="00073744" w:rsidP="00500250">
      <w:pPr>
        <w:jc w:val="both"/>
        <w:rPr>
          <w:bCs/>
        </w:rPr>
      </w:pPr>
      <w:r w:rsidRPr="00500250">
        <w:rPr>
          <w:bCs/>
        </w:rPr>
        <w:t>Speaker2: [00:02:17] Because I noticed that I was getting very tired, I was holding on and holding on. And one day I noticed a little bit more and I was in the habit of having a coffee in the morning and a shot. And that day I got off the field and went straight home. And I told my wife that I felt really bad.</w:t>
      </w:r>
    </w:p>
    <w:p w14:paraId="1E36650F" w14:textId="2EA8C1A6" w:rsidR="00073744" w:rsidRPr="00500250" w:rsidRDefault="00073744" w:rsidP="00500250">
      <w:pPr>
        <w:jc w:val="both"/>
        <w:rPr>
          <w:bCs/>
        </w:rPr>
      </w:pPr>
      <w:r w:rsidRPr="00500250">
        <w:rPr>
          <w:bCs/>
        </w:rPr>
        <w:t>Speaker3: [00:02:43] I was fatigued.</w:t>
      </w:r>
    </w:p>
    <w:p w14:paraId="634692FA" w14:textId="4AAECAD9" w:rsidR="00073744" w:rsidRPr="00500250" w:rsidRDefault="00073744" w:rsidP="00500250">
      <w:pPr>
        <w:jc w:val="both"/>
        <w:rPr>
          <w:bCs/>
        </w:rPr>
      </w:pPr>
      <w:r w:rsidRPr="00500250">
        <w:rPr>
          <w:bCs/>
        </w:rPr>
        <w:t xml:space="preserve">Speaker2: [00:02:44] What I was feeling was pressure in my chest. I said, I'm going to the doctor because I can't be like this. When I got to the doctor, of course, a doctor saw me and we're going to do an EKG. When he gave me the results he told me, get ready, you are going to Alicante. I went to Alicante. I was admitted and they did a catheterization and they put the two springs in. </w:t>
      </w:r>
    </w:p>
    <w:p w14:paraId="6F548D7E" w14:textId="1DC932CE" w:rsidR="00073744" w:rsidRPr="00500250" w:rsidRDefault="00073744" w:rsidP="00500250">
      <w:pPr>
        <w:jc w:val="both"/>
        <w:rPr>
          <w:bCs/>
        </w:rPr>
      </w:pPr>
      <w:r w:rsidRPr="00500250">
        <w:rPr>
          <w:bCs/>
        </w:rPr>
        <w:t>Speaker1: [00:09:13] Well, focusing on the second part of the interview, how do you feel now?</w:t>
      </w:r>
    </w:p>
    <w:p w14:paraId="39E237FB" w14:textId="47E7AC48" w:rsidR="00073744" w:rsidRPr="00500250" w:rsidRDefault="00073744" w:rsidP="00500250">
      <w:pPr>
        <w:jc w:val="both"/>
        <w:rPr>
          <w:bCs/>
        </w:rPr>
      </w:pPr>
      <w:r w:rsidRPr="00500250">
        <w:rPr>
          <w:bCs/>
        </w:rPr>
        <w:t>Speaker2: [00:09:14] Strong now, strong.</w:t>
      </w:r>
    </w:p>
    <w:p w14:paraId="7864C06D" w14:textId="6062C335" w:rsidR="00073744" w:rsidRPr="00500250" w:rsidRDefault="00073744" w:rsidP="00500250">
      <w:pPr>
        <w:jc w:val="both"/>
        <w:rPr>
          <w:bCs/>
        </w:rPr>
      </w:pPr>
      <w:r w:rsidRPr="00500250">
        <w:rPr>
          <w:bCs/>
        </w:rPr>
        <w:t>Speaker3: [00:09:20] Not tired or anything.</w:t>
      </w:r>
    </w:p>
    <w:p w14:paraId="772F97F2" w14:textId="427011AC" w:rsidR="00073744" w:rsidRPr="00500250" w:rsidRDefault="00073744" w:rsidP="00500250">
      <w:pPr>
        <w:jc w:val="both"/>
        <w:rPr>
          <w:bCs/>
        </w:rPr>
      </w:pPr>
      <w:r w:rsidRPr="00500250">
        <w:rPr>
          <w:bCs/>
        </w:rPr>
        <w:t>Speaker2: [00:09:23] And then this right here, before I didn't have [points to his cufflinks].</w:t>
      </w:r>
    </w:p>
    <w:p w14:paraId="29BCCCAF" w14:textId="6819D793" w:rsidR="00073744" w:rsidRPr="00500250" w:rsidRDefault="00073744" w:rsidP="00500250">
      <w:pPr>
        <w:jc w:val="both"/>
        <w:rPr>
          <w:bCs/>
        </w:rPr>
      </w:pPr>
      <w:r w:rsidRPr="00500250">
        <w:rPr>
          <w:bCs/>
        </w:rPr>
        <w:t>Speaker1: [00:09:27] Now you feel stronger and more active, you've gained muscle mass, you f</w:t>
      </w:r>
      <w:r w:rsidR="00500250" w:rsidRPr="00500250">
        <w:rPr>
          <w:bCs/>
        </w:rPr>
        <w:t>e</w:t>
      </w:r>
      <w:r w:rsidRPr="00500250">
        <w:rPr>
          <w:bCs/>
        </w:rPr>
        <w:t>el stronger legs.</w:t>
      </w:r>
    </w:p>
    <w:p w14:paraId="1BB783B5" w14:textId="7CB18BB8" w:rsidR="00073744" w:rsidRPr="00500250" w:rsidRDefault="00073744" w:rsidP="00500250">
      <w:pPr>
        <w:jc w:val="both"/>
        <w:rPr>
          <w:bCs/>
        </w:rPr>
      </w:pPr>
      <w:r w:rsidRPr="00500250">
        <w:rPr>
          <w:bCs/>
        </w:rPr>
        <w:t xml:space="preserve">Speaker2: [00:09:33] I'm feeling great now. </w:t>
      </w:r>
    </w:p>
    <w:p w14:paraId="5F2D59C6" w14:textId="2A194B2B" w:rsidR="00073744" w:rsidRPr="00500250" w:rsidRDefault="00073744" w:rsidP="00500250">
      <w:pPr>
        <w:jc w:val="both"/>
        <w:rPr>
          <w:bCs/>
        </w:rPr>
      </w:pPr>
      <w:r w:rsidRPr="00500250">
        <w:rPr>
          <w:bCs/>
        </w:rPr>
        <w:t>Speaker1: [00:11:44] And then, once you're back home after the hospital stay and you've recovered from your kidneys, what kind of physical exercise were you doing?</w:t>
      </w:r>
    </w:p>
    <w:p w14:paraId="691461EC" w14:textId="27658524" w:rsidR="00073744" w:rsidRPr="00500250" w:rsidRDefault="00073744" w:rsidP="00500250">
      <w:pPr>
        <w:jc w:val="both"/>
        <w:rPr>
          <w:bCs/>
        </w:rPr>
      </w:pPr>
      <w:r w:rsidRPr="00500250">
        <w:rPr>
          <w:bCs/>
        </w:rPr>
        <w:lastRenderedPageBreak/>
        <w:t xml:space="preserve">Speaker2: [00:12:05] Once they told me that my kidney was fine, we started walking, and we haven't stopped. </w:t>
      </w:r>
    </w:p>
    <w:p w14:paraId="1156A718" w14:textId="33CBBCDD" w:rsidR="00073744" w:rsidRPr="00500250" w:rsidRDefault="00073744" w:rsidP="00500250">
      <w:pPr>
        <w:jc w:val="both"/>
        <w:rPr>
          <w:bCs/>
        </w:rPr>
      </w:pPr>
      <w:r w:rsidRPr="00500250">
        <w:rPr>
          <w:bCs/>
        </w:rPr>
        <w:t>Speaker3: [00:12:17] First we walked around here in the village and then when it became more like summer, when it got colder, we walked in the countryside.</w:t>
      </w:r>
    </w:p>
    <w:p w14:paraId="09099CF2" w14:textId="5533803E" w:rsidR="00073744" w:rsidRPr="00500250" w:rsidRDefault="00073744" w:rsidP="00500250">
      <w:pPr>
        <w:jc w:val="both"/>
        <w:rPr>
          <w:bCs/>
        </w:rPr>
      </w:pPr>
      <w:r w:rsidRPr="00500250">
        <w:rPr>
          <w:bCs/>
        </w:rPr>
        <w:t xml:space="preserve">Speaker1: [00:12:27] So, what you usually do is walk and you usually go out together, in the village or in the countryside depending on the weather.   </w:t>
      </w:r>
    </w:p>
    <w:p w14:paraId="556F4330" w14:textId="0D998297" w:rsidR="00073744" w:rsidRPr="00500250" w:rsidRDefault="00073744" w:rsidP="00500250">
      <w:pPr>
        <w:jc w:val="both"/>
        <w:rPr>
          <w:bCs/>
        </w:rPr>
      </w:pPr>
      <w:r w:rsidRPr="00500250">
        <w:rPr>
          <w:bCs/>
        </w:rPr>
        <w:t>Speaker2: [00:12:30] Yeah.</w:t>
      </w:r>
    </w:p>
    <w:p w14:paraId="239CEF65" w14:textId="7138080B" w:rsidR="00073744" w:rsidRPr="00500250" w:rsidRDefault="00073744" w:rsidP="00500250">
      <w:pPr>
        <w:jc w:val="both"/>
        <w:rPr>
          <w:bCs/>
        </w:rPr>
      </w:pPr>
      <w:r w:rsidRPr="00500250">
        <w:rPr>
          <w:bCs/>
        </w:rPr>
        <w:t>Speaker1: [00:12:31] And when you go out walking, do you use any device to count your steps or look at the exercise that you're doing? My cell phone or an app.</w:t>
      </w:r>
    </w:p>
    <w:p w14:paraId="3B9E5146" w14:textId="3842AEC8" w:rsidR="00073744" w:rsidRPr="00500250" w:rsidRDefault="00073744" w:rsidP="00500250">
      <w:pPr>
        <w:jc w:val="both"/>
        <w:rPr>
          <w:bCs/>
        </w:rPr>
      </w:pPr>
      <w:r w:rsidRPr="00500250">
        <w:rPr>
          <w:bCs/>
        </w:rPr>
        <w:t xml:space="preserve">Speaker2: [00:12:36] No, no, no. </w:t>
      </w:r>
    </w:p>
    <w:p w14:paraId="08D2E589" w14:textId="5E09C7CB" w:rsidR="00073744" w:rsidRPr="00500250" w:rsidRDefault="00073744" w:rsidP="00500250">
      <w:pPr>
        <w:jc w:val="both"/>
        <w:rPr>
          <w:bCs/>
        </w:rPr>
      </w:pPr>
      <w:r w:rsidRPr="00500250">
        <w:rPr>
          <w:bCs/>
        </w:rPr>
        <w:t>Speaker1: [00:12:31] Okay, you don't. And do you usually do the same route every time then?</w:t>
      </w:r>
    </w:p>
    <w:p w14:paraId="6240AB28" w14:textId="08D13C7A" w:rsidR="00073744" w:rsidRPr="00500250" w:rsidRDefault="00073744" w:rsidP="00500250">
      <w:pPr>
        <w:jc w:val="both"/>
        <w:rPr>
          <w:bCs/>
        </w:rPr>
      </w:pPr>
      <w:r w:rsidRPr="00500250">
        <w:rPr>
          <w:bCs/>
        </w:rPr>
        <w:t>Speaker3: [00:12:41] We always do the same route and it takes the same amount of time.</w:t>
      </w:r>
    </w:p>
    <w:p w14:paraId="3A108F3F" w14:textId="4144D5F7" w:rsidR="00073744" w:rsidRPr="00500250" w:rsidRDefault="00073744" w:rsidP="00500250">
      <w:pPr>
        <w:jc w:val="both"/>
        <w:rPr>
          <w:bCs/>
        </w:rPr>
      </w:pPr>
      <w:r w:rsidRPr="00500250">
        <w:rPr>
          <w:bCs/>
        </w:rPr>
        <w:t>Speaker2: [00:12:47] And we go at a "ligerico" pace [meaning they're not walking, they're walking at quite a pace].</w:t>
      </w:r>
    </w:p>
    <w:p w14:paraId="4207A34C" w14:textId="322CED87" w:rsidR="00073744" w:rsidRPr="00500250" w:rsidRDefault="00073744" w:rsidP="00500250">
      <w:pPr>
        <w:jc w:val="both"/>
        <w:rPr>
          <w:bCs/>
        </w:rPr>
      </w:pPr>
      <w:r w:rsidRPr="00500250">
        <w:rPr>
          <w:bCs/>
        </w:rPr>
        <w:t>Speaker1: [00:12:49] And so what aspects have made it easier for you to do physical exercise?</w:t>
      </w:r>
    </w:p>
    <w:p w14:paraId="217BD20B" w14:textId="00A1263E" w:rsidR="00073744" w:rsidRPr="00500250" w:rsidRDefault="00073744" w:rsidP="00500250">
      <w:pPr>
        <w:jc w:val="both"/>
        <w:rPr>
          <w:bCs/>
        </w:rPr>
      </w:pPr>
      <w:r w:rsidRPr="00500250">
        <w:rPr>
          <w:bCs/>
        </w:rPr>
        <w:t>Speaker3: [00:13:06] Well, because I used to go out [the woman has always liked to go for walks], he started with me, because I always tell him, come with me.</w:t>
      </w:r>
    </w:p>
    <w:p w14:paraId="732366BF" w14:textId="26875DF9" w:rsidR="00073744" w:rsidRPr="00500250" w:rsidRDefault="00073744" w:rsidP="00500250">
      <w:pPr>
        <w:jc w:val="both"/>
        <w:rPr>
          <w:bCs/>
        </w:rPr>
      </w:pPr>
      <w:r w:rsidRPr="00500250">
        <w:rPr>
          <w:bCs/>
        </w:rPr>
        <w:t xml:space="preserve">Speaker2: [00:13:14] But I used to be in the field and I would come home from the field and I was tired and I didn't feel like it. She would tell me "it's just that in the field it's not walking", well, walking, but I would take the 15 kilogram machine, I would load it up, and I'm pulling for an hour without stopping to walk. That's an hour that you don't stop walking. </w:t>
      </w:r>
    </w:p>
    <w:p w14:paraId="489C5B1F" w14:textId="4D71EC69" w:rsidR="00073744" w:rsidRPr="00500250" w:rsidRDefault="00073744" w:rsidP="00500250">
      <w:pPr>
        <w:jc w:val="both"/>
        <w:rPr>
          <w:bCs/>
        </w:rPr>
      </w:pPr>
      <w:r w:rsidRPr="00500250">
        <w:rPr>
          <w:bCs/>
        </w:rPr>
        <w:t xml:space="preserve">Speaker3: [00:13:34] Once he stopped working in the fields, he started walking with me. </w:t>
      </w:r>
    </w:p>
    <w:p w14:paraId="6091691B" w14:textId="73FD09E8" w:rsidR="00073744" w:rsidRPr="00500250" w:rsidRDefault="00073744" w:rsidP="00500250">
      <w:pPr>
        <w:jc w:val="both"/>
        <w:rPr>
          <w:bCs/>
        </w:rPr>
      </w:pPr>
      <w:r w:rsidRPr="00500250">
        <w:rPr>
          <w:bCs/>
        </w:rPr>
        <w:t>Speaker1: [00:13:39] So in this case, Conchita has been a support to go out walking. If, for example, Conchita were not there to go out walking with her, do you think you would have gone out walking as you do now?</w:t>
      </w:r>
    </w:p>
    <w:p w14:paraId="79C00864" w14:textId="3A79F6C7" w:rsidR="00073744" w:rsidRPr="00500250" w:rsidRDefault="00073744" w:rsidP="00500250">
      <w:pPr>
        <w:jc w:val="both"/>
        <w:rPr>
          <w:bCs/>
        </w:rPr>
      </w:pPr>
      <w:r w:rsidRPr="00500250">
        <w:rPr>
          <w:bCs/>
        </w:rPr>
        <w:t xml:space="preserve">Speaker2: [00:13:48] Yes, because if they told me I had to do it, I would have done it. She stays here on Sundays, I go walking. Sometimes at first I'm a little bit lazy and I say, come on, I just walk a little bit, but in the end I always end up walking a long way, at least 4 kilometers. </w:t>
      </w:r>
    </w:p>
    <w:p w14:paraId="7028B552" w14:textId="13B5A4A5" w:rsidR="00073744" w:rsidRPr="00500250" w:rsidRDefault="00073744" w:rsidP="00500250">
      <w:pPr>
        <w:jc w:val="both"/>
        <w:rPr>
          <w:bCs/>
        </w:rPr>
      </w:pPr>
      <w:r w:rsidRPr="00500250">
        <w:rPr>
          <w:bCs/>
        </w:rPr>
        <w:t xml:space="preserve">Speaker3: [00:14:19] Even in the summer when it was hot I didn't go out in the afternoons, I would go to the terrace, and he would go for a walk. </w:t>
      </w:r>
    </w:p>
    <w:p w14:paraId="5D28A016" w14:textId="5D620062" w:rsidR="00073744" w:rsidRPr="00500250" w:rsidRDefault="00073744" w:rsidP="00500250">
      <w:pPr>
        <w:jc w:val="both"/>
        <w:rPr>
          <w:bCs/>
        </w:rPr>
      </w:pPr>
      <w:r w:rsidRPr="00500250">
        <w:rPr>
          <w:bCs/>
        </w:rPr>
        <w:lastRenderedPageBreak/>
        <w:t>Speaker1: [00:14:40] And do you think that exercising is something that's harmful or that you have any risks when you exercise?</w:t>
      </w:r>
    </w:p>
    <w:p w14:paraId="58AD6CA1" w14:textId="44431AA5" w:rsidR="00073744" w:rsidRPr="00500250" w:rsidRDefault="00073744" w:rsidP="00500250">
      <w:pPr>
        <w:jc w:val="both"/>
        <w:rPr>
          <w:bCs/>
        </w:rPr>
      </w:pPr>
      <w:r w:rsidRPr="00500250">
        <w:rPr>
          <w:bCs/>
        </w:rPr>
        <w:t xml:space="preserve">Speaker2: [00:14:51] No, I'm fine, I don't think anything will happen. Now, if I notice that when I walk I feel like I'm suffocating, or I'm choking, I don't walk. </w:t>
      </w:r>
    </w:p>
    <w:p w14:paraId="102D2EFD" w14:textId="77777777" w:rsidR="00073744" w:rsidRPr="00500250" w:rsidRDefault="00073744" w:rsidP="00500250">
      <w:pPr>
        <w:jc w:val="both"/>
        <w:rPr>
          <w:bCs/>
        </w:rPr>
      </w:pPr>
      <w:r w:rsidRPr="00500250">
        <w:rPr>
          <w:bCs/>
        </w:rPr>
        <w:t>Speaker1: [00:15:15] And conversely, do you think doing that has benefited you, do you worry about exercising?</w:t>
      </w:r>
    </w:p>
    <w:p w14:paraId="307052DD" w14:textId="77777777" w:rsidR="00073744" w:rsidRPr="00500250" w:rsidRDefault="00073744" w:rsidP="00500250">
      <w:pPr>
        <w:jc w:val="both"/>
        <w:rPr>
          <w:bCs/>
        </w:rPr>
      </w:pPr>
      <w:r w:rsidRPr="00500250">
        <w:rPr>
          <w:bCs/>
        </w:rPr>
        <w:t>Speaker3: [00:15:20] Well, of course, man.</w:t>
      </w:r>
    </w:p>
    <w:p w14:paraId="6D86375E" w14:textId="77D1BCC0" w:rsidR="00073744" w:rsidRPr="00500250" w:rsidRDefault="00073744" w:rsidP="00500250">
      <w:pPr>
        <w:jc w:val="both"/>
        <w:rPr>
          <w:bCs/>
        </w:rPr>
      </w:pPr>
      <w:r w:rsidRPr="00500250">
        <w:rPr>
          <w:bCs/>
        </w:rPr>
        <w:t>Speaker2: [00:15:20] Yeah yeah.</w:t>
      </w:r>
    </w:p>
    <w:p w14:paraId="5107031D" w14:textId="77777777" w:rsidR="00073744" w:rsidRPr="00500250" w:rsidRDefault="00073744" w:rsidP="00500250">
      <w:pPr>
        <w:jc w:val="both"/>
        <w:rPr>
          <w:bCs/>
        </w:rPr>
      </w:pPr>
      <w:r w:rsidRPr="00500250">
        <w:rPr>
          <w:bCs/>
        </w:rPr>
        <w:t>Speaker1: [00:15:22] In what ways have you noticed that?</w:t>
      </w:r>
    </w:p>
    <w:p w14:paraId="150F5404" w14:textId="77777777" w:rsidR="00073744" w:rsidRPr="00500250" w:rsidRDefault="00073744" w:rsidP="00500250">
      <w:pPr>
        <w:jc w:val="both"/>
        <w:rPr>
          <w:bCs/>
        </w:rPr>
      </w:pPr>
    </w:p>
    <w:p w14:paraId="71AFC5B8" w14:textId="75D7EDFB" w:rsidR="00073744" w:rsidRPr="00500250" w:rsidRDefault="00073744" w:rsidP="00500250">
      <w:pPr>
        <w:jc w:val="both"/>
        <w:rPr>
          <w:bCs/>
        </w:rPr>
      </w:pPr>
      <w:r w:rsidRPr="00500250">
        <w:rPr>
          <w:bCs/>
        </w:rPr>
        <w:t>Speaker2: [00:15:31] I don't know about the heart, but I don't get tired or anything. I don't get tired, I get tired maybe like anybody else, you get tired.</w:t>
      </w:r>
    </w:p>
    <w:p w14:paraId="018C4CA0" w14:textId="0E0BCD84" w:rsidR="00073744" w:rsidRPr="00500250" w:rsidRDefault="00073744" w:rsidP="00500250">
      <w:pPr>
        <w:jc w:val="both"/>
        <w:rPr>
          <w:bCs/>
        </w:rPr>
      </w:pPr>
      <w:r w:rsidRPr="00500250">
        <w:rPr>
          <w:bCs/>
        </w:rPr>
        <w:t xml:space="preserve">Speaker3: [00:16:01] Also, when he got the springs, when he lies down on the bed, he doesn't get tired anymore. Also, he doesn't smoke anymore. Exercising, eating right, not drinking, not smoking. He has changed his life, </w:t>
      </w:r>
    </w:p>
    <w:p w14:paraId="7E643F68" w14:textId="77777777" w:rsidR="00073744" w:rsidRPr="00500250" w:rsidRDefault="00073744" w:rsidP="00500250">
      <w:pPr>
        <w:jc w:val="both"/>
        <w:rPr>
          <w:bCs/>
        </w:rPr>
      </w:pPr>
      <w:r w:rsidRPr="00500250">
        <w:rPr>
          <w:bCs/>
        </w:rPr>
        <w:t>Speaker2: [00:16:23] I've changed my life radically. Me being around here and there were days that I had maybe three or four small shots, which was a whiskey, which was a regular whiskey, but it was almost every day.</w:t>
      </w:r>
    </w:p>
    <w:p w14:paraId="66E17C34" w14:textId="77777777" w:rsidR="00073744" w:rsidRPr="00500250" w:rsidRDefault="00073744" w:rsidP="00500250">
      <w:pPr>
        <w:jc w:val="both"/>
        <w:rPr>
          <w:bCs/>
        </w:rPr>
      </w:pPr>
      <w:r w:rsidRPr="00500250">
        <w:rPr>
          <w:bCs/>
        </w:rPr>
        <w:t>Speaker3: [00:16:41] But the first thing he was terrible at, he had a hard time with it.</w:t>
      </w:r>
    </w:p>
    <w:p w14:paraId="7366D332" w14:textId="77777777" w:rsidR="00073744" w:rsidRPr="00500250" w:rsidRDefault="00073744" w:rsidP="00500250">
      <w:pPr>
        <w:jc w:val="both"/>
        <w:rPr>
          <w:bCs/>
        </w:rPr>
      </w:pPr>
      <w:r w:rsidRPr="00500250">
        <w:rPr>
          <w:bCs/>
        </w:rPr>
        <w:t xml:space="preserve">Speaker2: [00:16:44] Man. It's just that they take everything from one day to the next. They wouldn't even let me drive at first. </w:t>
      </w:r>
    </w:p>
    <w:p w14:paraId="6AFAA48D" w14:textId="6ED5758E" w:rsidR="00073744" w:rsidRPr="00500250" w:rsidRDefault="00073744" w:rsidP="00500250">
      <w:pPr>
        <w:jc w:val="both"/>
        <w:rPr>
          <w:bCs/>
        </w:rPr>
      </w:pPr>
      <w:r w:rsidRPr="00500250">
        <w:rPr>
          <w:bCs/>
        </w:rPr>
        <w:t>Speaker1: [00:18:35] And then from the hospital, did they give you any recommendations in terms of physical exercise?</w:t>
      </w:r>
    </w:p>
    <w:p w14:paraId="2C87A445" w14:textId="77777777" w:rsidR="00073744" w:rsidRPr="00500250" w:rsidRDefault="00073744" w:rsidP="00500250">
      <w:pPr>
        <w:jc w:val="both"/>
        <w:rPr>
          <w:bCs/>
        </w:rPr>
      </w:pPr>
      <w:r w:rsidRPr="00500250">
        <w:rPr>
          <w:bCs/>
        </w:rPr>
        <w:t xml:space="preserve">Speaker2: [00:05:48] Sara gave me some advice, she told me that I had to eat enough and walk. And the first two days I ate well and walked well, but then I felt sick, I felt like throwing up, I felt dizzy, I felt cloudy, I was very weak. </w:t>
      </w:r>
    </w:p>
    <w:p w14:paraId="6AB5A608" w14:textId="77777777" w:rsidR="00073744" w:rsidRPr="00500250" w:rsidRDefault="00073744" w:rsidP="00500250">
      <w:pPr>
        <w:jc w:val="both"/>
        <w:rPr>
          <w:bCs/>
        </w:rPr>
      </w:pPr>
      <w:r w:rsidRPr="00500250">
        <w:rPr>
          <w:bCs/>
        </w:rPr>
        <w:t>Speaker1: [00:08:43] Okay, and during these months that we've been seeing each other. For example, you told me earlier that you didn't get sent to rehab, why was that?</w:t>
      </w:r>
    </w:p>
    <w:p w14:paraId="55AF7F3C" w14:textId="77777777" w:rsidR="00073744" w:rsidRPr="00500250" w:rsidRDefault="00073744" w:rsidP="00500250">
      <w:pPr>
        <w:jc w:val="both"/>
        <w:rPr>
          <w:bCs/>
        </w:rPr>
      </w:pPr>
      <w:r w:rsidRPr="00500250">
        <w:rPr>
          <w:bCs/>
        </w:rPr>
        <w:t>Speaker2: [00:08:54] Quiles told me, "You're not going to go to rehab or anything, because you've been through a lot and you're doing very well. Little by little you will recover.</w:t>
      </w:r>
    </w:p>
    <w:p w14:paraId="48B10414" w14:textId="77777777" w:rsidR="00073744" w:rsidRPr="00500250" w:rsidRDefault="00073744" w:rsidP="00500250">
      <w:pPr>
        <w:jc w:val="both"/>
        <w:rPr>
          <w:bCs/>
        </w:rPr>
      </w:pPr>
      <w:r w:rsidRPr="00500250">
        <w:rPr>
          <w:bCs/>
        </w:rPr>
        <w:t>Speaker1: [00:18:51] And apart from walking, did he tell you anything else?</w:t>
      </w:r>
    </w:p>
    <w:p w14:paraId="49F64097" w14:textId="77777777" w:rsidR="00073744" w:rsidRPr="00500250" w:rsidRDefault="00073744" w:rsidP="00500250">
      <w:pPr>
        <w:jc w:val="both"/>
        <w:rPr>
          <w:bCs/>
        </w:rPr>
      </w:pPr>
      <w:r w:rsidRPr="00500250">
        <w:rPr>
          <w:bCs/>
        </w:rPr>
        <w:t>Speaker3: [00:18:51] He said he could do cycling and swimming as well.</w:t>
      </w:r>
    </w:p>
    <w:p w14:paraId="0718CC15" w14:textId="77777777" w:rsidR="00073744" w:rsidRPr="00500250" w:rsidRDefault="00073744" w:rsidP="00500250">
      <w:pPr>
        <w:jc w:val="both"/>
        <w:rPr>
          <w:bCs/>
        </w:rPr>
      </w:pPr>
      <w:r w:rsidRPr="00500250">
        <w:rPr>
          <w:bCs/>
        </w:rPr>
        <w:lastRenderedPageBreak/>
        <w:t>Speaker1: [00:19:14] And about nutrition did they give us any guidelines?</w:t>
      </w:r>
    </w:p>
    <w:p w14:paraId="5D59F255" w14:textId="77777777" w:rsidR="00073744" w:rsidRPr="00500250" w:rsidRDefault="00073744" w:rsidP="00500250">
      <w:pPr>
        <w:jc w:val="both"/>
        <w:rPr>
          <w:bCs/>
        </w:rPr>
      </w:pPr>
      <w:r w:rsidRPr="00500250">
        <w:rPr>
          <w:bCs/>
        </w:rPr>
        <w:t>Speaker3: [00:19:17] Not only did they cut out salt, fats and fried foods.</w:t>
      </w:r>
    </w:p>
    <w:p w14:paraId="5EB28344" w14:textId="77777777" w:rsidR="00073744" w:rsidRPr="00500250" w:rsidRDefault="00073744" w:rsidP="00500250">
      <w:pPr>
        <w:jc w:val="both"/>
        <w:rPr>
          <w:bCs/>
        </w:rPr>
      </w:pPr>
      <w:r w:rsidRPr="00500250">
        <w:rPr>
          <w:bCs/>
        </w:rPr>
        <w:t>Speaker2: [00:19:23] Yes they did give us a paper with what he had to eat.</w:t>
      </w:r>
    </w:p>
    <w:p w14:paraId="0162A01F" w14:textId="77777777" w:rsidR="00073744" w:rsidRPr="00500250" w:rsidRDefault="00073744" w:rsidP="00500250">
      <w:pPr>
        <w:jc w:val="both"/>
        <w:rPr>
          <w:bCs/>
        </w:rPr>
      </w:pPr>
      <w:r w:rsidRPr="00500250">
        <w:rPr>
          <w:bCs/>
        </w:rPr>
        <w:t>Speake3: [00:19:25] Yes, but they were recommendations, not a diet.</w:t>
      </w:r>
    </w:p>
    <w:p w14:paraId="3FA585A0" w14:textId="77777777" w:rsidR="00073744" w:rsidRPr="00500250" w:rsidRDefault="00073744" w:rsidP="00500250">
      <w:pPr>
        <w:jc w:val="both"/>
        <w:rPr>
          <w:bCs/>
        </w:rPr>
      </w:pPr>
      <w:r w:rsidRPr="00500250">
        <w:rPr>
          <w:bCs/>
        </w:rPr>
        <w:t>Speaker1: [00:19:14] And would you have liked to receive support?</w:t>
      </w:r>
    </w:p>
    <w:p w14:paraId="4C042617" w14:textId="77777777" w:rsidR="00073744" w:rsidRPr="00500250" w:rsidRDefault="00073744" w:rsidP="00500250">
      <w:pPr>
        <w:jc w:val="both"/>
        <w:rPr>
          <w:bCs/>
        </w:rPr>
      </w:pPr>
      <w:r w:rsidRPr="00500250">
        <w:rPr>
          <w:bCs/>
        </w:rPr>
        <w:t xml:space="preserve">Speaker3: [00:19:29] No, because I don't want diets. He went to a dietician for me and they told him everything that I had to eat.  And why do I have to eat something that I don't like. Vegetables may be very good, but I don't like them. </w:t>
      </w:r>
    </w:p>
    <w:p w14:paraId="563612ED" w14:textId="77777777" w:rsidR="00073744" w:rsidRPr="00500250" w:rsidRDefault="00073744" w:rsidP="00500250">
      <w:pPr>
        <w:jc w:val="both"/>
        <w:rPr>
          <w:bCs/>
        </w:rPr>
      </w:pPr>
    </w:p>
    <w:p w14:paraId="7380EE61" w14:textId="77777777" w:rsidR="00073744" w:rsidRPr="00500250" w:rsidRDefault="00073744" w:rsidP="00500250">
      <w:pPr>
        <w:jc w:val="both"/>
        <w:rPr>
          <w:bCs/>
        </w:rPr>
      </w:pPr>
      <w:r w:rsidRPr="00500250">
        <w:rPr>
          <w:bCs/>
        </w:rPr>
        <w:t>Speaker1: [00:20:40] Well, the covid was before, but did it influence you those months to exercise or living in town didn't?</w:t>
      </w:r>
    </w:p>
    <w:p w14:paraId="3445E8BD" w14:textId="77777777" w:rsidR="00073744" w:rsidRPr="00500250" w:rsidRDefault="00073744" w:rsidP="00500250">
      <w:pPr>
        <w:jc w:val="both"/>
        <w:rPr>
          <w:bCs/>
        </w:rPr>
      </w:pPr>
      <w:r w:rsidRPr="00500250">
        <w:rPr>
          <w:bCs/>
        </w:rPr>
        <w:t>Speaker2: [00:20:55] No, no it didn't influence us here.</w:t>
      </w:r>
    </w:p>
    <w:p w14:paraId="78FE6AE8" w14:textId="77777777" w:rsidR="00073744" w:rsidRPr="00500250" w:rsidRDefault="00073744" w:rsidP="00500250">
      <w:pPr>
        <w:jc w:val="both"/>
        <w:rPr>
          <w:bCs/>
        </w:rPr>
      </w:pPr>
      <w:r w:rsidRPr="00500250">
        <w:rPr>
          <w:bCs/>
        </w:rPr>
        <w:t>Speaker3: [00:20:58] We were closed yes, but he was going to the country.</w:t>
      </w:r>
    </w:p>
    <w:p w14:paraId="535834BA" w14:textId="77777777" w:rsidR="00073744" w:rsidRPr="00500250" w:rsidRDefault="00073744" w:rsidP="00500250">
      <w:pPr>
        <w:jc w:val="both"/>
        <w:rPr>
          <w:bCs/>
        </w:rPr>
      </w:pPr>
      <w:r w:rsidRPr="00500250">
        <w:rPr>
          <w:bCs/>
        </w:rPr>
        <w:t xml:space="preserve">Speaker2: [00:21:07] I took a permit that the police gave me. Because in the country I have the animals. And then in the summer we went to live there. </w:t>
      </w:r>
    </w:p>
    <w:p w14:paraId="79EB9384" w14:textId="77777777" w:rsidR="00073744" w:rsidRPr="00500250" w:rsidRDefault="00073744" w:rsidP="00500250">
      <w:pPr>
        <w:jc w:val="both"/>
        <w:rPr>
          <w:bCs/>
        </w:rPr>
      </w:pPr>
      <w:r w:rsidRPr="00500250">
        <w:rPr>
          <w:bCs/>
        </w:rPr>
        <w:t>Speaker1: [00:25:19] And just to finish the last part of the interview about the future, do you think you're going to keep doing the same physical activity that you're doing now as long as you can?</w:t>
      </w:r>
    </w:p>
    <w:p w14:paraId="5D8727E3" w14:textId="77777777" w:rsidR="00073744" w:rsidRPr="00500250" w:rsidRDefault="00073744" w:rsidP="00500250">
      <w:pPr>
        <w:jc w:val="both"/>
        <w:rPr>
          <w:bCs/>
        </w:rPr>
      </w:pPr>
      <w:r w:rsidRPr="00500250">
        <w:rPr>
          <w:bCs/>
        </w:rPr>
        <w:t>Speaker2: [00:25:29] Yes, as long as I can. I don't have anything else to do anymore.</w:t>
      </w:r>
    </w:p>
    <w:p w14:paraId="25120FE6" w14:textId="77777777" w:rsidR="00073744" w:rsidRPr="00500250" w:rsidRDefault="00073744" w:rsidP="00500250">
      <w:pPr>
        <w:jc w:val="both"/>
        <w:rPr>
          <w:bCs/>
        </w:rPr>
      </w:pPr>
      <w:r w:rsidRPr="00500250">
        <w:rPr>
          <w:bCs/>
        </w:rPr>
        <w:t>Speaker1: [00:25:50] And would you like to increase the physical activity that you're currently doing, even try another type of physical exercise?</w:t>
      </w:r>
    </w:p>
    <w:p w14:paraId="40F8BBA1" w14:textId="77777777" w:rsidR="00073744" w:rsidRPr="00500250" w:rsidRDefault="00073744" w:rsidP="00500250">
      <w:pPr>
        <w:jc w:val="both"/>
        <w:rPr>
          <w:bCs/>
        </w:rPr>
      </w:pPr>
      <w:r w:rsidRPr="00500250">
        <w:rPr>
          <w:bCs/>
        </w:rPr>
        <w:t>Speaker2: [00:26:21] No, because the bike I don't dare to climb. I'm many years without climbing. I walk, as I'm walking and now as we walk in the afternoon also because it's great.</w:t>
      </w:r>
    </w:p>
    <w:p w14:paraId="2142D77F" w14:textId="77777777" w:rsidR="00073744" w:rsidRPr="00500250" w:rsidRDefault="00073744" w:rsidP="00500250">
      <w:pPr>
        <w:jc w:val="both"/>
        <w:rPr>
          <w:bCs/>
        </w:rPr>
      </w:pPr>
      <w:r w:rsidRPr="00500250">
        <w:rPr>
          <w:bCs/>
        </w:rPr>
        <w:t xml:space="preserve">Speaker1: [00:26:30] Well, so for example they're telling me that maybe walking if you'd like to keep increasing it, and going out in the morning and in the afternoon. </w:t>
      </w:r>
    </w:p>
    <w:p w14:paraId="1C51EBF8" w14:textId="77777777" w:rsidR="00073744" w:rsidRPr="00500250" w:rsidRDefault="00073744" w:rsidP="00500250">
      <w:pPr>
        <w:jc w:val="both"/>
        <w:rPr>
          <w:bCs/>
        </w:rPr>
      </w:pPr>
      <w:r w:rsidRPr="00500250">
        <w:rPr>
          <w:bCs/>
        </w:rPr>
        <w:t>Speaker2: [00:26:37] Yeah, that's right.</w:t>
      </w:r>
    </w:p>
    <w:p w14:paraId="0DD651DA" w14:textId="77777777" w:rsidR="00073744" w:rsidRPr="00500250" w:rsidRDefault="00073744" w:rsidP="00500250">
      <w:pPr>
        <w:jc w:val="both"/>
        <w:rPr>
          <w:bCs/>
        </w:rPr>
      </w:pPr>
      <w:r w:rsidRPr="00500250">
        <w:rPr>
          <w:bCs/>
        </w:rPr>
        <w:t xml:space="preserve">Speaker1: [00:27:01] And where would you like to do physical exercise? From everything you've been telling me, I guess outdoors. </w:t>
      </w:r>
    </w:p>
    <w:p w14:paraId="720ED9FB" w14:textId="77777777" w:rsidR="00073744" w:rsidRPr="00500250" w:rsidRDefault="00073744" w:rsidP="00500250">
      <w:pPr>
        <w:jc w:val="both"/>
        <w:rPr>
          <w:bCs/>
        </w:rPr>
      </w:pPr>
      <w:r w:rsidRPr="00500250">
        <w:rPr>
          <w:bCs/>
        </w:rPr>
        <w:t>Speaker2: [00:27:15] Outdoors. But if it rains I have no choice but to exercise at home [bike or treadmill] But for one day that I don't do it, that's okay too. But hey.</w:t>
      </w:r>
    </w:p>
    <w:p w14:paraId="3ECD5E75" w14:textId="77777777" w:rsidR="00073744" w:rsidRPr="00500250" w:rsidRDefault="00073744" w:rsidP="00500250">
      <w:pPr>
        <w:jc w:val="both"/>
        <w:rPr>
          <w:bCs/>
        </w:rPr>
      </w:pPr>
      <w:r w:rsidRPr="00500250">
        <w:rPr>
          <w:bCs/>
        </w:rPr>
        <w:lastRenderedPageBreak/>
        <w:t xml:space="preserve">Speaker1: [00:28:16] And now, if you had a device like a watch or an app, do you think you would exercise more? </w:t>
      </w:r>
    </w:p>
    <w:p w14:paraId="67AD741C" w14:textId="77777777" w:rsidR="00073744" w:rsidRPr="00500250" w:rsidRDefault="00073744" w:rsidP="00500250">
      <w:pPr>
        <w:jc w:val="both"/>
        <w:rPr>
          <w:bCs/>
        </w:rPr>
      </w:pPr>
      <w:r w:rsidRPr="00500250">
        <w:rPr>
          <w:bCs/>
        </w:rPr>
        <w:t xml:space="preserve">Speaker2: [00:28:25] No, no, it has nothing to do with it. That's nonsense to me, because I did that run myself in the car, and I know how many miles I do. </w:t>
      </w:r>
    </w:p>
    <w:p w14:paraId="044C4C90" w14:textId="77777777" w:rsidR="00073744" w:rsidRPr="00500250" w:rsidRDefault="00073744" w:rsidP="00500250">
      <w:pPr>
        <w:jc w:val="both"/>
        <w:rPr>
          <w:bCs/>
        </w:rPr>
      </w:pPr>
      <w:r w:rsidRPr="00500250">
        <w:rPr>
          <w:bCs/>
        </w:rPr>
        <w:t>Speaker1: [00:28:32] It's just that there's people that it works for them and for example they've done 3000 steps and they say, I'm going to see if I can get to 5000. And that's how they get motivated. You don't think so?</w:t>
      </w:r>
    </w:p>
    <w:p w14:paraId="7E21E37C" w14:textId="77777777" w:rsidR="00073744" w:rsidRPr="00500250" w:rsidRDefault="00073744" w:rsidP="00500250">
      <w:pPr>
        <w:jc w:val="both"/>
        <w:rPr>
          <w:bCs/>
        </w:rPr>
      </w:pPr>
      <w:r w:rsidRPr="00500250">
        <w:rPr>
          <w:bCs/>
        </w:rPr>
        <w:t xml:space="preserve">Speaker2: [00:28:51] That's not necessary for me. </w:t>
      </w:r>
    </w:p>
    <w:p w14:paraId="75210E92" w14:textId="77777777" w:rsidR="00073744" w:rsidRPr="00500250" w:rsidRDefault="00073744" w:rsidP="00500250">
      <w:pPr>
        <w:jc w:val="both"/>
        <w:rPr>
          <w:bCs/>
        </w:rPr>
      </w:pPr>
      <w:r w:rsidRPr="00500250">
        <w:rPr>
          <w:bCs/>
        </w:rPr>
        <w:t>Speaker1: [00:29:43] And finally, do you think that the covid, which we know is quieter now, is it going to affect you in the future to go out and walk?</w:t>
      </w:r>
    </w:p>
    <w:p w14:paraId="1038E111" w14:textId="77777777" w:rsidR="00073744" w:rsidRPr="00500250" w:rsidRDefault="00073744" w:rsidP="00500250">
      <w:pPr>
        <w:jc w:val="both"/>
        <w:rPr>
          <w:bCs/>
        </w:rPr>
      </w:pPr>
      <w:r w:rsidRPr="00500250">
        <w:rPr>
          <w:bCs/>
        </w:rPr>
        <w:t xml:space="preserve">Speaker3: [00:30:03] No, we go out in the field and we don't see anybody and then if it gets bad, we'll be at home doing things. </w:t>
      </w:r>
    </w:p>
    <w:p w14:paraId="711EFD8C" w14:textId="77777777" w:rsidR="00073744" w:rsidRPr="00500250" w:rsidRDefault="00073744" w:rsidP="00500250">
      <w:pPr>
        <w:rPr>
          <w:bCs/>
        </w:rPr>
      </w:pPr>
    </w:p>
    <w:p w14:paraId="4CF1E2CA" w14:textId="77777777" w:rsidR="00073744" w:rsidRPr="00500250" w:rsidRDefault="00073744" w:rsidP="00500250">
      <w:pPr>
        <w:rPr>
          <w:bCs/>
        </w:rPr>
      </w:pPr>
    </w:p>
    <w:p w14:paraId="76962DD4" w14:textId="77777777" w:rsidR="00073744" w:rsidRPr="00500250" w:rsidRDefault="00073744" w:rsidP="00500250">
      <w:pPr>
        <w:rPr>
          <w:bCs/>
        </w:rPr>
      </w:pPr>
    </w:p>
    <w:p w14:paraId="34A8DB57" w14:textId="77777777" w:rsidR="00BE0EF2" w:rsidRPr="00500250" w:rsidRDefault="00BE0EF2" w:rsidP="00500250">
      <w:pPr>
        <w:rPr>
          <w:bCs/>
        </w:rPr>
      </w:pPr>
    </w:p>
    <w:p w14:paraId="5CAF960C" w14:textId="77777777" w:rsidR="00BE0EF2" w:rsidRPr="00500250" w:rsidRDefault="00BE0EF2" w:rsidP="00500250">
      <w:pPr>
        <w:rPr>
          <w:bCs/>
        </w:rPr>
      </w:pPr>
    </w:p>
    <w:sectPr w:rsidR="00BE0EF2" w:rsidRPr="0050025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16cid:durableId="2021346571">
    <w:abstractNumId w:val="8"/>
  </w:num>
  <w:num w:numId="2" w16cid:durableId="132867679">
    <w:abstractNumId w:val="6"/>
  </w:num>
  <w:num w:numId="3" w16cid:durableId="1290824201">
    <w:abstractNumId w:val="5"/>
  </w:num>
  <w:num w:numId="4" w16cid:durableId="1914583127">
    <w:abstractNumId w:val="4"/>
  </w:num>
  <w:num w:numId="5" w16cid:durableId="460730032">
    <w:abstractNumId w:val="7"/>
  </w:num>
  <w:num w:numId="6" w16cid:durableId="1671057287">
    <w:abstractNumId w:val="3"/>
  </w:num>
  <w:num w:numId="7" w16cid:durableId="1205025292">
    <w:abstractNumId w:val="2"/>
  </w:num>
  <w:num w:numId="8" w16cid:durableId="532770862">
    <w:abstractNumId w:val="1"/>
  </w:num>
  <w:num w:numId="9" w16cid:durableId="224073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3744"/>
    <w:rsid w:val="00103EFB"/>
    <w:rsid w:val="00127756"/>
    <w:rsid w:val="0015074B"/>
    <w:rsid w:val="0028786F"/>
    <w:rsid w:val="0029639D"/>
    <w:rsid w:val="00326F90"/>
    <w:rsid w:val="00386E48"/>
    <w:rsid w:val="004130FB"/>
    <w:rsid w:val="00500250"/>
    <w:rsid w:val="00543BA9"/>
    <w:rsid w:val="0057396C"/>
    <w:rsid w:val="005E4922"/>
    <w:rsid w:val="00754C85"/>
    <w:rsid w:val="007909F6"/>
    <w:rsid w:val="007B3FF7"/>
    <w:rsid w:val="00886851"/>
    <w:rsid w:val="008C1203"/>
    <w:rsid w:val="008E4D2A"/>
    <w:rsid w:val="008F469D"/>
    <w:rsid w:val="00AA1D8D"/>
    <w:rsid w:val="00B02E29"/>
    <w:rsid w:val="00B36D85"/>
    <w:rsid w:val="00B47730"/>
    <w:rsid w:val="00B852BC"/>
    <w:rsid w:val="00BE0EF2"/>
    <w:rsid w:val="00CB0664"/>
    <w:rsid w:val="00CE15EF"/>
    <w:rsid w:val="00F47296"/>
    <w:rsid w:val="00FC693F"/>
    <w:rsid w:val="00FE09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282E10"/>
  <w14:defaultImageDpi w14:val="300"/>
  <w15:docId w15:val="{B71F1E2C-EF2F-47CC-AABE-DBC4C42CF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Refdecomentario">
    <w:name w:val="annotation reference"/>
    <w:basedOn w:val="Fuentedeprrafopredeter"/>
    <w:uiPriority w:val="99"/>
    <w:semiHidden/>
    <w:unhideWhenUsed/>
    <w:rsid w:val="004130FB"/>
    <w:rPr>
      <w:sz w:val="16"/>
      <w:szCs w:val="16"/>
    </w:rPr>
  </w:style>
  <w:style w:type="paragraph" w:styleId="Textocomentario">
    <w:name w:val="annotation text"/>
    <w:basedOn w:val="Normal"/>
    <w:link w:val="TextocomentarioCar"/>
    <w:uiPriority w:val="99"/>
    <w:unhideWhenUsed/>
    <w:rsid w:val="004130FB"/>
    <w:pPr>
      <w:spacing w:after="160" w:line="240" w:lineRule="auto"/>
    </w:pPr>
    <w:rPr>
      <w:rFonts w:eastAsiaTheme="minorHAnsi"/>
      <w:sz w:val="20"/>
      <w:szCs w:val="20"/>
      <w:lang w:val="en-GB"/>
      <w14:ligatures w14:val="standardContextual"/>
    </w:rPr>
  </w:style>
  <w:style w:type="character" w:customStyle="1" w:styleId="TextocomentarioCar">
    <w:name w:val="Texto comentario Car"/>
    <w:basedOn w:val="Fuentedeprrafopredeter"/>
    <w:link w:val="Textocomentario"/>
    <w:uiPriority w:val="99"/>
    <w:rsid w:val="004130FB"/>
    <w:rPr>
      <w:rFonts w:eastAsiaTheme="minorHAnsi"/>
      <w:sz w:val="20"/>
      <w:szCs w:val="20"/>
      <w:lang w:val="en-GB"/>
      <w14:ligatures w14:val="standardContextual"/>
    </w:rPr>
  </w:style>
  <w:style w:type="paragraph" w:styleId="NormalWeb">
    <w:name w:val="Normal (Web)"/>
    <w:basedOn w:val="Normal"/>
    <w:uiPriority w:val="99"/>
    <w:semiHidden/>
    <w:unhideWhenUsed/>
    <w:rsid w:val="0057396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1347047">
      <w:bodyDiv w:val="1"/>
      <w:marLeft w:val="0"/>
      <w:marRight w:val="0"/>
      <w:marTop w:val="0"/>
      <w:marBottom w:val="0"/>
      <w:divBdr>
        <w:top w:val="none" w:sz="0" w:space="0" w:color="auto"/>
        <w:left w:val="none" w:sz="0" w:space="0" w:color="auto"/>
        <w:bottom w:val="none" w:sz="0" w:space="0" w:color="auto"/>
        <w:right w:val="none" w:sz="0" w:space="0" w:color="auto"/>
      </w:divBdr>
    </w:div>
    <w:div w:id="212934665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152</Pages>
  <Words>68176</Words>
  <Characters>374974</Characters>
  <Application>Microsoft Office Word</Application>
  <DocSecurity>0</DocSecurity>
  <Lines>3124</Lines>
  <Paragraphs>884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442266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docId:EF1D30B2BF621C38235175564CA75047</cp:keywords>
  <dc:description>generated by python-docx</dc:description>
  <cp:lastModifiedBy>Carles Andreu Blasco Peris</cp:lastModifiedBy>
  <cp:revision>16</cp:revision>
  <dcterms:created xsi:type="dcterms:W3CDTF">2025-06-26T17:41:00Z</dcterms:created>
  <dcterms:modified xsi:type="dcterms:W3CDTF">2025-06-26T17:53:00Z</dcterms:modified>
  <cp:category/>
</cp:coreProperties>
</file>